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Дні</w:t>
      </w:r>
    </w:p>
    <w:p>
      <w:r>
        <w:br/>
        <w:t xml:space="preserve"> За селом – нещира ласка поля&lt;br /&gt;</w:t>
        <w:br/>
        <w:t>і шляхи в смуглявій самоті…&lt;br /&gt;</w:t>
        <w:br/>
        <w:t>…Ах, кому лягли ці стерні голі&lt;br /&gt;</w:t>
        <w:br/>
        <w:t>гострим смутком снитися в житті?</w:t>
      </w:r>
    </w:p>
    <w:p>
      <w:r>
        <w:br/>
        <w:t>Осінь ось:&lt;br /&gt;</w:t>
        <w:br/>
        <w:t>журлива жовта осінь&lt;br /&gt;</w:t>
        <w:br/>
        <w:t>в куряві волочить сірі дні.&lt;br /&gt;</w:t>
        <w:br/>
        <w:t>– Дні мої задимлені і босі,&lt;br /&gt;</w:t>
        <w:br/>
        <w:t>чом так рідні знову ви мені?</w:t>
      </w:r>
    </w:p>
    <w:p>
      <w:r>
        <w:br/>
        <w:t>Вітер грає сірими дротами…&lt;br /&gt;</w:t>
        <w:br/>
        <w:t>Вітре, вітре… я такий, як ти:&lt;br /&gt;</w:t>
        <w:br/>
        <w:t>йду кудись, закоханий в динами&lt;br /&gt;</w:t>
        <w:br/>
        <w:t>і цілую поглядом дроти.</w:t>
      </w:r>
    </w:p>
    <w:p>
      <w:r>
        <w:br/>
        <w:t>У цю осінь знову мені марить&lt;br /&gt;</w:t>
        <w:br/>
        <w:t>і когось любити без кінця —&lt;br /&gt;</w:t>
        <w:br/>
        <w:t>…Хтось такий задумливий і карий&lt;br /&gt;</w:t>
        <w:br/>
        <w:t>загубився в пізніх пшеницях.</w:t>
      </w:r>
    </w:p>
    <w:p>
      <w:r>
        <w:br/>
        <w:t>Над життям покинув сірі смуги,&lt;br /&gt;</w:t>
        <w:br/>
        <w:t>і заплів у жовті стрічні дні.&lt;br /&gt;</w:t>
        <w:br/>
        <w:t>Ще допише чорну повість плугом&lt;br /&gt;</w:t>
        <w:br/>
        <w:t>сіроока осінь на стерні,</w:t>
      </w:r>
    </w:p>
    <w:p>
      <w:r>
        <w:br/>
        <w:t>І мою колись допишуть повість&lt;br /&gt;</w:t>
        <w:br/>
        <w:t>сірі дні – не плугом, а свинцем…&lt;br /&gt;</w:t>
        <w:br/>
        <w:t>– Ех, ви, дні, ви, дні мої соснові,&lt;br /&gt;</w:t>
        <w:br/>
        <w:t>гарно в вас занурювать лице!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