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 летять, як зграя журавлів...</w:t>
      </w:r>
    </w:p>
    <w:p>
      <w:r>
        <w:br/>
        <w:t xml:space="preserve"> Дні летять, як зграя журавлів,&lt;br /&gt;</w:t>
        <w:br/>
        <w:t>Гострим кутом дивляться вперед…&lt;br /&gt;</w:t>
        <w:br/>
        <w:t>Бур’янами п’ють вуста землі&lt;br /&gt;</w:t>
        <w:br/>
        <w:t>Запашних дощів прозорий мед.</w:t>
      </w:r>
    </w:p>
    <w:p>
      <w:r>
        <w:br/>
        <w:t>Літо-молодиця із серпом&lt;br /&gt;</w:t>
        <w:br/>
        <w:t>З жнив вертає в голубу сутінь…&lt;br /&gt;</w:t>
        <w:br/>
        <w:t>Рук смуглявих втомлений валом,&lt;br /&gt;</w:t>
        <w:br/>
        <w:t>І стрункого стану довга тінь…</w:t>
      </w:r>
    </w:p>
    <w:p>
      <w:r>
        <w:br/>
        <w:t>Літо-молодице молода!&lt;br /&gt;</w:t>
        <w:br/>
        <w:t>У задумі на плетінь схились;&lt;br /&gt;</w:t>
        <w:br/>
        <w:t>Нерухома у ставку вода&lt;br /&gt;</w:t>
        <w:br/>
        <w:t>Не колише ряски сонних слів…</w:t>
      </w:r>
    </w:p>
    <w:p>
      <w:r>
        <w:br/>
        <w:t>Слухай, літо, золоті слова,&lt;br /&gt;</w:t>
        <w:br/>
        <w:t>Повня сил і щастя навкруги!..&lt;br /&gt;</w:t>
        <w:br/>
        <w:t>Що тобі і як тобі співать&lt;br /&gt;</w:t>
        <w:br/>
        <w:t>Мушу я від повні і снаги?</w:t>
      </w:r>
    </w:p>
    <w:p>
      <w:r>
        <w:br/>
        <w:t>Соняшник на захід аїр втопив,&lt;br /&gt;</w:t>
        <w:br/>
        <w:t>У вогняне коло свій привіт…&lt;br /&gt;</w:t>
        <w:br/>
        <w:t>Хто тебе і як тебе навчив&lt;br /&gt;</w:t>
        <w:br/>
        <w:t>Так сприймати журавлиний літ?</w:t>
      </w:r>
    </w:p>
    <w:p>
      <w:r>
        <w:br/>
        <w:t>Завтра зранку – знову на жнива,&lt;br /&gt;</w:t>
        <w:br/>
        <w:t>І тебе пізнають колоски…&lt;br /&gt;</w:t>
        <w:br/>
        <w:t>Слухай, літо, золоті слова,&lt;br /&gt;</w:t>
        <w:br/>
        <w:t>Повня сил і щастя навкруги!..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 летять, як зграя журавлів...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