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 калинове (збірка)</w:t>
      </w:r>
    </w:p>
    <w:p>
      <w:r>
        <w:br/>
        <w:t xml:space="preserve"> Як прислів’я чудове,&lt;br /&gt;</w:t>
        <w:br/>
        <w:t>йде від роду до роду,&lt;br /&gt;</w:t>
        <w:br/>
        <w:t>що народ — зодчий мови,&lt;br /&gt;</w:t>
        <w:br/>
        <w:t>мова – зодчий народу.</w:t>
      </w:r>
    </w:p>
    <w:p>
      <w:r>
        <w:br/>
        <w:t>ВОГНИЩЕ РОДИННЕ</w:t>
      </w:r>
    </w:p>
    <w:p>
      <w:r>
        <w:br/>
        <w:t>На світі білому єдине,&lt;br /&gt;</w:t>
        <w:br/>
        <w:t>як і дніпрова течія,&lt;br /&gt;</w:t>
        <w:br/>
        <w:t>домашнє вогнище родинне,&lt;br /&gt;</w:t>
        <w:br/>
        <w:t>оселя наша і сім'я.</w:t>
      </w:r>
    </w:p>
    <w:p>
      <w:r>
        <w:br/>
        <w:t>Ми відтоді початки лічим,&lt;br /&gt;</w:t>
        <w:br/>
        <w:t>як муж з камінням і паліччям&lt;br /&gt;</w:t>
        <w:br/>
        <w:t>за звіром кидався вдогонь,&lt;br /&gt;</w:t>
        <w:br/>
        <w:t>а жінка берегла вогонь,</w:t>
      </w:r>
    </w:p>
    <w:p>
      <w:r>
        <w:br/>
        <w:t>вогонь, що предки розкладали,&lt;br /&gt;</w:t>
        <w:br/>
        <w:t>здобутий ними від тертя;&lt;br /&gt;</w:t>
        <w:br/>
        <w:t>пожитки різні, причандали,&lt;br /&gt;</w:t>
        <w:br/>
        <w:t>що перейшли з первобуття.</w:t>
      </w:r>
    </w:p>
    <w:p>
      <w:r>
        <w:br/>
        <w:t>Й слова житейські необхідні,&lt;br /&gt;</w:t>
        <w:br/>
        <w:t>що проростали, як зерня,&lt;br /&gt;</w:t>
        <w:br/>
        <w:t>вогнем освячені і рідні:&lt;br /&gt;</w:t>
        <w:br/>
        <w:t>горнутись, горниця, горня.</w:t>
      </w:r>
    </w:p>
    <w:p>
      <w:r>
        <w:br/>
        <w:t>Хоч їх походження і різне —&lt;br /&gt;</w:t>
        <w:br/>
        <w:t>немає в цьому дивини.&lt;br /&gt;</w:t>
        <w:br/>
        <w:t>Та дух вітчизни, материзни&lt;br /&gt;</w:t>
        <w:br/>
        <w:t>несуть і досі нам вони.</w:t>
      </w:r>
    </w:p>
    <w:p>
      <w:r>
        <w:br/>
        <w:t>Слова, що доти їх не знали,&lt;br /&gt;</w:t>
        <w:br/>
        <w:t>первісні трепетні слова,&lt;br /&gt;</w:t>
        <w:br/>
        <w:t>що зігрівали і єднали, —&lt;br /&gt;</w:t>
        <w:br/>
        <w:t>і мова врунилась жива.</w:t>
      </w:r>
    </w:p>
    <w:p>
      <w:r>
        <w:br/>
        <w:t>В щасливі і в тяжкі години —&lt;br /&gt;</w:t>
        <w:br/>
        <w:t>куди б нам не стелився шлях&lt;br /&gt;</w:t>
        <w:br/>
        <w:t>не гасне вогнище родинне,&lt;br /&gt;</w:t>
        <w:br/>
        <w:t>в людських запалене серцях.</w:t>
      </w:r>
    </w:p>
    <w:p>
      <w:r>
        <w:br/>
        <w:t>З ОДНОГО ДЖЕРЕЛА</w:t>
      </w:r>
    </w:p>
    <w:p>
      <w:r>
        <w:br/>
        <w:t>Де вам, друзі, траплялось,&lt;br /&gt;</w:t>
        <w:br/>
        <w:t>щоб од міста, села&lt;br /&gt;</w:t>
        <w:br/>
        <w:t>три ріки розливалось&lt;br /&gt;</w:t>
        <w:br/>
        <w:t>з одного джерела?</w:t>
      </w:r>
    </w:p>
    <w:p>
      <w:r>
        <w:br/>
        <w:t>Що не річка, то мова&lt;br /&gt;</w:t>
        <w:br/>
        <w:t>прагне, рине у світ&lt;br /&gt;</w:t>
        <w:br/>
        <w:t>од безсмертного Слова,&lt;br /&gt;</w:t>
        <w:br/>
        <w:t>що про княжий похід.</w:t>
      </w:r>
    </w:p>
    <w:p>
      <w:r>
        <w:br/>
        <w:t>Що не річка, то мова&lt;br /&gt;</w:t>
        <w:br/>
        <w:t>з-понад волзьких степів:&lt;br /&gt;</w:t>
        <w:br/>
        <w:t>це російська чудова —&lt;br /&gt;</w:t>
        <w:br/>
        <w:t>гусел радісний спів.</w:t>
      </w:r>
    </w:p>
    <w:p>
      <w:r>
        <w:br/>
        <w:t>Що не річка, то мова&lt;br /&gt;</w:t>
        <w:br/>
        <w:t>з-над Славути-Дніпра:&lt;br /&gt;</w:t>
        <w:br/>
        <w:t>українська чудова —&lt;br /&gt;</w:t>
        <w:br/>
        <w:t>кобзи сонячна гра.</w:t>
      </w:r>
    </w:p>
    <w:p>
      <w:r>
        <w:br/>
        <w:t>Що не річка, то мова,&lt;br /&gt;</w:t>
        <w:br/>
        <w:t>де шипшини корал:&lt;br /&gt;</w:t>
        <w:br/>
        <w:t>білоруська чудова —&lt;br /&gt;</w:t>
        <w:br/>
        <w:t>ніжний видзвін цимбал.</w:t>
      </w:r>
    </w:p>
    <w:p>
      <w:r>
        <w:br/>
        <w:t>Від Русі розливалось&lt;br /&gt;</w:t>
        <w:br/>
        <w:t>три могутніх ріки.&lt;br /&gt;</w:t>
        <w:br/>
        <w:t>І тепер побратались&lt;br /&gt;</w:t>
        <w:br/>
        <w:t>на віки, на віки.</w:t>
      </w:r>
    </w:p>
    <w:p>
      <w:r>
        <w:br/>
        <w:t>НАЙДОРОЖЧЕ</w:t>
      </w:r>
    </w:p>
    <w:p>
      <w:r>
        <w:br/>
        <w:t>Синів і дочок багатьох народів&lt;br /&gt;</w:t>
        <w:br/>
        <w:t>я зустрічав, які перетинали&lt;br /&gt;</w:t>
        <w:br/>
        <w:t>гірські й морські кордони і на подив&lt;br /&gt;</w:t>
        <w:br/>
        <w:t>багато бачили, багато знали.</w:t>
      </w:r>
    </w:p>
    <w:p>
      <w:r>
        <w:br/>
        <w:t>Я їх питав із щирою душею:&lt;br /&gt;</w:t>
        <w:br/>
        <w:t>— Яку ви любите найбільше мову? —&lt;br /&gt;</w:t>
        <w:br/>
        <w:t>І всі відповідали: — Ту, що нею&lt;br /&gt;</w:t>
        <w:br/>
        <w:t>співала рідна мати колискову.</w:t>
      </w:r>
    </w:p>
    <w:p>
      <w:r>
        <w:br/>
        <w:t>А ВІДГАДАЙТЕ-НО: ЩО Я ТАКЕ?</w:t>
      </w:r>
    </w:p>
    <w:p>
      <w:r>
        <w:br/>
        <w:t>Загадка</w:t>
      </w:r>
    </w:p>
    <w:p>
      <w:r>
        <w:br/>
        <w:t>А відгадайте-но: що я таке?&lt;br /&gt;</w:t>
        <w:br/>
        <w:t>Всі хочуть, як народиться дитина,&lt;br /&gt;</w:t>
        <w:br/>
        <w:t>щоб я було красиве і дзвінке,&lt;br /&gt;</w:t>
        <w:br/>
        <w:t>бо носить все життя мене людина.</w:t>
      </w:r>
    </w:p>
    <w:p>
      <w:r>
        <w:br/>
        <w:t>(Ім’я)</w:t>
      </w:r>
    </w:p>
    <w:p>
      <w:r>
        <w:br/>
        <w:t>ВІЧНО ЖИВА</w:t>
      </w:r>
    </w:p>
    <w:p>
      <w:r>
        <w:br/>
        <w:t>А мова не корилася царю —&lt;br /&gt;</w:t>
        <w:br/>
        <w:t>ані царю, ані його сатрапам,&lt;br /&gt;</w:t>
        <w:br/>
        <w:t>з орлом двоглавим стаючи на прю,&lt;br /&gt;</w:t>
        <w:br/>
        <w:t>що брав її у пазуристі лапи.</w:t>
      </w:r>
    </w:p>
    <w:p>
      <w:r>
        <w:br/>
        <w:t>Несла устами відданих синів&lt;br /&gt;</w:t>
        <w:br/>
        <w:t>мужицьку правду, ту, що є колюча,&lt;br /&gt;</w:t>
        <w:br/>
        <w:t>сміялася з ненависних панів,&lt;br /&gt;</w:t>
        <w:br/>
        <w:t>що їхня правда на всі боки гнуча.</w:t>
      </w:r>
    </w:p>
    <w:p>
      <w:r>
        <w:br/>
        <w:t>Плюндрованій, не надавали прав,&lt;br /&gt;</w:t>
        <w:br/>
        <w:t>немов на звіра, об'являли лови.&lt;br /&gt;</w:t>
        <w:br/>
        <w:t>Орел впивався в душу, тіло рвав —&lt;br /&gt;</w:t>
        <w:br/>
        <w:t>він був безмозкий, хоч і двоголовий.</w:t>
      </w:r>
    </w:p>
    <w:p>
      <w:r>
        <w:br/>
        <w:t>Заборонити дереву рости,&lt;br /&gt;</w:t>
        <w:br/>
        <w:t>ширяти вольній птиці у блакиті,&lt;br /&gt;</w:t>
        <w:br/>
        <w:t>живій ріці між берегів плисти,"&lt;br /&gt;</w:t>
        <w:br/>
        <w:t>ходити сонцю по своїй орбіті?</w:t>
      </w:r>
    </w:p>
    <w:p>
      <w:r>
        <w:br/>
        <w:t>Заборонить дощеві поливать&lt;br /&gt;</w:t>
        <w:br/>
        <w:t>гінке стебло, щоб не зросло колосся,&lt;br /&gt;</w:t>
        <w:br/>
        <w:t>поетові — писать і малювать,&lt;br /&gt;</w:t>
        <w:br/>
        <w:t>щоб приректи народ на безголосся?</w:t>
      </w:r>
    </w:p>
    <w:p>
      <w:r>
        <w:br/>
        <w:t>О як хотіла, прагла воля зла,&lt;br /&gt;</w:t>
        <w:br/>
        <w:t>щоб ти була лиш суржик мішанина:&lt;br /&gt;</w:t>
        <w:br/>
        <w:t>щоб вічно недорікою була&lt;br /&gt;</w:t>
        <w:br/>
        <w:t>на втіху скалозуба-міщанина!</w:t>
      </w:r>
    </w:p>
    <w:p>
      <w:r>
        <w:br/>
        <w:t>Хай давню жуйку міщанин жує,--&lt;br /&gt;</w:t>
        <w:br/>
        <w:t>воскрели, піднеслися духом люди.&lt;br /&gt;</w:t>
        <w:br/>
        <w:t>Бо є в народу Жовтень, Ленін є,&lt;br /&gt;</w:t>
        <w:br/>
        <w:t>і рідна мова є і вічно буде!</w:t>
      </w:r>
    </w:p>
    <w:p>
      <w:r>
        <w:br/>
        <w:t>ВЕСЕЛКОВИЙ РОЗМАЙ</w:t>
      </w:r>
    </w:p>
    <w:p>
      <w:r>
        <w:br/>
        <w:t>Порипують роменським шляхом гарби,&lt;br /&gt;</w:t>
        <w:br/>
        <w:t>Сулою тихо хлюпають човни.&lt;br /&gt;</w:t>
        <w:br/>
        <w:t>І плине люд з своїм нехитрим скарбом&lt;br /&gt;</w:t>
        <w:br/>
        <w:t>на ярмарок у наші Курмани.</w:t>
      </w:r>
    </w:p>
    <w:p>
      <w:r>
        <w:br/>
        <w:t>Вози на вигоні. Стирчать голоблі.&lt;br /&gt;</w:t>
        <w:br/>
        <w:t>Корови й коні поблизу осель.&lt;br /&gt;</w:t>
        <w:br/>
        <w:t>Горшки і хомути. Мішки картоплі.&lt;br /&gt;</w:t>
        <w:br/>
        <w:t>І крутиться весела карусель.</w:t>
      </w:r>
    </w:p>
    <w:p>
      <w:r>
        <w:br/>
        <w:t>А нам, малим, усе цікаве вдвічі:&lt;br /&gt;</w:t>
        <w:br/>
        <w:t>хто звідкіля прибув до Курманів.&lt;br /&gt;</w:t>
        <w:br/>
        <w:t>Вусатий дядько — з Ракової Січі,&lt;br /&gt;</w:t>
        <w:br/>
        <w:t>той — з Білої Берези, той — з Тернів.</w:t>
      </w:r>
    </w:p>
    <w:p>
      <w:r>
        <w:br/>
        <w:t>Хтось приміряє теплі рукавиці,&lt;br /&gt;</w:t>
        <w:br/>
        <w:t>когось приваблює садовина.&lt;br /&gt;</w:t>
        <w:br/>
        <w:t>— А ви звідкіль? — З Погожої Криниці,&lt;br /&gt;</w:t>
        <w:br/>
        <w:t>ті — з Білопілля, ті — з Лебедина.</w:t>
      </w:r>
    </w:p>
    <w:p>
      <w:r>
        <w:br/>
        <w:t>І назви в юнім серці зазвучали,&lt;br /&gt;</w:t>
        <w:br/>
        <w:t>як щось казкове, дивне, чарівне,&lt;br /&gt;</w:t>
        <w:br/>
        <w:t>немов далекі зоряні причали,&lt;br /&gt;</w:t>
        <w:br/>
        <w:t>кудись манили, кликали мене...</w:t>
      </w:r>
    </w:p>
    <w:p>
      <w:r>
        <w:br/>
        <w:t>Хто так назвав ті селища навколо?&lt;br /&gt;</w:t>
        <w:br/>
        <w:t>Хто оспівав діброви і лани?&lt;br /&gt;</w:t>
        <w:br/>
        <w:t>У небі місяць — як млинове коло,&lt;br /&gt;</w:t>
        <w:br/>
        <w:t>а на землі — Климентові Млини...</w:t>
      </w:r>
    </w:p>
    <w:p>
      <w:r>
        <w:br/>
        <w:t>Красо моя ти, Сумщино, Сумщино,&lt;br /&gt;</w:t>
        <w:br/>
        <w:t>куди не кинь — барвистих слів розмай:&lt;br /&gt;</w:t>
        <w:br/>
        <w:t>Ромен, Боромля, Липова Долина,&lt;br /&gt;</w:t>
        <w:br/>
        <w:t>Березів Яр, Лука, Зелений Гай...</w:t>
      </w:r>
    </w:p>
    <w:p>
      <w:r>
        <w:br/>
        <w:t>Так зберігає мова калинова&lt;br /&gt;</w:t>
        <w:br/>
        <w:t>на гронах дивних свіжості росу,&lt;br /&gt;</w:t>
        <w:br/>
        <w:t>щоб у майбутнє музикою слова&lt;br /&gt;</w:t>
        <w:br/>
        <w:t>нести душі народної красу.</w:t>
      </w:r>
    </w:p>
    <w:p>
      <w:r>
        <w:br/>
        <w:t>З ОДНІЄЇ МИ РОДИНИ</w:t>
      </w:r>
    </w:p>
    <w:p>
      <w:r>
        <w:br/>
        <w:t>Загадка</w:t>
      </w:r>
    </w:p>
    <w:p>
      <w:r>
        <w:br/>
        <w:t>З однієї ми родини&lt;br /&gt;</w:t>
        <w:br/>
        <w:t>від Андрія до Ярини.&lt;br /&gt;</w:t>
        <w:br/>
        <w:t>Як по одному, самі,&lt;br /&gt;</w:t>
        <w:br/>
        <w:t>ми буваємо німі,&lt;br /&gt;</w:t>
        <w:br/>
        <w:t>хоч і маєм різні назви&lt;br /&gt;</w:t>
        <w:br/>
        <w:t>й добре знаєте всіх нас ви.&lt;br /&gt;</w:t>
        <w:br/>
        <w:t>Певним станемо рядком –&lt;br /&gt;</w:t>
        <w:br/>
        <w:t>заговоримо ладком.&lt;br /&gt;</w:t>
        <w:br/>
        <w:t>Ми – писемності основа.&lt;br /&gt;</w:t>
        <w:br/>
        <w:t>А без нас ніхто ні слова!</w:t>
      </w:r>
    </w:p>
    <w:p>
      <w:r>
        <w:br/>
        <w:t>Що це таке?</w:t>
      </w:r>
    </w:p>
    <w:p>
      <w:r>
        <w:br/>
        <w:t>(Літери абетки)</w:t>
      </w:r>
    </w:p>
    <w:p>
      <w:r>
        <w:br/>
        <w:t>ДУХМЯНИЙ ДИВОСВІТ</w:t>
      </w:r>
    </w:p>
    <w:p>
      <w:r>
        <w:br/>
        <w:t>У спеку й дощ – без паніки –&lt;br /&gt;</w:t>
        <w:br/>
        <w:t>і ясним гожим днем&lt;br /&gt;</w:t>
        <w:br/>
        <w:t>з учителем ботаніки&lt;br /&gt;</w:t>
        <w:br/>
        <w:t>ми влітку в мандри йдем.</w:t>
      </w:r>
    </w:p>
    <w:p>
      <w:r>
        <w:br/>
        <w:t>Гудінням бджіл озвучений&lt;br /&gt;</w:t>
        <w:br/>
        <w:t>духмяний дивосвіт:&lt;br /&gt;</w:t>
        <w:br/>
        <w:t>і паничі тут кручені,&lt;br /&gt;</w:t>
        <w:br/>
        <w:t>і королевий цвіт.</w:t>
      </w:r>
    </w:p>
    <w:p>
      <w:r>
        <w:br/>
        <w:t>А хто розбризкав схилами&lt;br /&gt;</w:t>
        <w:br/>
        <w:t>під гомінке цвірінь&lt;br /&gt;</w:t>
        <w:br/>
        <w:t>цю жовту цвіть на килими,&lt;br /&gt;</w:t>
        <w:br/>
        <w:t>цю золоту яскрінь?</w:t>
      </w:r>
    </w:p>
    <w:p>
      <w:r>
        <w:br/>
        <w:t>Лист голий із росинками,&lt;br /&gt;</w:t>
        <w:br/>
        <w:t>холодний, а на споді –&lt;br /&gt;</w:t>
        <w:br/>
        <w:t>покритий волосинками&lt;br /&gt;</w:t>
        <w:br/>
        <w:t>і теплий. То в народі</w:t>
      </w:r>
    </w:p>
    <w:p>
      <w:r>
        <w:br/>
        <w:t>і стали мати-й-мачуха&lt;br /&gt;</w:t>
        <w:br/>
        <w:t>ці квіти називати:&lt;br /&gt;</w:t>
        <w:br/>
        <w:t>холодний верх – то "мачуха",&lt;br /&gt;</w:t>
        <w:br/>
        <w:t>а теплий спід – то "мати".</w:t>
      </w:r>
    </w:p>
    <w:p>
      <w:r>
        <w:br/>
        <w:t>Спочинемо у тіні ми:&lt;br /&gt;</w:t>
        <w:br/>
        <w:t>ось прямо біля ніг&lt;br /&gt;</w:t>
        <w:br/>
        <w:t>із вузликами синіми&lt;br /&gt;</w:t>
        <w:br/>
        <w:t>стоїть петрів батіг.</w:t>
      </w:r>
    </w:p>
    <w:p>
      <w:r>
        <w:br/>
        <w:t>Та зовсім то не вузлики,&lt;br /&gt;</w:t>
        <w:br/>
        <w:t>не плетив торочки, —&lt;br /&gt;</w:t>
        <w:br/>
        <w:t>то неба сині кусники,&lt;br /&gt;</w:t>
        <w:br/>
        <w:t>блакитні квіточки.</w:t>
      </w:r>
    </w:p>
    <w:p>
      <w:r>
        <w:br/>
        <w:t>Всі назви ми записуєм&lt;br /&gt;</w:t>
        <w:br/>
        <w:t>(а дощик — мов крізь сито).&lt;br /&gt;</w:t>
        <w:br/>
        <w:t>Залитий парк мелісою —&lt;br /&gt;</w:t>
        <w:br/>
        <w:t>немов меди розлито.</w:t>
      </w:r>
    </w:p>
    <w:p>
      <w:r>
        <w:br/>
        <w:t>Уже до дому близько ми,&lt;br /&gt;</w:t>
        <w:br/>
        <w:t>все рідне навкруги.&lt;br /&gt;</w:t>
        <w:br/>
        <w:t>А нас дощу і блискавки&lt;br /&gt;</w:t>
        <w:br/>
        <w:t>періщать батоги.</w:t>
      </w:r>
    </w:p>
    <w:p>
      <w:r>
        <w:br/>
        <w:t>У спеку й дощ — без паніки&lt;br /&gt;</w:t>
        <w:br/>
        <w:t>і ясним гожим днем&lt;br /&gt;</w:t>
        <w:br/>
        <w:t>з учителем ботаніки&lt;br /&gt;</w:t>
        <w:br/>
        <w:t>ми з подорожі йдем.</w:t>
      </w:r>
    </w:p>
    <w:p>
      <w:r>
        <w:br/>
        <w:t>З КОСИ БУЗЬКО ЛЕТІВ НА БАЛКУ</w:t>
      </w:r>
    </w:p>
    <w:p>
      <w:r>
        <w:br/>
        <w:t>Каламбур</w:t>
      </w:r>
    </w:p>
    <w:p>
      <w:r>
        <w:br/>
        <w:t>З коси бузько летів на балку&lt;br /&gt;</w:t>
        <w:br/>
        <w:t>(косар косу там брав на брус),&lt;br /&gt;</w:t>
        <w:br/>
        <w:t>і сів бузько в дворі на балку,&lt;br /&gt;</w:t>
        <w:br/>
        <w:t>на довгий дерев'яний брус.</w:t>
      </w:r>
    </w:p>
    <w:p>
      <w:r>
        <w:br/>
        <w:t>РІДНЕ СЛОВО</w:t>
      </w:r>
    </w:p>
    <w:p>
      <w:r>
        <w:br/>
        <w:t>Ти постаєш в ясній обнові,&lt;br /&gt;</w:t>
        <w:br/>
        <w:t>як пісня, линеш, рідне слово.&lt;br /&gt;</w:t>
        <w:br/>
        <w:t>Ти наше диво калинове,&lt;br /&gt;</w:t>
        <w:br/>
        <w:t>кохана материнська мово!</w:t>
      </w:r>
    </w:p>
    <w:p>
      <w:r>
        <w:br/>
        <w:t>Несеш барвінь гарячу, яру&lt;br /&gt;</w:t>
        <w:br/>
        <w:t>в небесну синь пташиним граєм&lt;br /&gt;</w:t>
        <w:br/>
        <w:t>і, спивши там від сонця жару,&lt;br /&gt;</w:t>
        <w:br/>
        <w:t>зеленим дихаєш розмаєм.</w:t>
      </w:r>
    </w:p>
    <w:p>
      <w:r>
        <w:br/>
        <w:t>Плекаймо в серці кожне гроно,&lt;br /&gt;</w:t>
        <w:br/>
        <w:t>прозоре диво калинове.&lt;br /&gt;</w:t>
        <w:br/>
        <w:t>Хай квітне, пломенить червоно&lt;br /&gt;</w:t>
        <w:br/>
        <w:t>в сім'ї великій, вольній, новій.</w:t>
      </w:r>
    </w:p>
    <w:p>
      <w:r>
        <w:br/>
        <w:t>КЛУМАЧНИЙ СЛОВНИК</w:t>
      </w:r>
    </w:p>
    <w:p>
      <w:r>
        <w:br/>
        <w:t>Тарасик набігавсь,&lt;br /&gt;</w:t>
        <w:br/>
        <w:t>примчав із двора.&lt;br /&gt;</w:t>
        <w:br/>
        <w:t>Уже й за уроки&lt;br /&gt;</w:t>
        <w:br/>
        <w:t>сідати пора.</w:t>
      </w:r>
    </w:p>
    <w:p>
      <w:r>
        <w:br/>
        <w:t>Ось віршика вивчив,&lt;br /&gt;</w:t>
        <w:br/>
        <w:t>задачі зробив.&lt;br /&gt;</w:t>
        <w:br/>
        <w:t>В щоденник заглянув&lt;br /&gt;</w:t>
        <w:br/>
        <w:t>тривогу забив.</w:t>
      </w:r>
    </w:p>
    <w:p>
      <w:r>
        <w:br/>
        <w:t>Гласить неодмінний&lt;br /&gt;</w:t>
        <w:br/>
        <w:t>шкільний записник:&lt;br /&gt;</w:t>
        <w:br/>
        <w:t>"Принести до школи&lt;br /&gt;</w:t>
        <w:br/>
        <w:t>клумачний словник".</w:t>
      </w:r>
    </w:p>
    <w:p>
      <w:r>
        <w:br/>
        <w:t>Завдання у класі&lt;br /&gt;</w:t>
        <w:br/>
        <w:t>він сам записав.&lt;br /&gt;</w:t>
        <w:br/>
        <w:t>А що за словник то —&lt;br /&gt;</w:t>
        <w:br/>
        <w:t>і досі не взнав.</w:t>
      </w:r>
    </w:p>
    <w:p>
      <w:r>
        <w:br/>
        <w:t>Прибіг до бабусі,&lt;br /&gt;</w:t>
        <w:br/>
        <w:t>що прала рушник:&lt;br /&gt;</w:t>
        <w:br/>
        <w:t>— А що таке, — каже,&lt;br /&gt;</w:t>
        <w:br/>
        <w:t>клумачний словник?</w:t>
      </w:r>
    </w:p>
    <w:p>
      <w:r>
        <w:br/>
        <w:t>— Клумачний? — бабуся&lt;br /&gt;</w:t>
        <w:br/>
        <w:t>на те хлопчаку. —&lt;br /&gt;</w:t>
        <w:br/>
        <w:t>Та, мабуть, що носять&lt;br /&gt;</w:t>
        <w:br/>
        <w:t>його в клумаку!</w:t>
      </w:r>
    </w:p>
    <w:p>
      <w:r>
        <w:br/>
        <w:t>Сестричка сміється,&lt;br /&gt;</w:t>
        <w:br/>
        <w:t>швидка на язик:&lt;br /&gt;</w:t>
        <w:br/>
        <w:t>— Сам, — каже, — доклумай,&lt;br /&gt;</w:t>
        <w:br/>
        <w:t>який це словник!</w:t>
      </w:r>
    </w:p>
    <w:p>
      <w:r>
        <w:br/>
        <w:t>Та це вам не шахи,&lt;br /&gt;</w:t>
        <w:br/>
        <w:t>це вам не лото:&lt;br /&gt;</w:t>
        <w:br/>
        <w:t>кого не спитає —&lt;br /&gt;</w:t>
        <w:br/>
        <w:t>не знає ніхто.</w:t>
      </w:r>
    </w:p>
    <w:p>
      <w:r>
        <w:br/>
        <w:t>Спитав у сусіда —&lt;br /&gt;</w:t>
        <w:br/>
        <w:t>вже дещо нове:&lt;br /&gt;</w:t>
        <w:br/>
        <w:t>— В нас, — каже, — в будинку&lt;br /&gt;</w:t>
        <w:br/>
        <w:t>письменник живе.</w:t>
      </w:r>
    </w:p>
    <w:p>
      <w:r>
        <w:br/>
        <w:t>По радіо мову&lt;br /&gt;</w:t>
        <w:br/>
        <w:t>веде про слова.&lt;br /&gt;</w:t>
        <w:br/>
        <w:t>Слова — це перлини,&lt;br /&gt;</w:t>
        <w:br/>
        <w:t>це дивні дива!</w:t>
      </w:r>
    </w:p>
    <w:p>
      <w:r>
        <w:br/>
        <w:t>Піди ти до нього —&lt;br /&gt;</w:t>
        <w:br/>
        <w:t>у нього книжки.&lt;br /&gt;</w:t>
        <w:br/>
        <w:t>Він знає й розкаже&lt;br /&gt;</w:t>
        <w:br/>
        <w:t>про всі словники.</w:t>
      </w:r>
    </w:p>
    <w:p>
      <w:r>
        <w:br/>
        <w:t>Ну що ж, як розради&lt;br /&gt;</w:t>
        <w:br/>
        <w:t>немає ніде,&lt;br /&gt;</w:t>
        <w:br/>
        <w:t>в квартиру поета&lt;br /&gt;</w:t>
        <w:br/>
        <w:t>Тарасик іде.</w:t>
      </w:r>
    </w:p>
    <w:p>
      <w:r>
        <w:br/>
        <w:t>Ось дзвонить, заходить:&lt;br /&gt;</w:t>
        <w:br/>
        <w:t>— Будь ласка, — гука, —&lt;br /&gt;</w:t>
        <w:br/>
        <w:t>клумачного дайте&lt;br /&gt;</w:t>
        <w:br/>
        <w:t>мені словника!</w:t>
      </w:r>
    </w:p>
    <w:p>
      <w:r>
        <w:br/>
        <w:t>Поет усміхнувся:&lt;br /&gt;</w:t>
        <w:br/>
        <w:t>— Ти просиш дарма:&lt;br /&gt;</w:t>
        <w:br/>
        <w:t>клумачного, — каже,&lt;br /&gt;</w:t>
        <w:br/>
        <w:t>в природі нема.</w:t>
      </w:r>
    </w:p>
    <w:p>
      <w:r>
        <w:br/>
        <w:t>Клумачний... То, мабуть,&lt;br /&gt;</w:t>
        <w:br/>
        <w:t>почулось... Пробач,&lt;br /&gt;</w:t>
        <w:br/>
        <w:t>бо той, хто тлумачить,&lt;br /&gt;</w:t>
        <w:br/>
        <w:t>той зветься — тлумач.</w:t>
      </w:r>
    </w:p>
    <w:p>
      <w:r>
        <w:br/>
        <w:t>Буває, що слово&lt;br /&gt;</w:t>
        <w:br/>
        <w:t>відоме давно,&lt;br /&gt;</w:t>
        <w:br/>
        <w:t>а знає не кожен,&lt;br /&gt;</w:t>
        <w:br/>
        <w:t>що значить воно.</w:t>
      </w:r>
    </w:p>
    <w:p>
      <w:r>
        <w:br/>
        <w:t>І тут у пригоді&lt;br /&gt;</w:t>
        <w:br/>
        <w:t>стає визначник&lt;br /&gt;</w:t>
        <w:br/>
        <w:t>скарбів наших мовних —&lt;br /&gt;</w:t>
        <w:br/>
        <w:t>тлумачний словник.</w:t>
      </w:r>
    </w:p>
    <w:p>
      <w:r>
        <w:br/>
        <w:t>Тарасику, світла&lt;br /&gt;</w:t>
        <w:br/>
        <w:t>твоя голова,&lt;br /&gt;</w:t>
        <w:br/>
        <w:t>Ану, зустрічав ти,&lt;br /&gt;</w:t>
        <w:br/>
        <w:t>наприклад, слова:</w:t>
      </w:r>
    </w:p>
    <w:p>
      <w:r>
        <w:br/>
        <w:t>красуля, красоля?&lt;br /&gt;</w:t>
        <w:br/>
        <w:t>Словник розгорни —&lt;br /&gt;</w:t>
        <w:br/>
        <w:t>і зразу побачиш,&lt;br /&gt;</w:t>
        <w:br/>
        <w:t>що значать вони:</w:t>
      </w:r>
    </w:p>
    <w:p>
      <w:r>
        <w:br/>
        <w:t>красуля —красуня,&lt;br /&gt;</w:t>
        <w:br/>
        <w:t>красоля — цвіток.&lt;br /&gt;</w:t>
        <w:br/>
        <w:t>І тут же: краснуха —&lt;br /&gt;</w:t>
        <w:br/>
        <w:t>хвороба діток.</w:t>
      </w:r>
    </w:p>
    <w:p>
      <w:r>
        <w:br/>
        <w:t>Оце ж і тлумачний&lt;br /&gt;</w:t>
        <w:br/>
        <w:t>словник! Зрозумів?&lt;br /&gt;</w:t>
        <w:br/>
        <w:t>А є словники ще —&lt;br /&gt;</w:t>
        <w:br/>
        <w:t>походження слів.</w:t>
      </w:r>
    </w:p>
    <w:p>
      <w:r>
        <w:br/>
        <w:t>Любити життя —&lt;br /&gt;</w:t>
        <w:br/>
        <w:t>звідси йде життєлюб.&lt;br /&gt;</w:t>
        <w:br/>
        <w:t>А шлюб — від слюбитися&lt;br /&gt;</w:t>
        <w:br/>
        <w:t>слюб — отже й шлюб!</w:t>
      </w:r>
    </w:p>
    <w:p>
      <w:r>
        <w:br/>
        <w:t>Вивчатимеш мову:&lt;br /&gt;</w:t>
        <w:br/>
        <w:t>слова — в голові,&lt;br /&gt;</w:t>
        <w:br/>
        <w:t>любов до них — в серці,&lt;br /&gt;</w:t>
        <w:br/>
        <w:t>в самому єстві.</w:t>
      </w:r>
    </w:p>
    <w:p>
      <w:r>
        <w:br/>
        <w:t>— Слова в голові? —&lt;br /&gt;</w:t>
        <w:br/>
        <w:t>розсміявся хлопчак. —&lt;br /&gt;</w:t>
        <w:br/>
        <w:t>То, значить, для слів&lt;br /&gt;</w:t>
        <w:br/>
        <w:t>не потрібний клумак!</w:t>
      </w:r>
    </w:p>
    <w:p>
      <w:r>
        <w:br/>
        <w:t>Радіє письменник&lt;br /&gt;</w:t>
        <w:br/>
        <w:t>з тямкого дружка:&lt;br /&gt;</w:t>
        <w:br/>
        <w:t>— Як любиш, наука&lt;br /&gt;</w:t>
        <w:br/>
        <w:t>тобі не важка.</w:t>
      </w:r>
    </w:p>
    <w:p>
      <w:r>
        <w:br/>
        <w:t>Ціннюща в людини&lt;br /&gt;</w:t>
        <w:br/>
        <w:t>до знань ненасить.&lt;br /&gt;</w:t>
        <w:br/>
        <w:t>І їх за плечима,&lt;br /&gt;</w:t>
        <w:br/>
        <w:t>тих знань, не носить.</w:t>
      </w:r>
    </w:p>
    <w:p>
      <w:r>
        <w:br/>
        <w:t>— Спасибі! — Тарасик&lt;br /&gt;</w:t>
        <w:br/>
        <w:t>додому побіг.&lt;br /&gt;</w:t>
        <w:br/>
        <w:t>І ледве, зраділий,&lt;br /&gt;</w:t>
        <w:br/>
        <w:t>ступив за поріг:</w:t>
      </w:r>
    </w:p>
    <w:p>
      <w:r>
        <w:br/>
        <w:t>— Доклумав! — гукає&lt;br /&gt;</w:t>
        <w:br/>
        <w:t>сестричці своїй.&lt;br /&gt;</w:t>
        <w:br/>
        <w:t>А потім біжить&lt;br /&gt;</w:t>
        <w:br/>
        <w:t>до бабусі мерщій.</w:t>
      </w:r>
    </w:p>
    <w:p>
      <w:r>
        <w:br/>
        <w:t>Примчавши на кухню,&lt;br /&gt;</w:t>
        <w:br/>
        <w:t>червоний, як мак:&lt;br /&gt;</w:t>
        <w:br/>
        <w:t>— Бабусю, — кричить, —&lt;br /&gt;</w:t>
        <w:br/>
        <w:t>не підходить клумак!</w:t>
      </w:r>
    </w:p>
    <w:p>
      <w:r>
        <w:br/>
        <w:t>Ціннюща в людини&lt;br /&gt;</w:t>
        <w:br/>
        <w:t>до знань ненасить.&lt;br /&gt;</w:t>
        <w:br/>
        <w:t>І знань за плечима, —&lt;br /&gt;</w:t>
        <w:br/>
        <w:t>гука, — не носить!</w:t>
      </w:r>
    </w:p>
    <w:p>
      <w:r>
        <w:br/>
        <w:t>І ТАК І НАВПАКИ</w:t>
      </w:r>
    </w:p>
    <w:p>
      <w:r>
        <w:br/>
        <w:t>Загадка</w:t>
      </w:r>
    </w:p>
    <w:p>
      <w:r>
        <w:br/>
        <w:t>У нім — три літери, та ба —&lt;br /&gt;</w:t>
        <w:br/>
        <w:t>іде на ньому молотьба.&lt;br /&gt;</w:t>
        <w:br/>
        <w:t>А прочитай з кінця — і вмить&lt;br /&gt;</w:t>
        <w:br/>
        <w:t>почне тобі мишей ловить.</w:t>
      </w:r>
    </w:p>
    <w:p>
      <w:r>
        <w:br/>
        <w:t>(Тік і кіт)</w:t>
      </w:r>
    </w:p>
    <w:p>
      <w:r>
        <w:br/>
        <w:t>ІЗ ПРАДАВНЬОГО КОРІННЯ</w:t>
      </w:r>
    </w:p>
    <w:p>
      <w:r>
        <w:br/>
        <w:t>Що не мова — чудо, диво.&lt;br /&gt;</w:t>
        <w:br/>
        <w:t>Чув, наприклад, ти оці&lt;br /&gt;</w:t>
        <w:br/>
        <w:t>назви — як звучать красиво&lt;br /&gt;</w:t>
        <w:br/>
        <w:t>білоруські місяці?</w:t>
      </w:r>
    </w:p>
    <w:p>
      <w:r>
        <w:br/>
        <w:t>Перший — cтyдзень, другий — люты,&lt;br /&gt;</w:t>
        <w:br/>
        <w:t>третій місяць — сакавік,&lt;br /&gt;</w:t>
        <w:br/>
        <w:t>а четвертий — красавік...&lt;br /&gt;</w:t>
        <w:br/>
        <w:t>Скільки ніжності в них чути!</w:t>
      </w:r>
    </w:p>
    <w:p>
      <w:r>
        <w:br/>
        <w:t>Місяці в болгар і нині&lt;br /&gt;</w:t>
        <w:br/>
        <w:t>всі зовуться по-латині:&lt;br /&gt;</w:t>
        <w:br/>
        <w:t>януарі, февруарі,&lt;br /&gt;</w:t>
        <w:br/>
        <w:t>март, апріл, але другарі</w:t>
      </w:r>
    </w:p>
    <w:p>
      <w:r>
        <w:br/>
        <w:t>назви знають ще й народні,&lt;br /&gt;</w:t>
        <w:br/>
        <w:t>що живуть і по сьогодні.</w:t>
      </w:r>
    </w:p>
    <w:p>
      <w:r>
        <w:br/>
        <w:t>Січень в них — великий Січко,&lt;br /&gt;</w:t>
        <w:br/>
        <w:t>лютий — менший Січка брат,&lt;br /&gt;</w:t>
        <w:br/>
        <w:t>і тому малий він Січко,&lt;br /&gt;</w:t>
        <w:br/>
        <w:t>хоч зима й не йде на спад.</w:t>
      </w:r>
    </w:p>
    <w:p>
      <w:r>
        <w:br/>
        <w:t>Березіль же — баба Марта...&lt;br /&gt;</w:t>
        <w:br/>
        <w:t>І живий тут кожен місяць:&lt;br /&gt;</w:t>
        <w:br/>
        <w:t>той ріку скував не жартом,&lt;br /&gt;</w:t>
        <w:br/>
        <w:t>той чобітьми глину місить.</w:t>
      </w:r>
    </w:p>
    <w:p>
      <w:r>
        <w:br/>
        <w:t>Все підмітили народи, —&lt;br /&gt;</w:t>
        <w:br/>
        <w:t>календар життя, природи!&lt;br /&gt;</w:t>
        <w:br/>
        <w:t>Дивовижно йдуть у парі&lt;br /&gt;</w:t>
        <w:br/>
        <w:t>і январь і януарі!</w:t>
      </w:r>
    </w:p>
    <w:p>
      <w:r>
        <w:br/>
        <w:t>Все красиве, все погідне&lt;br /&gt;</w:t>
        <w:br/>
        <w:t>у сплетінні запозичень,&lt;br /&gt;</w:t>
        <w:br/>
        <w:t>і близьке всім нам, і рідне —&lt;br /&gt;</w:t>
        <w:br/>
        <w:t>січень — студжень, Січко — січень.</w:t>
      </w:r>
    </w:p>
    <w:p>
      <w:r>
        <w:br/>
        <w:t>Чуєш? Наче нив подзвіння,&lt;br /&gt;</w:t>
        <w:br/>
        <w:t>щойно вистигне колосся...&lt;br /&gt;</w:t>
        <w:br/>
        <w:t>Із прадавнього коріння&lt;br /&gt;</w:t>
        <w:br/>
        <w:t>проросло, переплелося...</w:t>
      </w:r>
    </w:p>
    <w:p>
      <w:r>
        <w:br/>
        <w:t>ДОРОФЕЙ</w:t>
      </w:r>
    </w:p>
    <w:p>
      <w:r>
        <w:br/>
        <w:t>Де я вперше чув російську мову?&lt;br /&gt;</w:t>
        <w:br/>
        <w:t>На Роменщині, в глухім селі.&lt;br /&gt;</w:t>
        <w:br/>
        <w:t>В пам'яті моїй зринає знову&lt;br /&gt;</w:t>
        <w:br/>
        <w:t>спогад про дитинство на Сулі.</w:t>
      </w:r>
    </w:p>
    <w:p>
      <w:r>
        <w:br/>
        <w:t>З тих років двадцятих бачу й досі:&lt;br /&gt;</w:t>
        <w:br/>
        <w:t>коли голод гнав до нас людей,&lt;br /&gt;</w:t>
        <w:br/>
        <w:t>жив у тітки нашої Ходосі&lt;br /&gt;</w:t>
        <w:br/>
        <w:t>хлопець з Волги, звався Дорофей.</w:t>
      </w:r>
    </w:p>
    <w:p>
      <w:r>
        <w:br/>
        <w:t>В латаній до нас приходив свиті,&lt;br /&gt;</w:t>
        <w:br/>
        <w:t>грався з нами, за м'ячем гасав.&lt;br /&gt;</w:t>
        <w:br/>
        <w:t>В нього очі — як волошки в житі,-&lt;br /&gt;</w:t>
        <w:br/>
        <w:t>мов про нього Головко писав.</w:t>
      </w:r>
    </w:p>
    <w:p>
      <w:r>
        <w:br/>
        <w:t>В хаті нас не двійко і не трійко,&lt;br /&gt;</w:t>
        <w:br/>
        <w:t>не як з рукавички — як з мішка.&lt;br /&gt;</w:t>
        <w:br/>
        <w:t>В тітки ж за Сулою Дорофійко&lt;br /&gt;</w:t>
        <w:br/>
        <w:t>ріс коло ще меншого Мишка.</w:t>
      </w:r>
    </w:p>
    <w:p>
      <w:r>
        <w:br/>
        <w:t>Якось він зайшов до нас у хату&lt;br /&gt;</w:t>
        <w:br/>
        <w:t>(а було тоді йому літ шість),&lt;br /&gt;</w:t>
        <w:br/>
        <w:t>до макітерки метнулась мати,&lt;br /&gt;</w:t>
        <w:br/>
        <w:t>пиріжка дає, а він не їсть, —</w:t>
      </w:r>
    </w:p>
    <w:p>
      <w:r>
        <w:br/>
        <w:t>взяв за пазуху, картуз на брови:&lt;br /&gt;</w:t>
        <w:br/>
        <w:t>— Это я Мишутке понесу... —&lt;br /&gt;</w:t>
        <w:br/>
        <w:t>Так спізнав я і чарівність мови,&lt;br /&gt;</w:t>
        <w:br/>
        <w:t>і російської душі красу.</w:t>
      </w:r>
    </w:p>
    <w:p>
      <w:r>
        <w:br/>
        <w:t>ЧИ ТО ЗЛІВА, ЧИ ТО СПРАВА</w:t>
      </w:r>
    </w:p>
    <w:p>
      <w:r>
        <w:br/>
        <w:t>Загадка</w:t>
      </w:r>
    </w:p>
    <w:p>
      <w:r>
        <w:br/>
        <w:t>Є слова — ну й цікаво!&lt;br /&gt;</w:t>
        <w:br/>
        <w:t>Є слова — просто диво!&lt;br /&gt;</w:t>
        <w:br/>
        <w:t>Прочитаймо їх з вами:&lt;br /&gt;</w:t>
        <w:br/>
        <w:t>чи то зліва направо,&lt;br /&gt;</w:t>
        <w:br/>
        <w:t>чи то справа наліво —&lt;br /&gt;</w:t>
        <w:br/>
        <w:t>означають те саме.&lt;br /&gt;</w:t>
        <w:br/>
        <w:t>Ось дивіться: корок, біб,&lt;br /&gt;</w:t>
        <w:br/>
        <w:t>око, Кирик, зараз, піп...&lt;br /&gt;</w:t>
        <w:br/>
        <w:t>Є ще й інші на умі,&lt;br /&gt;</w:t>
        <w:br/>
        <w:t>та назвіть ви їх самі.</w:t>
      </w:r>
    </w:p>
    <w:p>
      <w:r>
        <w:br/>
        <w:t>ГОВОРИ, ЯШКО, ІЩЕ РОЗКАЗУЙ!</w:t>
      </w:r>
    </w:p>
    <w:p>
      <w:r>
        <w:br/>
        <w:t>Як була після війни розруха,&lt;br /&gt;</w:t>
        <w:br/>
        <w:t>дядько Білик взяв торбину: що ж,&lt;br /&gt;</w:t>
        <w:br/>
        <w:t>поки що прощай, ріка Ревуха! —&lt;br /&gt;</w:t>
        <w:br/>
        <w:t>та й подався із синком за Сож.</w:t>
      </w:r>
    </w:p>
    <w:p>
      <w:r>
        <w:br/>
        <w:t>Взяв він хліба й солі на дорогу&lt;br /&gt;</w:t>
        <w:br/>
        <w:t>(бо дорога довга і важка).&lt;br /&gt;</w:t>
        <w:br/>
        <w:t>Добре, що з собою на підмогу&lt;br /&gt;</w:t>
        <w:br/>
        <w:t>підхопив кмітливого Яшка.</w:t>
      </w:r>
    </w:p>
    <w:p>
      <w:r>
        <w:br/>
        <w:t>Тесля там робив хліви, сараї,&lt;br /&gt;</w:t>
        <w:br/>
        <w:t>поправляв на зиму реманент.&lt;br /&gt;</w:t>
        <w:br/>
        <w:t>А Яшко, як це в майстрів буває,&lt;br /&gt;</w:t>
        <w:br/>
        <w:t>щось тесав та подавав струмент.</w:t>
      </w:r>
    </w:p>
    <w:p>
      <w:r>
        <w:br/>
        <w:t>Од хлоп'ят почув він про героїв,&lt;br /&gt;</w:t>
        <w:br/>
        <w:t>про відвагу їхню на війні.&lt;br /&gt;</w:t>
        <w:br/>
        <w:t>І незчувся, як слова засвоїв,&lt;br /&gt;</w:t>
        <w:br/>
        <w:t>білоруську мову і пісні.</w:t>
      </w:r>
    </w:p>
    <w:p>
      <w:r>
        <w:br/>
        <w:t>І за кілька місяців по тому&lt;br /&gt;</w:t>
        <w:br/>
        <w:t>(непомітно літній час зрина)&lt;br /&gt;</w:t>
        <w:br/>
        <w:t>повернулися вони додому,&lt;br /&gt;</w:t>
        <w:br/>
        <w:t>заробили бульби і зерна.</w:t>
      </w:r>
    </w:p>
    <w:p>
      <w:r>
        <w:br/>
        <w:t>І Яшко став дітям говорити&lt;br /&gt;</w:t>
        <w:br/>
        <w:t>все, що чув за Сожем від хлоп'ят.&lt;br /&gt;</w:t>
        <w:br/>
        <w:t>Обступають хлопця наші діти,&lt;br /&gt;</w:t>
        <w:br/>
        <w:t>розглядають з голови до п'ят.</w:t>
      </w:r>
    </w:p>
    <w:p>
      <w:r>
        <w:br/>
        <w:t>Полонить Яшко, чарує навіть&lt;br /&gt;</w:t>
        <w:br/>
        <w:t>дзвінко-ніжним білоруським "дзє".&lt;br /&gt;</w:t>
        <w:br/>
        <w:t>Оголошує, чита напам'ять —&lt;br /&gt;</w:t>
        <w:br/>
        <w:t>Янка Купала:&lt;br /&gt;</w:t>
        <w:br/>
        <w:t>"А хто там ідзє?"</w:t>
      </w:r>
    </w:p>
    <w:p>
      <w:r>
        <w:br/>
        <w:t>Білоруська мова — наче казка, —&lt;br /&gt;</w:t>
        <w:br/>
        <w:t>вперше чують Таня, Коля, Гриць:&lt;br /&gt;</w:t>
        <w:br/>
        <w:t>— Говори, Яшко!&lt;br /&gt;</w:t>
        <w:br/>
        <w:t>— Ды калі ласка,&lt;br /&gt;</w:t>
        <w:br/>
        <w:t>буду і чытаць і гаварыць...</w:t>
      </w:r>
    </w:p>
    <w:p>
      <w:r>
        <w:br/>
        <w:t>І вони ізнов то біля хати,&lt;br /&gt;</w:t>
        <w:br/>
        <w:t>то біля Ревухи бережка&lt;br /&gt;</w:t>
        <w:br/>
        <w:t>сходяться гуртом, щоб розпитати,&lt;br /&gt;</w:t>
        <w:br/>
        <w:t>щоб послухать Білика Яшка.</w:t>
      </w:r>
    </w:p>
    <w:p>
      <w:r>
        <w:br/>
        <w:t>Де Яшко з'являється — одразу&lt;br /&gt;</w:t>
        <w:br/>
        <w:t>неодмінний хвостик дітвори:&lt;br /&gt;</w:t>
        <w:br/>
        <w:t>— Говори, Яшко, іще розказуй!&lt;br /&gt;</w:t>
        <w:br/>
        <w:t>— Говори, будь ласка, говори!</w:t>
      </w:r>
    </w:p>
    <w:p>
      <w:r>
        <w:br/>
        <w:t>НА КОЖНІМ КРОЦІ</w:t>
      </w:r>
    </w:p>
    <w:p>
      <w:r>
        <w:br/>
        <w:t>В житті робив ти свій перший крок,&lt;br /&gt;</w:t>
        <w:br/>
        <w:t>сьогодні в школу йдеш на урок.</w:t>
      </w:r>
    </w:p>
    <w:p>
      <w:r>
        <w:br/>
        <w:t>А що ідеш ти, то робиш кроки, —&lt;br /&gt;</w:t>
        <w:br/>
        <w:t>отак і вийдеш у світ широкий.</w:t>
      </w:r>
    </w:p>
    <w:p>
      <w:r>
        <w:br/>
        <w:t>І раптом думка поміж думок:&lt;br /&gt;</w:t>
        <w:br/>
        <w:t>а що за слово цей самий крок?</w:t>
      </w:r>
    </w:p>
    <w:p>
      <w:r>
        <w:br/>
        <w:t>Тут щось цікаве таїтись може,&lt;br /&gt;</w:t>
        <w:br/>
        <w:t>бо й слово кроква на нього схоже!</w:t>
      </w:r>
    </w:p>
    <w:p>
      <w:r>
        <w:br/>
        <w:t>Та слово, друже, знань вимага,&lt;br /&gt;</w:t>
        <w:br/>
        <w:t>в болгарській мові є крак [1] — нога.</w:t>
      </w:r>
    </w:p>
    <w:p>
      <w:r>
        <w:br/>
        <w:t>А в білоруській є слово крочыць, [2] —&lt;br /&gt;</w:t>
        <w:br/>
        <w:t>уже й не треба мізки морочить.</w:t>
      </w:r>
    </w:p>
    <w:p>
      <w:r>
        <w:br/>
        <w:t>А як відкрились нам крок і крок, —&lt;br /&gt;</w:t>
        <w:br/>
        <w:t>тоді звідкіль же російське шаг?</w:t>
      </w:r>
    </w:p>
    <w:p>
      <w:r>
        <w:br/>
        <w:t>Згадай тут відстань, ту, на яку ти&lt;br /&gt;</w:t>
        <w:br/>
        <w:t>ногою можеш вперед сягнути —</w:t>
      </w:r>
    </w:p>
    <w:p>
      <w:r>
        <w:br/>
        <w:t>один раз ступиш — один і сяг,&lt;br /&gt;</w:t>
        <w:br/>
        <w:t>а сяг прадавнє дало нам — шаг.</w:t>
      </w:r>
    </w:p>
    <w:p>
      <w:r>
        <w:br/>
        <w:t>Отож і справді кінець мороці.&lt;br /&gt;</w:t>
        <w:br/>
        <w:t>А що потрібно на кожнім кроці?</w:t>
      </w:r>
    </w:p>
    <w:p>
      <w:r>
        <w:br/>
        <w:t>На кожнім кроці — знання, знання,&lt;br /&gt;</w:t>
        <w:br/>
        <w:t>інакше йтимеш ти навмання.</w:t>
      </w:r>
    </w:p>
    <w:p>
      <w:r>
        <w:br/>
        <w:t>СОБІНОВ СПІВАЄ</w:t>
      </w:r>
    </w:p>
    <w:p>
      <w:r>
        <w:br/>
        <w:t>Собінов приїхав на гастролі.&lt;br /&gt;</w:t>
        <w:br/>
        <w:t>Золотий сезон. Найкращі ролі.&lt;br /&gt;</w:t>
        <w:br/>
        <w:t>Собінов співає на Вкраїні&lt;br /&gt;</w:t>
        <w:br/>
        <w:t>ув "Онєгіні" і в "Лоенгріні".&lt;br /&gt;</w:t>
        <w:br/>
        <w:t>Собінов співає в "Майській ночі".&lt;br /&gt;</w:t>
        <w:br/>
        <w:t>Тисячі послухати охочі.</w:t>
      </w:r>
    </w:p>
    <w:p>
      <w:r>
        <w:br/>
        <w:t>Наша опера заледве набирає сили,&lt;br /&gt;</w:t>
        <w:br/>
        <w:t>й раптом — світове імення в ній оголосили.</w:t>
      </w:r>
    </w:p>
    <w:p>
      <w:r>
        <w:br/>
        <w:t>Жовтню — перший лиш десяток. Ще зіяють рани,&lt;br /&gt;</w:t>
        <w:br/>
        <w:t>ті, що нашому народу завдали тирани,</w:t>
      </w:r>
    </w:p>
    <w:p>
      <w:r>
        <w:br/>
        <w:t>як була на рідну мову люта заборона,&lt;br /&gt;</w:t>
        <w:br/>
        <w:t>як жорстоко її царська тиснула корона.</w:t>
      </w:r>
    </w:p>
    <w:p>
      <w:r>
        <w:br/>
        <w:t>А сьогодні море звуків плещеться безкрає:&lt;br /&gt;</w:t>
        <w:br/>
        <w:t>в українському театрі Собінов співає.</w:t>
      </w:r>
    </w:p>
    <w:p>
      <w:r>
        <w:br/>
        <w:t>Але що це? Ярославець, корінний волжанин,&lt;br /&gt;</w:t>
        <w:br/>
        <w:t>українською співає. Знак любові й шани.</w:t>
      </w:r>
    </w:p>
    <w:p>
      <w:r>
        <w:br/>
        <w:t>Для волжанина, напевне, нелегка то праця —&lt;br /&gt;</w:t>
        <w:br/>
        <w:t>кожне виплекати слово, знати, не збиваться!</w:t>
      </w:r>
    </w:p>
    <w:p>
      <w:r>
        <w:br/>
        <w:t>Сотні слухать Лоенгріна, й Ленського охочі,&lt;br /&gt;</w:t>
        <w:br/>
        <w:t>і Левка у "Майській ночі" слухать до півночі...</w:t>
      </w:r>
    </w:p>
    <w:p>
      <w:r>
        <w:br/>
        <w:t>Грім овацій. Свіжі квіти. Захват по виставі.&lt;br /&gt;</w:t>
        <w:br/>
        <w:t>Коло нього і артисти, й глядачі цікаві.</w:t>
      </w:r>
    </w:p>
    <w:p>
      <w:r>
        <w:br/>
        <w:t>— Ви пробачте нам, — аж сяють молоді дівчата, —&lt;br /&gt;</w:t>
        <w:br/>
        <w:t>а по-українськи важко ролі вам вивчати?</w:t>
      </w:r>
    </w:p>
    <w:p>
      <w:r>
        <w:br/>
        <w:t>Він, симпатію відчувши в їхньому нестримі,&lt;br /&gt;</w:t>
        <w:br/>
        <w:t>лиш очима усміхнувся, ще в костюмі й гримі:</w:t>
      </w:r>
    </w:p>
    <w:p>
      <w:r>
        <w:br/>
        <w:t>— Може, декому і важко, та признатись мушу,&lt;br /&gt;</w:t>
        <w:br/>
        <w:t>легко все мені красиве западає в душу.</w:t>
      </w:r>
    </w:p>
    <w:p>
      <w:r>
        <w:br/>
        <w:t>У Москві я Заньковецьку бачив на гастролях,&lt;br /&gt;</w:t>
        <w:br/>
        <w:t>українських корифеїв у найкращих ролях.</w:t>
      </w:r>
    </w:p>
    <w:p>
      <w:r>
        <w:br/>
        <w:t>В юні роки з ними навіть виступав укупі,&lt;br /&gt;</w:t>
        <w:br/>
        <w:t>у Сад омського Миколи в українській трупі...</w:t>
      </w:r>
    </w:p>
    <w:p>
      <w:r>
        <w:br/>
        <w:t>В нашім мовнім багатоголоссі&lt;br /&gt;</w:t>
        <w:br/>
        <w:t>Собінов хвилює нас і досі.&lt;br /&gt;</w:t>
        <w:br/>
        <w:t>Золота сторінка не зів'яне.&lt;br /&gt;</w:t>
        <w:br/>
        <w:t>То хіба ж могли тоді кияни,&lt;br /&gt;</w:t>
        <w:br/>
        <w:t>як і харків'яни, й одесити,&lt;br /&gt;</w:t>
        <w:br/>
        <w:t>на руках артиста не носити!</w:t>
      </w:r>
    </w:p>
    <w:p>
      <w:r>
        <w:br/>
        <w:t>КЛАСНА ЗАГАДКА</w:t>
      </w:r>
    </w:p>
    <w:p>
      <w:r>
        <w:br/>
        <w:t>Іще одна загадочка для вас:&lt;br /&gt;</w:t>
        <w:br/>
        <w:t>прикметник означа найвищий клас,&lt;br /&gt;</w:t>
        <w:br/>
        <w:t>споріднений з іменником співзвучним.&lt;br /&gt;</w:t>
        <w:br/>
        <w:t>Лиш Й на К в кінці змініть — і враз&lt;br /&gt;</w:t>
        <w:br/>
        <w:t>ви познайомитесь з маленьким учнем,&lt;br /&gt;</w:t>
        <w:br/>
        <w:t>який не ходить ще і в другий клас...&lt;br /&gt;</w:t>
        <w:br/>
        <w:t>Як почнете цей вірш читать спочатку,&lt;br /&gt;</w:t>
        <w:br/>
        <w:t>то знайдете ви натяк на відгадку.</w:t>
      </w:r>
    </w:p>
    <w:p>
      <w:r>
        <w:br/>
        <w:t>Який прикметник і&lt;br /&gt;</w:t>
        <w:br/>
        <w:t>який іменник?</w:t>
      </w:r>
    </w:p>
    <w:p>
      <w:r>
        <w:br/>
        <w:t>(Першокласний і першокласник)</w:t>
      </w:r>
    </w:p>
    <w:p>
      <w:r>
        <w:br/>
        <w:t>ЗАГАДКА ДИТИНСТВА</w:t>
      </w:r>
    </w:p>
    <w:p>
      <w:r>
        <w:br/>
        <w:t>Враження дитинства – ясновесні!&lt;br /&gt;</w:t>
        <w:br/>
        <w:t>Слів краса! Звідкіль іде вона?&lt;br /&gt;</w:t>
        <w:br/>
        <w:t>Наче загадки якісь чудесні:&lt;br /&gt;</w:t>
        <w:br/>
        <w:t>рідна мова – дивна дивина!</w:t>
      </w:r>
    </w:p>
    <w:p>
      <w:r>
        <w:br/>
        <w:t>Вперше у житті штанці крамні&lt;br /&gt;</w:t>
        <w:br/>
        <w:t>хлопцеві придбали у Ромні.&lt;br /&gt;</w:t>
        <w:br/>
        <w:t>Лиш надів – усі йому: —— Митянчик,&lt;br /&gt;</w:t>
        <w:br/>
        <w:t>ти – як янчик!</w:t>
      </w:r>
    </w:p>
    <w:p>
      <w:r>
        <w:br/>
        <w:t>-— Що за янчик? – хтось спитав. І сивий&lt;br /&gt;</w:t>
        <w:br/>
        <w:t>батько наш поважно відповів:&lt;br /&gt;</w:t>
        <w:br/>
        <w:t>-— Так говорять, коли хтось красивий,&lt;br /&gt;</w:t>
        <w:br/>
        <w:t>так ми чули од своїх батьків...</w:t>
      </w:r>
    </w:p>
    <w:p>
      <w:r>
        <w:br/>
        <w:t>я цікавивсь цього слова змістом,&lt;br /&gt;</w:t>
        <w:br/>
        <w:t>в словниках шукав його стократ...&lt;br /&gt;</w:t>
        <w:br/>
        <w:t>Та в Чехословаччині туристом&lt;br /&gt;</w:t>
        <w:br/>
        <w:t>побував і розказав мій брат:</w:t>
      </w:r>
    </w:p>
    <w:p>
      <w:r>
        <w:br/>
        <w:t>— Знаєш, хто наш Янчик благородний?&lt;br /&gt;</w:t>
        <w:br/>
        <w:t>Як не здогадались ми? Це ж той&lt;br /&gt;</w:t>
        <w:br/>
        <w:t>люблений словак, герой народний,&lt;br /&gt;</w:t>
        <w:br/>
        <w:t>справді красень, Яношик-герой!</w:t>
      </w:r>
    </w:p>
    <w:p>
      <w:r>
        <w:br/>
        <w:t>Я зрадів: усе — в єдинім слові,&lt;br /&gt;</w:t>
        <w:br/>
        <w:t>все в іменні! Отже сумнів пріч.&lt;br /&gt;</w:t>
        <w:br/>
        <w:t>Яношик! Але в розмовній мові —&lt;br /&gt;</w:t>
        <w:br/>
        <w:t>Яншик, Янчик — ось у чому річ!</w:t>
      </w:r>
    </w:p>
    <w:p>
      <w:r>
        <w:br/>
        <w:t>Слово пломенить червоним маком&lt;br /&gt;</w:t>
        <w:br/>
        <w:t>(над легендою не владний час!).&lt;br /&gt;</w:t>
        <w:br/>
        <w:t>Як його передали словаки?&lt;br /&gt;</w:t>
        <w:br/>
        <w:t>Як воно долинуло до нас?</w:t>
      </w:r>
    </w:p>
    <w:p>
      <w:r>
        <w:br/>
        <w:t>СЛОВО ЦЕ – СТАРОВИННА БУДОВА</w:t>
      </w:r>
    </w:p>
    <w:p>
      <w:r>
        <w:br/>
        <w:t>Загадка</w:t>
      </w:r>
    </w:p>
    <w:p>
      <w:r>
        <w:br/>
        <w:t>Слово це — старовинна будова&lt;br /&gt;</w:t>
        <w:br/>
        <w:t>з гостряками мурованих веж.&lt;br /&gt;</w:t>
        <w:br/>
        <w:t>Щойно зміниш ти наголос слова&lt;br /&gt;</w:t>
        <w:br/>
        <w:t>цим одразу будову замкнеш.</w:t>
      </w:r>
    </w:p>
    <w:p>
      <w:r>
        <w:br/>
        <w:t>Що це за слово?</w:t>
      </w:r>
    </w:p>
    <w:p>
      <w:r>
        <w:br/>
        <w:t>(замок, замок)</w:t>
      </w:r>
    </w:p>
    <w:p>
      <w:r>
        <w:br/>
        <w:t>ГУСИ</w:t>
      </w:r>
    </w:p>
    <w:p>
      <w:r>
        <w:br/>
        <w:t>Професора Баженова [3] уроки&lt;br /&gt;</w:t>
        <w:br/>
        <w:t>усе життя я буду пам'ятать.&lt;br /&gt;</w:t>
        <w:br/>
        <w:t>Байки Крилова повторяли, поки&lt;br /&gt;</w:t>
        <w:br/>
        <w:t>не навчимося правильно читать.</w:t>
      </w:r>
    </w:p>
    <w:p>
      <w:r>
        <w:br/>
        <w:t>Професор нас вимовою чіткою&lt;br /&gt;</w:t>
        <w:br/>
        <w:t>подивувать нагоди не минав:&lt;br /&gt;</w:t>
        <w:br/>
        <w:t>— Читайте так: "Лозиною гнучкою&lt;br /&gt;</w:t>
        <w:br/>
        <w:t>на продаж селянин гусей до міста гнав".&lt;br /&gt;</w:t>
        <w:br/>
        <w:t>Читаючи, ви уявіть картину:&lt;br /&gt;</w:t>
        <w:br/>
        <w:t>гусей, і селянина, і лозину.</w:t>
      </w:r>
    </w:p>
    <w:p>
      <w:r>
        <w:br/>
        <w:t>І я згадав, як дядько Єлисей&lt;br /&gt;</w:t>
        <w:br/>
        <w:t>наймав підпасичів гонить гусей:&lt;br /&gt;</w:t>
        <w:br/>
        <w:t>ледь світ в Ромен погнать і дотемна&lt;br /&gt;</w:t>
        <w:br/>
        <w:t>за двадцять верст вернутися з Ромна.&lt;br /&gt;</w:t>
        <w:br/>
        <w:t>За те, що віджене гусей Марійка,&lt;br /&gt;</w:t>
        <w:br/>
        <w:t>дивися, й набіжить якась копійка.&lt;br /&gt;</w:t>
        <w:br/>
        <w:t>Але "гел-гел" для старшої сестрички&lt;br /&gt;</w:t>
        <w:br/>
        <w:t>не раз слізьми кінчалося з незвички.</w:t>
      </w:r>
    </w:p>
    <w:p>
      <w:r>
        <w:br/>
        <w:t>Згадав я на занятті той маршрут&lt;br /&gt;</w:t>
        <w:br/>
        <w:t>і вже забув, чого сиджу я тут.&lt;br /&gt;</w:t>
        <w:br/>
        <w:t>Професор бачить: — Митю Білоусе,&lt;br /&gt;</w:t>
        <w:br/>
        <w:t>куди твої помандрували гуси? —&lt;br /&gt;</w:t>
        <w:br/>
        <w:t>Певніше я спираюся на парту&lt;br /&gt;</w:t>
        <w:br/>
        <w:t>від теплого професорського жарту.&lt;br /&gt;</w:t>
        <w:br/>
        <w:t>А він киває — повторять за ним:&lt;br /&gt;</w:t>
        <w:br/>
        <w:t>"Таж наші предки врятували Рим!"</w:t>
      </w:r>
    </w:p>
    <w:p>
      <w:r>
        <w:br/>
        <w:t>Проказую рядок, але на думці&lt;br /&gt;</w:t>
        <w:br/>
        <w:t>ізнов сестра, окраєць хліба в сумці...&lt;br /&gt;</w:t>
        <w:br/>
        <w:t>І вже через гусей тих на траві&lt;br /&gt;</w:t>
        <w:br/>
        <w:t>Ромен і Рим змішались в голові...&lt;br /&gt;</w:t>
        <w:br/>
        <w:t>Не знаю я, чи справді від навали&lt;br /&gt;</w:t>
        <w:br/>
        <w:t>спасли ті гуси Стародавній Рим,&lt;br /&gt;</w:t>
        <w:br/>
        <w:t>а нас від злиднів трохи рятували,&lt;br /&gt;</w:t>
        <w:br/>
        <w:t>коли я був малим...</w:t>
      </w:r>
    </w:p>
    <w:p>
      <w:r>
        <w:br/>
        <w:t>ЧУДЕСНІ БАРВИ</w:t>
      </w:r>
    </w:p>
    <w:p>
      <w:r>
        <w:br/>
        <w:t>Які чудесні барви у нашій рідній мові,&lt;br /&gt;</w:t>
        <w:br/>
        <w:t>які відтінки різні від Сейму аж по Сян!&lt;br /&gt;</w:t>
        <w:br/>
        <w:t>У Києві говорять інакше, ніж у Львові, —&lt;br /&gt;</w:t>
        <w:br/>
        <w:t>і чорногуз, і бусол, лелека і боцян...</w:t>
      </w:r>
    </w:p>
    <w:p>
      <w:r>
        <w:br/>
        <w:t>Так наче називаєш різновиди лелек ти,&lt;br /&gt;</w:t>
        <w:br/>
        <w:t>а це лиш різні назви, синонімічний ряд.&lt;br /&gt;</w:t>
        <w:br/>
        <w:t>А є ще риси мови, що звуться діалекти:&lt;br /&gt;</w:t>
        <w:br/>
        <w:t>це говори місцеві на дещо інший лад.</w:t>
      </w:r>
    </w:p>
    <w:p>
      <w:r>
        <w:br/>
        <w:t>На Київщині (в Літках) взуття зовуть обувка,&lt;br /&gt;</w:t>
        <w:br/>
        <w:t>а огірок звичайний в Чернігові — гурок,&lt;br /&gt;</w:t>
        <w:br/>
        <w:t>а кошик на Поліссі (в Іванкові) — кошувка,&lt;br /&gt;</w:t>
        <w:br/>
        <w:t>і назви, і вимова різняться що не крок.</w:t>
      </w:r>
    </w:p>
    <w:p>
      <w:r>
        <w:br/>
        <w:t>Раз якось на базарі професор із столиці&lt;br /&gt;</w:t>
        <w:br/>
        <w:t>заговорив із дідом, що ягоди привіз:&lt;br /&gt;</w:t>
        <w:br/>
        <w:t>— То, значить, на Поліссі вродили полуниці?&lt;br /&gt;</w:t>
        <w:br/>
        <w:t>Я бачу, ви з-над Снові, із хутора Рогіз.</w:t>
      </w:r>
    </w:p>
    <w:p>
      <w:r>
        <w:br/>
        <w:t>Дід витріщає очі — і як це може бути?&lt;br /&gt;</w:t>
        <w:br/>
        <w:t>— То ви з Рогозу родом? Мо, інженер? Поет?&lt;br /&gt;</w:t>
        <w:br/>
        <w:t>— Та ні, я просто знаю, як де говорять люди:&lt;br /&gt;</w:t>
        <w:br/>
        <w:t>прислухуюсь до мови — і в цьому весь секрет.</w:t>
      </w:r>
    </w:p>
    <w:p>
      <w:r>
        <w:br/>
        <w:t>СЛОВО ЦЕ ПРОСТЕ —— НЕ ДИВОВИНА</w:t>
      </w:r>
    </w:p>
    <w:p>
      <w:r>
        <w:br/>
        <w:t>Загадка</w:t>
      </w:r>
    </w:p>
    <w:p>
      <w:r>
        <w:br/>
        <w:t>Слово це просте — не дивовина&lt;br /&gt;</w:t>
        <w:br/>
        <w:t>(зустрічаєм мало не щодня),&lt;br /&gt;</w:t>
        <w:br/>
        <w:t>організму складова частина&lt;br /&gt;</w:t>
        <w:br/>
        <w:t>і періодичне видання.</w:t>
      </w:r>
    </w:p>
    <w:p>
      <w:r>
        <w:br/>
        <w:t>В цьому слові тільки й заковики:&lt;br /&gt;</w:t>
        <w:br/>
        <w:t>другий склад наголоси – і вмент&lt;br /&gt;</w:t>
        <w:br/>
        <w:t>означать почне воно великий&lt;br /&gt;</w:t>
        <w:br/>
        <w:t>клавішний музичний інструмент.</w:t>
      </w:r>
    </w:p>
    <w:p>
      <w:r>
        <w:br/>
        <w:t>Що це за слово?</w:t>
      </w:r>
    </w:p>
    <w:p>
      <w:r>
        <w:br/>
        <w:t>(Орган, орган)</w:t>
      </w:r>
    </w:p>
    <w:p>
      <w:r>
        <w:br/>
        <w:t>МИХАЙЛО СВЄТЛОВ ЧИТАЄ РУДАНСЬКОГО</w:t>
      </w:r>
    </w:p>
    <w:p>
      <w:r>
        <w:br/>
        <w:t>Ні, їй-право, дивне сяйво є навколо слова!&lt;br /&gt;</w:t>
        <w:br/>
        <w:t>Українську мову в Ялті чув я від Светлова:&lt;br /&gt;</w:t>
        <w:br/>
        <w:t>про Руданського Степана принагідне мовив,&lt;br /&gt;</w:t>
        <w:br/>
        <w:t>і полинув на Вкраїну вітру ніжний повів.</w:t>
      </w:r>
    </w:p>
    <w:p>
      <w:r>
        <w:br/>
        <w:t>Ми з будинку йшли до моря смуглі, загорілі —&lt;br /&gt;</w:t>
        <w:br/>
        <w:t>Луговськой, Светлов і тут же — Вікстрем, Нонешвілі.&lt;br /&gt;</w:t>
        <w:br/>
        <w:t>Говорили, що Руданський лікував тут хворих&lt;br /&gt;</w:t>
        <w:br/>
        <w:t>і ходив по цих завулках і по цих ось горах.</w:t>
      </w:r>
    </w:p>
    <w:p>
      <w:r>
        <w:br/>
        <w:t>— Да, — сказав Светлов, — Руданский — и поэт и личность. —&lt;br /&gt;</w:t>
        <w:br/>
        <w:t>I додав по-українськи:— Співомовки — вічність!&lt;br /&gt;</w:t>
        <w:br/>
        <w:t>Як там здорово у нього, — осміхнувсь грайливо, —&lt;br /&gt;</w:t>
        <w:br/>
        <w:t>про торговців співомовка... я зіб'юсь, можливо:</w:t>
      </w:r>
    </w:p>
    <w:p>
      <w:r>
        <w:br/>
        <w:t>"Зайшов мужик до крамниці,&lt;br /&gt;</w:t>
        <w:br/>
        <w:t>а пани сміються:&lt;br /&gt;</w:t>
        <w:br/>
        <w:t>— Тут не дьоготь, тільки дурні&lt;br /&gt;</w:t>
        <w:br/>
        <w:t>одні продаються.</w:t>
      </w:r>
    </w:p>
    <w:p>
      <w:r>
        <w:br/>
        <w:t>А мужик їм: — Тож нівроку&lt;br /&gt;</w:t>
        <w:br/>
        <w:t>добре торгувалось,&lt;br /&gt;</w:t>
        <w:br/>
        <w:t>щойно два вас таких гарних&lt;br /&gt;</w:t>
        <w:br/>
        <w:t>на продаж зосталось..."</w:t>
      </w:r>
    </w:p>
    <w:p>
      <w:r>
        <w:br/>
        <w:t>Бистрі скутери по морю мчали повним ходом,&lt;br /&gt;</w:t>
        <w:br/>
        <w:t>а Светлов стояв високий, схожий з Дон Кіхотом.&lt;br /&gt;</w:t>
        <w:br/>
        <w:t>Повідав нам співомовки з сатиричним вістрям,&lt;br /&gt;</w:t>
        <w:br/>
        <w:t>всі сміялись, особливо Нонешвілі й Вікстрем.</w:t>
      </w:r>
    </w:p>
    <w:p>
      <w:r>
        <w:br/>
        <w:t>НЕВМИРУЩИЙ РУШНИЧОК</w:t>
      </w:r>
    </w:p>
    <w:p>
      <w:r>
        <w:br/>
        <w:t>На декаду в Ташкент з України&lt;br /&gt;</w:t>
        <w:br/>
        <w:t>прилетіли і старші майстри,&lt;br /&gt;</w:t>
        <w:br/>
        <w:t>і з молодшої їхньої зміни&lt;br /&gt;</w:t>
        <w:br/>
        <w:t>два поети: обидва — Дмитри.</w:t>
      </w:r>
    </w:p>
    <w:p>
      <w:r>
        <w:br/>
        <w:t>Заповняють картки в готелі,&lt;br /&gt;</w:t>
        <w:br/>
        <w:t>аж підходить дівча:— Я — Зухра, —&lt;br /&gt;</w:t>
        <w:br/>
        <w:t>усміхаються очі веселі&lt;br /&gt;</w:t>
        <w:br/>
        <w:t>до гостей з-над Славути-Дніпра.</w:t>
      </w:r>
    </w:p>
    <w:p>
      <w:r>
        <w:br/>
        <w:t>У руках записна в неї книжка:&lt;br /&gt;</w:t>
        <w:br/>
        <w:t>— Хочу, — каже, — в концерті для вас&lt;br /&gt;</w:t>
        <w:br/>
        <w:t>заспівати "Рушник" Малишка, —&lt;br /&gt;</w:t>
        <w:br/>
        <w:t>підкажіть українські слова.</w:t>
      </w:r>
    </w:p>
    <w:p>
      <w:r>
        <w:br/>
        <w:t>Переглянулись два поети&lt;br /&gt;</w:t>
        <w:br/>
        <w:t>(щойно в світ "Рушничок" злетів):&lt;br /&gt;</w:t>
        <w:br/>
        <w:t>сяк-так знають перші куплети,&lt;br /&gt;</w:t>
        <w:br/>
        <w:t>а з останнього — кілька слів.</w:t>
      </w:r>
    </w:p>
    <w:p>
      <w:r>
        <w:br/>
        <w:t>Та не знати свого — це ж сором,&lt;br /&gt;</w:t>
        <w:br/>
        <w:t>і не скажеш про це Зухрі.&lt;br /&gt;</w:t>
        <w:br/>
        <w:t>Що ж, згадаєм, мовляв, відтворим,&lt;br /&gt;</w:t>
        <w:br/>
        <w:t>як звучить у нас на Дніпрі.</w:t>
      </w:r>
    </w:p>
    <w:p>
      <w:r>
        <w:br/>
        <w:t>А воно, знайоме до болю,&lt;br /&gt;</w:t>
        <w:br/>
        <w:t>в голові не все ожива.&lt;br /&gt;</w:t>
        <w:br/>
        <w:t>Що робить? Дали собі волю —&lt;br /&gt;</w:t>
        <w:br/>
        <w:t>повставляли свої слова.</w:t>
      </w:r>
    </w:p>
    <w:p>
      <w:r>
        <w:br/>
        <w:t>І чудово Зухра проспівала,&lt;br /&gt;</w:t>
        <w:br/>
        <w:t>заворожена зала була:&lt;br /&gt;</w:t>
        <w:br/>
        <w:t>"Рідна мати моя, ти ночей не доспала&lt;br /&gt;</w:t>
        <w:br/>
        <w:t>і водила мене у поля край села..."</w:t>
      </w:r>
    </w:p>
    <w:p>
      <w:r>
        <w:br/>
        <w:t>Прозвучав "Рушничок", нівроку!&lt;br /&gt;</w:t>
        <w:br/>
        <w:t>"Біс! — кричать узбеки. — Ура!"&lt;br /&gt;</w:t>
        <w:br/>
        <w:t>Але якось через півроку&lt;br /&gt;</w:t>
        <w:br/>
        <w:t>прибула на Вкраїну Зухра.</w:t>
      </w:r>
    </w:p>
    <w:p>
      <w:r>
        <w:br/>
        <w:t>Виступає вона з концертом,&lt;br /&gt;</w:t>
        <w:br/>
        <w:t>пісню в нашій столиці співа.&lt;br /&gt;</w:t>
        <w:br/>
        <w:t>Із узбецьким легким акцентом&lt;br /&gt;</w:t>
        <w:br/>
        <w:t>вимовля українські слова.</w:t>
      </w:r>
    </w:p>
    <w:p>
      <w:r>
        <w:br/>
        <w:t>Та цікаво, що буде далі:&lt;br /&gt;</w:t>
        <w:br/>
        <w:t>тут найвищі ноти бери,&lt;br /&gt;</w:t>
        <w:br/>
        <w:t>бо Малишко сидить у залі, —&lt;br /&gt;</w:t>
        <w:br/>
        <w:t>це помітили два Дмитри.</w:t>
      </w:r>
    </w:p>
    <w:p>
      <w:r>
        <w:br/>
        <w:t>Пісня стелиться, пісня лине,&lt;br /&gt;</w:t>
        <w:br/>
        <w:t>та чи автору це не в гнів:&lt;br /&gt;</w:t>
        <w:br/>
        <w:t>слів Малишкових — дві третини,&lt;br /&gt;</w:t>
        <w:br/>
        <w:t>а третина — слова Дмитрів.</w:t>
      </w:r>
    </w:p>
    <w:p>
      <w:r>
        <w:br/>
        <w:t>— Видно, сплутали щось узбеки? —&lt;br /&gt;</w:t>
        <w:br/>
        <w:t>настороживсь поет. — Що таке? —&lt;br /&gt;</w:t>
        <w:br/>
        <w:t>Щось незвичне, немов далеке,&lt;br /&gt;</w:t>
        <w:br/>
        <w:t>але серцеві все ж близьке!</w:t>
      </w:r>
    </w:p>
    <w:p>
      <w:r>
        <w:br/>
        <w:t>А Дмитри підвелися знишка&lt;br /&gt;</w:t>
        <w:br/>
        <w:t>(поряд ложа їх — бенуар),&lt;br /&gt;</w:t>
        <w:br/>
        <w:t>поглядають в партер на Малишка, —&lt;br /&gt;</w:t>
        <w:br/>
        <w:t>аплодує Зухрі пісняр.</w:t>
      </w:r>
    </w:p>
    <w:p>
      <w:r>
        <w:br/>
        <w:t>Та кому на серце не ляже?&lt;br /&gt;</w:t>
        <w:br/>
        <w:t>І Малишко просяяв:— Біс!&lt;br /&gt;</w:t>
        <w:br/>
        <w:t>Я не знав, що "Рушник" мій, —каже, —&lt;br /&gt;</w:t>
        <w:br/>
        <w:t>варіантами вже обріс!</w:t>
      </w:r>
    </w:p>
    <w:p>
      <w:r>
        <w:br/>
        <w:t>ЗЛИТКИ ЗОЛОТІ</w:t>
      </w:r>
    </w:p>
    <w:p>
      <w:r>
        <w:br/>
        <w:t>Чи ти задумувавсь, відкіль оті&lt;br /&gt;</w:t>
        <w:br/>
        <w:t>у нашій мові злитки золоті?&lt;br /&gt;</w:t>
        <w:br/>
        <w:t>Як намистини, диво калинове —&lt;br /&gt;</w:t>
        <w:br/>
        <w:t>частини мови!</w:t>
      </w:r>
    </w:p>
    <w:p>
      <w:r>
        <w:br/>
        <w:t>Який співець, поет, який письменник&lt;br /&gt;</w:t>
        <w:br/>
        <w:t>уперше слово вигадав — іменник?&lt;br /&gt;</w:t>
        <w:br/>
        <w:t>Іменник! Він узяв собі на плечі&lt;br /&gt;</w:t>
        <w:br/>
        <w:t>велике діло — визначати речі, —&lt;br /&gt;</w:t>
        <w:br/>
        <w:t>ім'я, найменування і наймення:&lt;br /&gt;</w:t>
        <w:br/>
        <w:t>робота. Біль. І радість. І натхнення.</w:t>
      </w:r>
    </w:p>
    <w:p>
      <w:r>
        <w:br/>
        <w:t>Ну а візьмімо назву — дієслово,&lt;br /&gt;</w:t>
        <w:br/>
        <w:t>само підказує, що діє слово!&lt;br /&gt;</w:t>
        <w:br/>
        <w:t>Ще й прикладу на нього не навів,&lt;br /&gt;</w:t>
        <w:br/>
        <w:t>а вже до півдесятка дієслів!</w:t>
      </w:r>
    </w:p>
    <w:p>
      <w:r>
        <w:br/>
        <w:t>Прикметник дасть іменнику — предмету&lt;br /&gt;</w:t>
        <w:br/>
        <w:t>якусь його ознаку чи прикмету.</w:t>
      </w:r>
    </w:p>
    <w:p>
      <w:r>
        <w:br/>
        <w:t>Числівник може визначить тобі&lt;br /&gt;</w:t>
        <w:br/>
        <w:t>число речей, порядок при лічбі.</w:t>
      </w:r>
    </w:p>
    <w:p>
      <w:r>
        <w:br/>
        <w:t>А поспитай звичайного займенника,&lt;br /&gt;</w:t>
        <w:br/>
        <w:t>за кого він у мові? За іменника!</w:t>
      </w:r>
    </w:p>
    <w:p>
      <w:r>
        <w:br/>
        <w:t>(Хоч може цей наш скромний посередник&lt;br /&gt;</w:t>
        <w:br/>
        <w:t>замінювать числівник і прикметник.)</w:t>
      </w:r>
    </w:p>
    <w:p>
      <w:r>
        <w:br/>
        <w:t>Прислівник звик, незмінюваний в мові,&lt;br /&gt;</w:t>
        <w:br/>
        <w:t>ознаки різні виражать при слові.</w:t>
      </w:r>
    </w:p>
    <w:p>
      <w:r>
        <w:br/>
        <w:t>Сполучник каже: скромну роль я маю,&lt;br /&gt;</w:t>
        <w:br/>
        <w:t>але слова я в мові сполучаю.</w:t>
      </w:r>
    </w:p>
    <w:p>
      <w:r>
        <w:br/>
        <w:t>І частка мовить: слово я службове,&lt;br /&gt;</w:t>
        <w:br/>
        <w:t>але людині чесно я служу.&lt;br /&gt;</w:t>
        <w:br/>
        <w:t>І, будьте певні, в інтересах мови&lt;br /&gt;</w:t>
        <w:br/>
        <w:t>і так і ні де треба я скажу.</w:t>
      </w:r>
    </w:p>
    <w:p>
      <w:r>
        <w:br/>
        <w:t>А вигук може пролунать, як дзвін,&lt;br /&gt;</w:t>
        <w:br/>
        <w:t>у мові, мабуть, найщиріший він!</w:t>
      </w:r>
    </w:p>
    <w:p>
      <w:r>
        <w:br/>
        <w:t>"Ура! — гукнеш ти друзям неодмінно. —&lt;br /&gt;</w:t>
        <w:br/>
        <w:t>Сьогодні з мови я дістав "відмінно"!"</w:t>
      </w:r>
    </w:p>
    <w:p>
      <w:r>
        <w:br/>
        <w:t>Частини мови! Назви наче й звичні,&lt;br /&gt;</w:t>
        <w:br/>
        <w:t>полюбиш їх — красиві, поетичні!</w:t>
      </w:r>
    </w:p>
    <w:p>
      <w:r>
        <w:br/>
        <w:t>"Відмінно" заслужив ти. Знав — чудово.&lt;br /&gt;</w:t>
        <w:br/>
        <w:t>Це за любов найвища з нагород.</w:t>
      </w:r>
    </w:p>
    <w:p>
      <w:r>
        <w:br/>
        <w:t>Хто ж так назвав оці частини мови?&lt;br /&gt;</w:t>
        <w:br/>
        <w:t>Назвали вчені.&lt;br /&gt;</w:t>
        <w:br/>
        <w:t>Й підхопив народ!</w:t>
      </w:r>
    </w:p>
    <w:p>
      <w:r>
        <w:br/>
        <w:t>ПРО ДАВНІЙ ПРЕДМЕТ</w:t>
      </w:r>
    </w:p>
    <w:p>
      <w:r>
        <w:br/>
        <w:t>Загадка</w:t>
      </w:r>
    </w:p>
    <w:p>
      <w:r>
        <w:br/>
        <w:t>Цей іменник означа предмет&lt;br /&gt;</w:t>
        <w:br/>
        <w:t>для зрізання злаків і трави.&lt;br /&gt;</w:t>
        <w:br/>
        <w:t>Прочитаєш ззаду наперед —&lt;br /&gt;</w:t>
        <w:br/>
        <w:t>будь-що тисни ним чи сік дави.&lt;br /&gt;</w:t>
        <w:br/>
        <w:t>Який це іменник?</w:t>
      </w:r>
    </w:p>
    <w:p>
      <w:r>
        <w:br/>
        <w:t>(Серп, прес)</w:t>
      </w:r>
    </w:p>
    <w:p>
      <w:r>
        <w:br/>
        <w:t>ЛІНИВОМУ НЕ РОЗГАДАТЬ НІКОЛИ</w:t>
      </w:r>
    </w:p>
    <w:p>
      <w:r>
        <w:br/>
        <w:t>Загадка</w:t>
      </w:r>
    </w:p>
    <w:p>
      <w:r>
        <w:br/>
        <w:t>Лінивому не розгадать ніколи,&lt;br /&gt;</w:t>
        <w:br/>
        <w:t>кмітливому на відповідь — хвилина.&lt;br /&gt;</w:t>
        <w:br/>
        <w:t>А буде наша загадка така:&lt;br /&gt;</w:t>
        <w:br/>
        <w:t>три букви, означають те, що й поле.&lt;br /&gt;</w:t>
        <w:br/>
        <w:t>Додай знак м'якшення — і вже тварина&lt;br /&gt;</w:t>
        <w:br/>
        <w:t>з родини оленів, струнка й прудка.</w:t>
      </w:r>
    </w:p>
    <w:p>
      <w:r>
        <w:br/>
        <w:t>Що це таке?</w:t>
      </w:r>
    </w:p>
    <w:p>
      <w:r>
        <w:br/>
        <w:t>(Лан і лань)</w:t>
      </w:r>
    </w:p>
    <w:p>
      <w:r>
        <w:br/>
        <w:t>ЦЕ Ж ЯК ВІРШ!</w:t>
      </w:r>
    </w:p>
    <w:p>
      <w:r>
        <w:br/>
        <w:t>Є ще люди сонні, наче сови,&lt;br /&gt;</w:t>
        <w:br/>
        <w:t>а глухі до слова — це найгірш.&lt;br /&gt;</w:t>
        <w:br/>
        <w:t>Ти до рідної прислухайсь мови,&lt;br /&gt;</w:t>
        <w:br/>
        <w:t>прокажи відмінки — це ж як вірш!</w:t>
      </w:r>
    </w:p>
    <w:p>
      <w:r>
        <w:br/>
        <w:t>Називний питає: хто ти? що ти?&lt;br /&gt;</w:t>
        <w:br/>
        <w:t>Хоче він про наслідки роботи&lt;br /&gt;</w:t>
        <w:br/>
        <w:t>і про тебе чути лиш похвали,&lt;br /&gt;</w:t>
        <w:br/>
        <w:t>щоб тебе як приклад називали.</w:t>
      </w:r>
    </w:p>
    <w:p>
      <w:r>
        <w:br/>
        <w:t>Родовий доскіпує свого —&lt;br /&gt;</w:t>
        <w:br/>
        <w:t>хоче знати він: кого? чого?&lt;br /&gt;</w:t>
        <w:br/>
        <w:t>І про тебе знать, якого роду,&lt;br /&gt;</w:t>
        <w:br/>
        <w:t>що немає роду переводу.</w:t>
      </w:r>
    </w:p>
    <w:p>
      <w:r>
        <w:br/>
        <w:t>Все давальний дасть — не жаль йому,&lt;br /&gt;</w:t>
        <w:br/>
        <w:t>але хоче знать: кому? чому?&lt;br /&gt;</w:t>
        <w:br/>
        <w:t>Знать про тебе, гожого на вроду,&lt;br /&gt;</w:t>
        <w:br/>
        <w:t>що даєш і ти свому народу?</w:t>
      </w:r>
    </w:p>
    <w:p>
      <w:r>
        <w:br/>
        <w:t>У знахідного свої потреби:&lt;br /&gt;</w:t>
        <w:br/>
        <w:t>він — кого? і що? — питає в тебе.&lt;br /&gt;</w:t>
        <w:br/>
        <w:t>І кого всі ми за друзів маєм,&lt;br /&gt;</w:t>
        <w:br/>
        <w:t>і що друзі роблять нам навзаєм?</w:t>
      </w:r>
    </w:p>
    <w:p>
      <w:r>
        <w:br/>
        <w:t>А орудний хоче знать: ким? Чим?&lt;br /&gt;</w:t>
        <w:br/>
        <w:t>У труді орудуй разом з ним.&lt;br /&gt;</w:t>
        <w:br/>
        <w:t>Хоче знать: що здатний ти утнути?&lt;br /&gt;</w:t>
        <w:br/>
        <w:t>Чим ти сильний? Ким ти хочеш бути?</w:t>
      </w:r>
    </w:p>
    <w:p>
      <w:r>
        <w:br/>
        <w:t>А місцевий — де? В якому місці?&lt;br /&gt;</w:t>
        <w:br/>
        <w:t>Хоче знати — у селі чи в місті?&lt;br /&gt;</w:t>
        <w:br/>
        <w:t>Кличний закликає всіх навколо:&lt;br /&gt;</w:t>
        <w:br/>
        <w:t>гей, Іване, Петре чи Миколо,&lt;br /&gt;</w:t>
        <w:br/>
        <w:t>ви не будьте сонні та байдужі —&lt;br /&gt;</w:t>
        <w:br/>
        <w:t>у житті нема нічого згірш.</w:t>
      </w:r>
    </w:p>
    <w:p>
      <w:r>
        <w:br/>
        <w:t>Рідна мова! В ній слова — як ружі,&lt;br /&gt;</w:t>
        <w:br/>
        <w:t>а самі відмінки — наче вірш.</w:t>
      </w:r>
    </w:p>
    <w:p>
      <w:r>
        <w:br/>
        <w:t>НА УРОЦІ МАТЕМАТИКИ</w:t>
      </w:r>
    </w:p>
    <w:p>
      <w:r>
        <w:br/>
        <w:t>Він до класу зайшов неквапливо,&lt;br /&gt;</w:t>
        <w:br/>
        <w:t>крейду взяв і, немов чарівник,&lt;br /&gt;</w:t>
        <w:br/>
        <w:t>вивів числа на дошці красиво:&lt;br /&gt;</w:t>
        <w:br/>
        <w:t>— Ось вам ділене, частка, дільник.</w:t>
      </w:r>
    </w:p>
    <w:p>
      <w:r>
        <w:br/>
        <w:t>Заспівало нам слово доданок,&lt;br /&gt;</w:t>
        <w:br/>
        <w:t>мов дударик заграв на дуду;&lt;br /&gt;</w:t>
        <w:br/>
        <w:t>а дільник — як щільник із дуплянок,&lt;br /&gt;</w:t>
        <w:br/>
        <w:t>що дідусь нам зібрав у саду.</w:t>
      </w:r>
    </w:p>
    <w:p>
      <w:r>
        <w:br/>
        <w:t>Частка, множник, добуток, остача —&lt;br /&gt;</w:t>
        <w:br/>
        <w:t>квітів жмутик, і бджілка гуде;&lt;br /&gt;</w:t>
        <w:br/>
        <w:t>оживають слова — і задача&lt;br /&gt;</w:t>
        <w:br/>
        <w:t>веселіше до розв'язку йде.</w:t>
      </w:r>
    </w:p>
    <w:p>
      <w:r>
        <w:br/>
        <w:t>Зачаровані мовним розмаєм,&lt;br /&gt;</w:t>
        <w:br/>
        <w:t>що росою спадає з розгіль,&lt;br /&gt;</w:t>
        <w:br/>
        <w:t>ми в учителя щиро питаєм:&lt;br /&gt;</w:t>
        <w:br/>
        <w:t>— А від кіль це буяння? Відкіль?</w:t>
      </w:r>
    </w:p>
    <w:p>
      <w:r>
        <w:br/>
        <w:t>— Від землі слова рідного соки, —&lt;br /&gt;</w:t>
        <w:br/>
        <w:t>усміхнувсь він, скінчивши урок, —&lt;br /&gt;</w:t>
        <w:br/>
        <w:t>Це — поезії небо високе,&lt;br /&gt;</w:t>
        <w:br/>
        <w:t>що людину зове до зірок.</w:t>
      </w:r>
    </w:p>
    <w:p>
      <w:r>
        <w:br/>
        <w:t>ВІН ПІСЛЯ РЕЧЕННЯ, ЦИТАТИ</w:t>
      </w:r>
    </w:p>
    <w:p>
      <w:r>
        <w:br/>
        <w:t>Загадка</w:t>
      </w:r>
    </w:p>
    <w:p>
      <w:r>
        <w:br/>
        <w:t>Він після речення, цитати&lt;br /&gt;</w:t>
        <w:br/>
        <w:t>вмостився, схожий на гачок.&lt;br /&gt;</w:t>
        <w:br/>
        <w:t>Всіх нас примушує питати,&lt;br /&gt;</w:t>
        <w:br/>
        <w:t>а сам ні пари з уст — мовчок.</w:t>
      </w:r>
    </w:p>
    <w:p>
      <w:r>
        <w:br/>
        <w:t>Що це таке?</w:t>
      </w:r>
    </w:p>
    <w:p>
      <w:r>
        <w:br/>
        <w:t>(Знак запитання)</w:t>
      </w:r>
    </w:p>
    <w:p>
      <w:r>
        <w:br/>
        <w:t>МУДРИЙ ПОРАДНИК</w:t>
      </w:r>
    </w:p>
    <w:p>
      <w:r>
        <w:br/>
        <w:t>Загадка</w:t>
      </w:r>
    </w:p>
    <w:p>
      <w:r>
        <w:br/>
        <w:t>Завжди можу стати в пригоді,&lt;br /&gt;</w:t>
        <w:br/>
        <w:t>моїх вам порад не злічить.&lt;br /&gt;</w:t>
        <w:br/>
        <w:t>І кажуть про мене в народі:&lt;br /&gt;</w:t>
        <w:br/>
        <w:t>"Мовчить, а сто дурнів навчить".</w:t>
      </w:r>
    </w:p>
    <w:p>
      <w:r>
        <w:br/>
        <w:t>Що це таке?</w:t>
      </w:r>
    </w:p>
    <w:p>
      <w:r>
        <w:br/>
        <w:t>(Книга)</w:t>
      </w:r>
    </w:p>
    <w:p>
      <w:r>
        <w:br/>
        <w:t>ДІЄ СЛОВО!</w:t>
      </w:r>
    </w:p>
    <w:p>
      <w:r>
        <w:br/>
        <w:t>Бистрі очі, вмілі руки,&lt;br /&gt;</w:t>
        <w:br/>
        <w:t>рухи точні, як слова.&lt;br /&gt;</w:t>
        <w:br/>
        <w:t>Вияв радості і муки —&lt;br /&gt;</w:t>
        <w:br/>
        <w:t>слова, мови плоть жива.</w:t>
      </w:r>
    </w:p>
    <w:p>
      <w:r>
        <w:br/>
        <w:t>Де леміш і чересло —&lt;br /&gt;</w:t>
        <w:br/>
        <w:t>розрослось колосся,&lt;br /&gt;</w:t>
        <w:br/>
        <w:t>сиве жито поросло —&lt;br /&gt;</w:t>
        <w:br/>
        <w:t>слово розцвілося!</w:t>
      </w:r>
    </w:p>
    <w:p>
      <w:r>
        <w:br/>
        <w:t>Де сокири звуки чисті,&lt;br /&gt;</w:t>
        <w:br/>
        <w:t>пилки виспіви прості,&lt;br /&gt;</w:t>
        <w:br/>
        <w:t>тирси розсипи злотисті,&lt;br /&gt;</w:t>
        <w:br/>
        <w:t>мови злитки золоті.</w:t>
      </w:r>
    </w:p>
    <w:p>
      <w:r>
        <w:br/>
        <w:t>Де позначило тесло&lt;br /&gt;</w:t>
        <w:br/>
        <w:t>біг коліс, полоззя,&lt;br /&gt;</w:t>
        <w:br/>
        <w:t>де цвілося ремесло —&lt;br /&gt;</w:t>
        <w:br/>
        <w:t>слово розцвілося!</w:t>
      </w:r>
    </w:p>
    <w:p>
      <w:r>
        <w:br/>
        <w:t>Стружок кучері русяві,&lt;br /&gt;</w:t>
        <w:br/>
        <w:t>сиві вуса конопель,&lt;br /&gt;</w:t>
        <w:br/>
        <w:t>на Дніпрі, Сулі, Росаві —&lt;br /&gt;</w:t>
        <w:br/>
        <w:t>не за тридев'ять земель.</w:t>
      </w:r>
    </w:p>
    <w:p>
      <w:r>
        <w:br/>
        <w:t>Де загонило весло&lt;br /&gt;</w:t>
        <w:br/>
        <w:t>в сіть йорша, лосося,&lt;br /&gt;</w:t>
        <w:br/>
        <w:t>змислі слово проросло –&lt;br /&gt;</w:t>
        <w:br/>
        <w:t>слово розцвілося!</w:t>
      </w:r>
    </w:p>
    <w:p>
      <w:r>
        <w:br/>
        <w:t>Далі – лопать замість весел&lt;br /&gt;</w:t>
        <w:br/>
        <w:t>і машина замість рук,&lt;br /&gt;</w:t>
        <w:br/>
        <w:t>від старих простих ремесел –&lt;br /&gt;</w:t>
        <w:br/>
        <w:t>в царство мудрості наук.</w:t>
      </w:r>
    </w:p>
    <w:p>
      <w:r>
        <w:br/>
        <w:t>Щоб ракету понесло&lt;br /&gt;</w:t>
        <w:br/>
        <w:t>в зоряне міжгроззя.&lt;br /&gt;</w:t>
        <w:br/>
        <w:t>Де безмежне зір число –&lt;br /&gt;</w:t>
        <w:br/>
        <w:t>слово розцвілося!</w:t>
      </w:r>
    </w:p>
    <w:p>
      <w:r>
        <w:br/>
        <w:t>І ЯКБИ МОЯ БАБУСЯ ВСТАЛИ</w:t>
      </w:r>
    </w:p>
    <w:p>
      <w:r>
        <w:br/>
        <w:t>— Любі діти, хто з вас тему візьме, —&lt;br /&gt;</w:t>
        <w:br/>
        <w:t>каже вчитель, — тема не важка:&lt;br /&gt;</w:t>
        <w:br/>
        <w:t>розказати про неологізми&lt;br /&gt;</w:t>
        <w:br/>
        <w:t>на занятті мовного гуртка.</w:t>
      </w:r>
    </w:p>
    <w:p>
      <w:r>
        <w:br/>
        <w:t>І знічев'я глянув на Марійку&lt;br /&gt;</w:t>
        <w:br/>
        <w:t>(знали всі відмінниці ім'я).&lt;br /&gt;</w:t>
        <w:br/>
        <w:t>Але Людочка, що мала з мови трійку,&lt;br /&gt;</w:t>
        <w:br/>
        <w:t>руку підняла: — Давайте я...</w:t>
      </w:r>
    </w:p>
    <w:p>
      <w:r>
        <w:br/>
        <w:t>Як це сталось — досі невідомо:&lt;br /&gt;</w:t>
        <w:br/>
        <w:t>доказать запраглося в ту мить.&lt;br /&gt;</w:t>
        <w:br/>
        <w:t>Та злякалась, розгубилась дома:&lt;br /&gt;</w:t>
        <w:br/>
        <w:t>"Вийду... що я буду говорить?"</w:t>
      </w:r>
    </w:p>
    <w:p>
      <w:r>
        <w:br/>
        <w:t>У дворі Тарасика зустріла:&lt;br /&gt;</w:t>
        <w:br/>
        <w:t>— Що робити? — А Тарасик їй:&lt;br /&gt;</w:t>
        <w:br/>
        <w:t>— Дам посібник. З мовознавства. Діло? —&lt;br /&gt;</w:t>
        <w:br/>
        <w:t>Шмиг додому — і несе мерщій.</w:t>
      </w:r>
    </w:p>
    <w:p>
      <w:r>
        <w:br/>
        <w:t>Люда дома книжку розгорнула —&lt;br /&gt;</w:t>
        <w:br/>
        <w:t>ой, якраз цікава є стаття:&lt;br /&gt;</w:t>
        <w:br/>
        <w:t>різних слів сучасне і минуле,&lt;br /&gt;</w:t>
        <w:br/>
        <w:t>як слова народжує життя.</w:t>
      </w:r>
    </w:p>
    <w:p>
      <w:r>
        <w:br/>
        <w:t>Низку слів докинула їй мама,&lt;br /&gt;</w:t>
        <w:br/>
        <w:t>що з'явилися не так давно:&lt;br /&gt;</w:t>
        <w:br/>
        <w:t>холодильник, кінопанорама,&lt;br /&gt;</w:t>
        <w:br/>
        <w:t>телевізор, стереокіно...</w:t>
      </w:r>
    </w:p>
    <w:p>
      <w:r>
        <w:br/>
        <w:t>І коли гурток зібрався знову —&lt;br /&gt;</w:t>
        <w:br/>
        <w:t>інша справа! — Люда на гуртку&lt;br /&gt;</w:t>
        <w:br/>
        <w:t>повела свою нехитру мову,&lt;br /&gt;</w:t>
        <w:br/>
        <w:t>що й малим і старшим до смаку:</w:t>
      </w:r>
    </w:p>
    <w:p>
      <w:r>
        <w:br/>
        <w:t>— Я читала, — повідає Люда&lt;br /&gt;</w:t>
        <w:br/>
        <w:t>стишеній цікавій дітворі, —&lt;br /&gt;</w:t>
        <w:br/>
        <w:t>що слова так само, як і люди,&lt;br /&gt;</w:t>
        <w:br/>
        <w:t>молоді бувають і старі.</w:t>
      </w:r>
    </w:p>
    <w:p>
      <w:r>
        <w:br/>
        <w:t>Кожен з нас неологізми знає:&lt;br /&gt;</w:t>
        <w:br/>
        <w:t>це нові слова. Вони кругом.&lt;br /&gt;</w:t>
        <w:br/>
        <w:t>А в старих їх словниках немає,&lt;br /&gt;</w:t>
        <w:br/>
        <w:t>мотобол, фломастер, космодром.</w:t>
      </w:r>
    </w:p>
    <w:p>
      <w:r>
        <w:br/>
        <w:t>А якісь слова обов'язково&lt;br /&gt;</w:t>
        <w:br/>
        <w:t>тільки змінює життя живе.&lt;br /&gt;</w:t>
        <w:br/>
        <w:t>То й буває, що відоме слово,&lt;br /&gt;</w:t>
        <w:br/>
        <w:t>але значення його — нове.</w:t>
      </w:r>
    </w:p>
    <w:p>
      <w:r>
        <w:br/>
        <w:t>В нашем побуті така новинка&lt;br /&gt;</w:t>
        <w:br/>
        <w:t>для старих людей звучить невклад:&lt;br /&gt;</w:t>
        <w:br/>
        <w:t>каблуки – шпильки, вид мебли – стінка,&lt;br /&gt;</w:t>
        <w:br/>
        <w:t>а портфель квадратний – дипломат.</w:t>
      </w:r>
    </w:p>
    <w:p>
      <w:r>
        <w:br/>
        <w:t>і якби моя бабуся встали,&lt;br /&gt;</w:t>
        <w:br/>
        <w:t>здивувались теж би, що двірник –&lt;br /&gt;</w:t>
        <w:br/>
        <w:t>не людина, як вони вважали,&lt;br /&gt;</w:t>
        <w:br/>
        <w:t>а на склі машини очисник!</w:t>
      </w:r>
    </w:p>
    <w:p>
      <w:r>
        <w:br/>
        <w:t>Учні тепло, дружно засміялись&lt;br /&gt;</w:t>
        <w:br/>
        <w:t>і незчулись, як настав кінець.&lt;br /&gt;</w:t>
        <w:br/>
        <w:t>Люда щиро: —— Ой, я так боялась! –&lt;br /&gt;</w:t>
        <w:br/>
        <w:t>А Марійка: —— Що ти? Молодець!</w:t>
      </w:r>
    </w:p>
    <w:p>
      <w:r>
        <w:br/>
        <w:t>Вчитель каже: —— Клас тебе заслухавсь, —-&lt;br /&gt;</w:t>
        <w:br/>
        <w:t>Кращого й чекати я не міг. –&lt;br /&gt;</w:t>
        <w:br/>
        <w:t>Люда ж знов: —— Це не моя заслуга, —-&lt;br /&gt;</w:t>
        <w:br/>
        <w:t>це мени Тарасик допоміг!</w:t>
      </w:r>
    </w:p>
    <w:p>
      <w:r>
        <w:br/>
        <w:t>ПЕРШЕ – СНІП ПО ОБМОЛОТІ</w:t>
      </w:r>
    </w:p>
    <w:p>
      <w:r>
        <w:br/>
        <w:t>Шарада</w:t>
      </w:r>
    </w:p>
    <w:p>
      <w:r>
        <w:br/>
        <w:t>Перше — сніп по обмолоті&lt;br /&gt;</w:t>
        <w:br/>
        <w:t>на покрівлю хати,&lt;br /&gt;</w:t>
        <w:br/>
        <w:t>друге — жінка, ще точніше —&lt;br /&gt;</w:t>
        <w:br/>
        <w:t>материна мати.</w:t>
      </w:r>
    </w:p>
    <w:p>
      <w:r>
        <w:br/>
        <w:t>А коли в одному слові&lt;br /&gt;</w:t>
        <w:br/>
        <w:t>поєднаєш те і те —&lt;br /&gt;</w:t>
        <w:br/>
        <w:t>буде квітка, що весною&lt;br /&gt;</w:t>
        <w:br/>
        <w:t>жовтим цвітом зацвіте.</w:t>
      </w:r>
    </w:p>
    <w:p>
      <w:r>
        <w:br/>
        <w:t>Що це таке?</w:t>
      </w:r>
    </w:p>
    <w:p>
      <w:r>
        <w:br/>
        <w:t>(Кульбаба)</w:t>
      </w:r>
    </w:p>
    <w:p>
      <w:r>
        <w:br/>
        <w:t>ЯК ЦАР ПОВЕЛІВ</w:t>
      </w:r>
    </w:p>
    <w:p>
      <w:r>
        <w:br/>
        <w:t>Доводилось чути мені:&lt;br /&gt;</w:t>
        <w:br/>
        <w:t>"Навіщо ті коми дурні? —&lt;br /&gt;</w:t>
        <w:br/>
        <w:t>Казав п'ятикласник-хлопчак. —&lt;br /&gt;</w:t>
        <w:br/>
        <w:t>Зі слів зрозуміло і так!"&lt;br /&gt;</w:t>
        <w:br/>
        <w:t>На це я казав у одвіт:&lt;br /&gt;</w:t>
        <w:br/>
        <w:t>є притча старезна, як світ,&lt;br /&gt;</w:t>
        <w:br/>
        <w:t>переказ про вирок царя,&lt;br /&gt;</w:t>
        <w:br/>
        <w:t>коли привели бунтаря.,&lt;br /&gt;</w:t>
        <w:br/>
        <w:t>Слузі він диктує в ту мить:&lt;br /&gt;</w:t>
        <w:br/>
        <w:t>"Карати не можна простить".&lt;br /&gt;</w:t>
        <w:br/>
        <w:t>Той пише, як цар повелів,&lt;br /&gt;</w:t>
        <w:br/>
        <w:t>а коми не ставить між слів.&lt;br /&gt;</w:t>
        <w:br/>
        <w:t>І ось на майдані для страт —&lt;br /&gt;</w:t>
        <w:br/>
        <w:t>бунтар у кайданах. І кат,&lt;br /&gt;</w:t>
        <w:br/>
        <w:t>що мав за царя відомстить.&lt;br /&gt;</w:t>
        <w:br/>
        <w:t>"Карати, не можна простить",-&lt;br /&gt;</w:t>
        <w:br/>
        <w:t>слуга об'явля рішенець.&lt;br /&gt;</w:t>
        <w:br/>
        <w:t>Аж руку підносить мудрець&lt;br /&gt;</w:t>
        <w:br/>
        <w:t>(усі шанували його):&lt;br /&gt;</w:t>
        <w:br/>
        <w:t>— Не так прочитав ти, слуго. —&lt;br /&gt;</w:t>
        <w:br/>
        <w:t>Бо встиг зазирнуть тайкомл,&lt;br /&gt;</w:t>
        <w:br/>
        <w:t>що коми у тексті нема.&lt;br /&gt;</w:t>
        <w:br/>
        <w:t>Взяв вирок, поправив умить:&lt;br /&gt;</w:t>
        <w:br/>
        <w:t>"Карати не можна, простить".&lt;br /&gt;</w:t>
        <w:br/>
        <w:t>Побачив, що кома змогла?&lt;br /&gt;</w:t>
        <w:br/>
        <w:t>Така колись притча була!</w:t>
      </w:r>
    </w:p>
    <w:p>
      <w:r>
        <w:br/>
        <w:t>МОЖЛИВОСТІ ПРЕФІКСА</w:t>
      </w:r>
    </w:p>
    <w:p>
      <w:r>
        <w:br/>
        <w:t>Загадка</w:t>
      </w:r>
    </w:p>
    <w:p>
      <w:r>
        <w:br/>
        <w:t>Префікса можливості безмежні.&lt;br /&gt;</w:t>
        <w:br/>
        <w:t>Пари слів, що змістом протилежні,&lt;br /&gt;</w:t>
        <w:br/>
        <w:t>префікс може в значеннях зрівняти.&lt;br /&gt;</w:t>
        <w:br/>
        <w:t>Але що там довго мізкувати?&lt;br /&gt;</w:t>
        <w:br/>
        <w:t>Префікса до слів додаймо з вами —&lt;br /&gt;</w:t>
        <w:br/>
        <w:t>різні стануть означать те саме;</w:t>
      </w:r>
    </w:p>
    <w:p>
      <w:r>
        <w:br/>
        <w:t>Що це за префікс?</w:t>
      </w:r>
    </w:p>
    <w:p>
      <w:r>
        <w:br/>
        <w:t>Напів… (напівправда – напівбрехня, напівсвітлий – напівтемний, напівсолодкий – напівгіркий і т.п.)</w:t>
      </w:r>
    </w:p>
    <w:p>
      <w:r>
        <w:br/>
        <w:t>ВЕСЕЛЕ СЛОВО</w:t>
      </w:r>
    </w:p>
    <w:p>
      <w:r>
        <w:br/>
        <w:t>Добре слово настрій, дух підносить;&lt;br /&gt;</w:t>
        <w:br/>
        <w:t>забувати, друже мій, не варто,&lt;br /&gt;</w:t>
        <w:br/>
        <w:t>що для настрою і жарту досить&lt;br /&gt;</w:t>
        <w:br/>
        <w:t>просто теплого людського жарту.</w:t>
      </w:r>
    </w:p>
    <w:p>
      <w:r>
        <w:br/>
        <w:t>Як народ веселе слово творить?&lt;br /&gt;</w:t>
        <w:br/>
        <w:t>Ось по кризі йде дідок бровастий,&lt;br /&gt;</w:t>
        <w:br/>
        <w:t>зустрічає дядька і говорить:&lt;br /&gt;</w:t>
        <w:br/>
        <w:t>— Де б оце його отут упасти?</w:t>
      </w:r>
    </w:p>
    <w:p>
      <w:r>
        <w:br/>
        <w:t>Дядько теж боїться посковзнутись,&lt;br /&gt;</w:t>
        <w:br/>
        <w:t>але йти йому уже певніше.&lt;br /&gt;</w:t>
        <w:br/>
        <w:t>Не минув нагоди усміхнутись:&lt;br /&gt;</w:t>
        <w:br/>
        <w:t>— Та вже падайте, де вам зручніше...</w:t>
      </w:r>
    </w:p>
    <w:p>
      <w:r>
        <w:br/>
        <w:t>І обидва розсміялись гучно:&lt;br /&gt;</w:t>
        <w:br/>
        <w:t>ковзанку пройшли благополучно.</w:t>
      </w:r>
    </w:p>
    <w:p>
      <w:r>
        <w:br/>
        <w:t>Ось улітку (квіти на газонах),&lt;br /&gt;</w:t>
        <w:br/>
        <w:t>сміючись, біжать дівчата юні,&lt;br /&gt;</w:t>
        <w:br/>
        <w:t>будівельниці в комбінезонах,&lt;br /&gt;</w:t>
        <w:br/>
        <w:t>крейдою оббризкані красуні.</w:t>
      </w:r>
    </w:p>
    <w:p>
      <w:r>
        <w:br/>
        <w:t>І за мить уже шпаркі дівчата&lt;br /&gt;</w:t>
        <w:br/>
        <w:t>вносять козли крізь скляні дверини.&lt;br /&gt;</w:t>
        <w:br/>
        <w:t>Й тут же Мотря, дівчина завзята,&lt;br /&gt;</w:t>
        <w:br/>
        <w:t>блиснула очима в бік Марини:</w:t>
      </w:r>
    </w:p>
    <w:p>
      <w:r>
        <w:br/>
        <w:t>— Як би це розбити шибок зо три?&lt;br /&gt;</w:t>
        <w:br/>
        <w:t>Ти заходь, Марино, звідсіля ось... —&lt;br /&gt;</w:t>
        <w:br/>
        <w:t>А Марина їй: — Та бачиш, Мотре,&lt;br /&gt;</w:t>
        <w:br/>
        <w:t>я ж оце й сама вже націляюсь.</w:t>
      </w:r>
    </w:p>
    <w:p>
      <w:r>
        <w:br/>
        <w:t>І обидві розсміялись гучно:&lt;br /&gt;</w:t>
        <w:br/>
        <w:t>козли пронесли благополучно...</w:t>
      </w:r>
    </w:p>
    <w:p>
      <w:r>
        <w:br/>
        <w:t>Ти звертав увагу, друже милий,&lt;br /&gt;</w:t>
        <w:br/>
        <w:t>що таке в житті веселе слово?&lt;br /&gt;</w:t>
        <w:br/>
        <w:t>Гумор надає людині сили,&lt;br /&gt;</w:t>
        <w:br/>
        <w:t>коли в серці сяє веселкове.</w:t>
      </w:r>
    </w:p>
    <w:p>
      <w:r>
        <w:br/>
        <w:t>СКОРО ВЖЕ КАНІКУЛИ</w:t>
      </w:r>
    </w:p>
    <w:p>
      <w:r>
        <w:br/>
        <w:t>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</w:r>
    </w:p>
    <w:p>
      <w:r>
        <w:br/>
        <w:t>Жовтень каже: — Дощ я висію&lt;br /&gt;</w:t>
        <w:br/>
        <w:t>й чисте небо вам готове!&lt;br /&gt;</w:t>
        <w:br/>
        <w:t>Ми ж на свята у Киргизію&lt;br /&gt;</w:t>
        <w:br/>
        <w:t>і — в похід на Алатоо...</w:t>
      </w:r>
    </w:p>
    <w:p>
      <w:r>
        <w:br/>
        <w:t>Землю білою нам дратвою&lt;br /&gt;</w:t>
        <w:br/>
        <w:t>Дід Мороз прошив на славу.&lt;br /&gt;</w:t>
        <w:br/>
        <w:t>В ці ж канікули ми в Латвію&lt;br /&gt;</w:t>
        <w:br/>
        <w:t>гайнемо на Даугаву!</w:t>
      </w:r>
    </w:p>
    <w:p>
      <w:r>
        <w:br/>
        <w:t>Травень каже: — Повзеленюю&lt;br /&gt;</w:t>
        <w:br/>
        <w:t>буйним зіллям кожну хату.&lt;br /&gt;</w:t>
        <w:br/>
        <w:t>Ми ж на свята — у Вірменію,&lt;br /&gt;</w:t>
        <w:br/>
        <w:t>до підніжжя Арарату!</w:t>
      </w:r>
    </w:p>
    <w:p>
      <w:r>
        <w:br/>
        <w:t>По дощах земля стужавіє —&lt;br /&gt;</w:t>
        <w:br/>
        <w:t>здійсним літні мри давні:&lt;br /&gt;</w:t>
        <w:br/>
        <w:t>в червні їдемо в Молдавію,&lt;br /&gt;</w:t>
        <w:br/>
        <w:t>до Дністра, в зелені плавні!</w:t>
      </w:r>
    </w:p>
    <w:p>
      <w:r>
        <w:br/>
        <w:t>А з Молдавії у Грузію&lt;br /&gt;</w:t>
        <w:br/>
        <w:t>нам дорога недалека.&lt;br /&gt;</w:t>
        <w:br/>
        <w:t>З усіма своїми друзями&lt;br /&gt;</w:t>
        <w:br/>
        <w:t>ми знайомі ще з Артека.</w:t>
      </w:r>
    </w:p>
    <w:p>
      <w:r>
        <w:br/>
        <w:t>Про кіно, було, там споримо&lt;br /&gt;</w:t>
        <w:br/>
        <w:t>чи про книжку, що читаєм.&lt;br /&gt;</w:t>
        <w:br/>
        <w:t>Вам цікаво, як говоримо,&lt;br /&gt;</w:t>
        <w:br/>
        <w:t>коли мов усіх не знаєм?</w:t>
      </w:r>
    </w:p>
    <w:p>
      <w:r>
        <w:br/>
        <w:t>Хто грузинською, марійською...&lt;br /&gt;</w:t>
        <w:br/>
        <w:t>Коли ж разом братнім клубом&lt;br /&gt;</w:t>
        <w:br/>
        <w:t>всі говоримо російською,&lt;br /&gt;</w:t>
        <w:br/>
        <w:t>бо її, як рідну, любим.</w:t>
      </w:r>
    </w:p>
    <w:p>
      <w:r>
        <w:br/>
        <w:t>Нам гулять, звичайно, ніколи,&lt;br /&gt;</w:t>
        <w:br/>
        <w:t>в школі все для нас цікаве.&lt;br /&gt;</w:t>
        <w:br/>
        <w:t>Але скоро вже канікули —&lt;br /&gt;</w:t>
        <w:br/>
        <w:t>нас нові чекають справи.</w:t>
      </w:r>
    </w:p>
    <w:p>
      <w:r>
        <w:br/>
        <w:t>ДВІ КРАЇНИ</w:t>
      </w:r>
    </w:p>
    <w:p>
      <w:r>
        <w:br/>
        <w:t>Шарада</w:t>
      </w:r>
    </w:p>
    <w:p>
      <w:r>
        <w:br/>
        <w:t>До умови шаради простої&lt;br /&gt;</w:t>
        <w:br/>
        <w:t>тут ми Африку мусимо вставити;&lt;br /&gt;</w:t>
        <w:br/>
        <w:t>в ній до назви країни жаркої&lt;br /&gt;</w:t>
        <w:br/>
        <w:t>Бо попереду мусим добавити —&lt;br /&gt;</w:t>
        <w:br/>
        <w:t>й принесуть нам у кліматі зміну&lt;br /&gt;</w:t>
        <w:br/>
        <w:t>дивовижні словесні химери ці,&lt;br /&gt;</w:t>
        <w:br/>
        <w:t>і потрапим ми в іншу країну,&lt;br /&gt;</w:t>
        <w:br/>
        <w:t>що вже буде в Південній Америці.</w:t>
      </w:r>
    </w:p>
    <w:p>
      <w:r>
        <w:br/>
        <w:t>Які це країни?</w:t>
      </w:r>
    </w:p>
    <w:p>
      <w:r>
        <w:br/>
        <w:t>(Лівія й Болівія)</w:t>
      </w:r>
    </w:p>
    <w:p>
      <w:r>
        <w:br/>
        <w:t>ПРИЧАРОВАНА</w:t>
      </w:r>
    </w:p>
    <w:p>
      <w:r>
        <w:br/>
        <w:t>Раїсі Карагезян [4]</w:t>
      </w:r>
    </w:p>
    <w:p>
      <w:r>
        <w:br/>
        <w:t>Сквером жінка миловидна&lt;br /&gt;</w:t>
        <w:br/>
        <w:t>йде зі школи з дітками:&lt;br /&gt;</w:t>
        <w:br/>
        <w:t>східний тип (з обличчя видно),&lt;br /&gt;</w:t>
        <w:br/>
        <w:t>порівнялись швидко ми.</w:t>
      </w:r>
    </w:p>
    <w:p>
      <w:r>
        <w:br/>
        <w:t>Усміхається: — Так пряжить&lt;br /&gt;</w:t>
        <w:br/>
        <w:t>тижнями останніми,&lt;br /&gt;</w:t>
        <w:br/>
        <w:t>що мої малята кажуть —&lt;br /&gt;</w:t>
        <w:br/>
        <w:t>наче в Єревані ми!</w:t>
      </w:r>
    </w:p>
    <w:p>
      <w:r>
        <w:br/>
        <w:t>Взагалі ми з Зангезура&lt;br /&gt;</w:t>
        <w:br/>
        <w:t>свій вірменський рід ведем.&lt;br /&gt;</w:t>
        <w:br/>
        <w:t>В нас, як каже ваш Сосюра,&lt;br /&gt;</w:t>
        <w:br/>
        <w:t>щастя зоряний едем.</w:t>
      </w:r>
    </w:p>
    <w:p>
      <w:r>
        <w:br/>
        <w:t>Що не слово, то такою&lt;br /&gt;</w:t>
        <w:br/>
        <w:t>мовою співучою!&lt;br /&gt;</w:t>
        <w:br/>
        <w:t>Ідемо попід густою&lt;br /&gt;</w:t>
        <w:br/>
        <w:t>липою квітучою.</w:t>
      </w:r>
    </w:p>
    <w:p>
      <w:r>
        <w:br/>
        <w:t>— Як, — питаю, — ви, вірменка,&lt;br /&gt;</w:t>
        <w:br/>
        <w:t>нашу мову вивчили?&lt;br /&gt;</w:t>
        <w:br/>
        <w:t>— А читаючи Шевченка!&lt;br /&gt;</w:t>
        <w:br/>
        <w:t>Мабуть, це пришвидшило!</w:t>
      </w:r>
    </w:p>
    <w:p>
      <w:r>
        <w:br/>
        <w:t>"Кобзаря" читала в вузі,&lt;br /&gt;</w:t>
        <w:br/>
        <w:t>час у ночі крадучи.&lt;br /&gt;</w:t>
        <w:br/>
        <w:t>"Стажувалася" в бабусі&lt;br /&gt;</w:t>
        <w:br/>
        <w:t>у селі Безрадичі.</w:t>
      </w:r>
    </w:p>
    <w:p>
      <w:r>
        <w:br/>
        <w:t>Як співали молодички&lt;br /&gt;</w:t>
        <w:br/>
        <w:t>"Продай, милий, сиві бички",&lt;br /&gt;</w:t>
        <w:br/>
        <w:t>часом підпрягалася, —&lt;br /&gt;</w:t>
        <w:br/>
        <w:t>від душі сміялася...</w:t>
      </w:r>
    </w:p>
    <w:p>
      <w:r>
        <w:br/>
        <w:t>— Що ж найперше стало вабить?&lt;br /&gt;</w:t>
        <w:br/>
        <w:t>б ж якась основина?&lt;br /&gt;</w:t>
        <w:br/>
        <w:t>— Українська пісня, мабуть, —&lt;br /&gt;</w:t>
        <w:br/>
        <w:t>нею причарована!</w:t>
      </w:r>
    </w:p>
    <w:p>
      <w:r>
        <w:br/>
        <w:t>АББАС І МИКОЛА [5]</w:t>
      </w:r>
    </w:p>
    <w:p>
      <w:r>
        <w:br/>
        <w:t>Два гарні поети відомі у нас —&lt;br /&gt;</w:t>
        <w:br/>
        <w:t>киянин Микола й бакинець Аббас.</w:t>
      </w:r>
    </w:p>
    <w:p>
      <w:r>
        <w:br/>
        <w:t>Як з'їдуться разом ці двоє братів,&lt;br /&gt;</w:t>
        <w:br/>
        <w:t>подовгу смакують красу рідних слів.</w:t>
      </w:r>
    </w:p>
    <w:p>
      <w:r>
        <w:br/>
        <w:t>Миколу хвилює розмова жива,&lt;br /&gt;</w:t>
        <w:br/>
        <w:t>Аббаса питає про їхні слова:</w:t>
      </w:r>
    </w:p>
    <w:p>
      <w:r>
        <w:br/>
        <w:t>— Чечек у вас — квітка, як чічка у нас.&lt;br /&gt;</w:t>
        <w:br/>
        <w:t>— І кюль у нас — квітка, — говорить Аббас.</w:t>
      </w:r>
    </w:p>
    <w:p>
      <w:r>
        <w:br/>
        <w:t>— То й наша кульбаба іде звідсіля?&lt;br /&gt;</w:t>
        <w:br/>
        <w:t>— Так, — каже Аббас, — луки й вам звеселя.</w:t>
      </w:r>
    </w:p>
    <w:p>
      <w:r>
        <w:br/>
        <w:t>Микола русалок згадав на Дніпрі.&lt;br /&gt;</w:t>
        <w:br/>
        <w:t>— Цікаво: русалка у вас — су пері!</w:t>
      </w:r>
    </w:p>
    <w:p>
      <w:r>
        <w:br/>
        <w:t>— Тут, бачиш, два слова, бо су — це. вода,&lt;br /&gt;</w:t>
        <w:br/>
        <w:t>а з неї русалка — пері — вигляда.</w:t>
      </w:r>
    </w:p>
    <w:p>
      <w:r>
        <w:br/>
        <w:t>Жартує Аббас, бо русалок не раз&lt;br /&gt;</w:t>
        <w:br/>
        <w:t>стрічав у Шевченкових творах Аббас.</w:t>
      </w:r>
    </w:p>
    <w:p>
      <w:r>
        <w:br/>
        <w:t>Смакують, до суті доходять самі.&lt;br /&gt;</w:t>
        <w:br/>
        <w:t>Микола напам'ять чита Насімі.</w:t>
      </w:r>
    </w:p>
    <w:p>
      <w:r>
        <w:br/>
        <w:t>Рядків переклали не сотню, не дві, —&lt;br /&gt;</w:t>
        <w:br/>
        <w:t>це чічки духмяні, це квіти живі!</w:t>
      </w:r>
    </w:p>
    <w:p>
      <w:r>
        <w:br/>
        <w:t>Киянин Микола й бакинець Аббас&lt;br /&gt;</w:t>
        <w:br/>
        <w:t>прозорістю слів милувались не раз:</w:t>
      </w:r>
    </w:p>
    <w:p>
      <w:r>
        <w:br/>
        <w:t>— Ах, чудо-слова: чи Десна, чи Басань!&lt;br /&gt;</w:t>
        <w:br/>
        <w:t>— А ваші дива: Сумгаїт, Ленкорань!</w:t>
      </w:r>
    </w:p>
    <w:p>
      <w:r>
        <w:br/>
        <w:t>Аббасові сниться безмежжя Дніпра,&lt;br /&gt;</w:t>
        <w:br/>
        <w:t>Миколі завжди — білопінна Кура.</w:t>
      </w:r>
    </w:p>
    <w:p>
      <w:r>
        <w:br/>
        <w:t>Тому про них друзі говорять у нас:&lt;br /&gt;</w:t>
        <w:br/>
        <w:t>бакинець Микола-й киянин Аббас.</w:t>
      </w:r>
    </w:p>
    <w:p>
      <w:r>
        <w:br/>
        <w:t>СТАЮТЬ У ПРИГОДІ</w:t>
      </w:r>
    </w:p>
    <w:p>
      <w:r>
        <w:br/>
        <w:t>Загадка</w:t>
      </w:r>
    </w:p>
    <w:p>
      <w:r>
        <w:br/>
        <w:t>Коли твір якийсь готую,&lt;br /&gt;</w:t>
        <w:br/>
        <w:t>різні речення пишу,&lt;br /&gt;</w:t>
        <w:br/>
        <w:t>щось, буває, я цитую,&lt;br /&gt;</w:t>
        <w:br/>
        <w:t>мову вводячи чужу.&lt;br /&gt;</w:t>
        <w:br/>
        <w:t>Але, любий мій читачу,&lt;br /&gt;</w:t>
        <w:br/>
        <w:t>як для вас її позначу?&lt;br /&gt;</w:t>
        <w:br/>
        <w:t>Тут уже не допоможуть&lt;br /&gt;</w:t>
        <w:br/>
        <w:t>ані коми, ні крапки,&lt;br /&gt;</w:t>
        <w:br/>
        <w:t>у пригоді стати можуть —&lt;br /&gt;</w:t>
        <w:br/>
        <w:t>здогадались ви?</w:t>
      </w:r>
    </w:p>
    <w:p>
      <w:r>
        <w:br/>
        <w:t>(Лапки)</w:t>
      </w:r>
    </w:p>
    <w:p>
      <w:r>
        <w:br/>
        <w:t>МАЛЕНЬКІ ПОСЕСТРИ</w:t>
      </w:r>
    </w:p>
    <w:p>
      <w:r>
        <w:br/>
        <w:t>Оляночка після школи&lt;br /&gt;</w:t>
        <w:br/>
        <w:t>гостює в Литві у Агне.&lt;br /&gt;</w:t>
        <w:br/>
        <w:t>І радісно, як ніколи,&lt;br /&gt;</w:t>
        <w:br/>
        <w:t>зелена їм рута пахне.</w:t>
      </w:r>
    </w:p>
    <w:p>
      <w:r>
        <w:br/>
        <w:t>Ось Агне біжить на ґанок&lt;br /&gt;</w:t>
        <w:br/>
        <w:t>стрічати погожий ранок,&lt;br /&gt;</w:t>
        <w:br/>
        <w:t>а там застає Олянку&lt;br /&gt;</w:t>
        <w:br/>
        <w:t>і каже: — Доброго ранку!</w:t>
      </w:r>
    </w:p>
    <w:p>
      <w:r>
        <w:br/>
        <w:t>— Лабас рітас! — Олянка їй.&lt;br /&gt;</w:t>
        <w:br/>
        <w:t>Давай умиватись мерщій.&lt;br /&gt;</w:t>
        <w:br/>
        <w:t>Воркують собі дівчатка,&lt;br /&gt;</w:t>
        <w:br/>
        <w:t>завжди нерозлучні, в парі.</w:t>
      </w:r>
    </w:p>
    <w:p>
      <w:r>
        <w:br/>
        <w:t>У Агне — сині очатка,&lt;br /&gt;</w:t>
        <w:br/>
        <w:t>в Олянки — очиці карі.&lt;br /&gt;</w:t>
        <w:br/>
        <w:t>Беруть газету в кіоску&lt;br /&gt;</w:t>
        <w:br/>
        <w:t>(на вулиці повно люду):</w:t>
      </w:r>
    </w:p>
    <w:p>
      <w:r>
        <w:br/>
        <w:t>— Я буду вивчать литовську!&lt;br /&gt;</w:t>
        <w:br/>
        <w:t>— А я — українську буду!&lt;br /&gt;</w:t>
        <w:br/>
        <w:t>Злетів шпачок на полянку,&lt;br /&gt;</w:t>
        <w:br/>
        <w:t>примчав на траву, на попас.</w:t>
      </w:r>
    </w:p>
    <w:p>
      <w:r>
        <w:br/>
        <w:t>— Он шпак! — зраділа Олянка.&lt;br /&gt;</w:t>
        <w:br/>
        <w:t>І Агне зраділа: — Шпокас!</w:t>
      </w:r>
    </w:p>
    <w:p>
      <w:r>
        <w:br/>
        <w:t>А ген ріка недалеко.&lt;br /&gt;</w:t>
        <w:br/>
        <w:t>І Агне: — Он гандрас бродить!&lt;br /&gt;</w:t>
        <w:br/>
        <w:t>Олянка: — А в нас — лелека!&lt;br /&gt;</w:t>
        <w:br/>
        <w:t>Не схожі слова, виходить.</w:t>
      </w:r>
    </w:p>
    <w:p>
      <w:r>
        <w:br/>
        <w:t>Олянка хотіла б нині&lt;br /&gt;</w:t>
        <w:br/>
        <w:t>буть з Агне в Києві в парі.&lt;br /&gt;</w:t>
        <w:br/>
        <w:t>У Агне — очата сині,&lt;br /&gt;</w:t>
        <w:br/>
        <w:t>в Олянки — очиці карі.</w:t>
      </w:r>
    </w:p>
    <w:p>
      <w:r>
        <w:br/>
        <w:t>Вже й вечір. А рута пахне.&lt;br /&gt;</w:t>
        <w:br/>
        <w:t>Та ніч насуває з-над плес.&lt;br /&gt;</w:t>
        <w:br/>
        <w:t>— Добраніч! — говорить Агне.&lt;br /&gt;</w:t>
        <w:br/>
        <w:t>Олянка: — Лабос нактьєс!</w:t>
      </w:r>
    </w:p>
    <w:p>
      <w:r>
        <w:br/>
        <w:t>ПІДПРИЄМСТВО І ЗАТОКА</w:t>
      </w:r>
    </w:p>
    <w:p>
      <w:r>
        <w:br/>
        <w:t>Загадка</w:t>
      </w:r>
    </w:p>
    <w:p>
      <w:r>
        <w:br/>
        <w:t>Двоскладове наше слово —&lt;br /&gt;</w:t>
        <w:br/>
        <w:t>підприємство промислове,&lt;br /&gt;</w:t>
        <w:br/>
        <w:t>а знак м'якшення додай —&lt;br /&gt;</w:t>
        <w:br/>
        <w:t>буде вже частина річки&lt;br /&gt;</w:t>
        <w:br/>
        <w:t>чи затока невеличка.</w:t>
      </w:r>
    </w:p>
    <w:p>
      <w:r>
        <w:br/>
        <w:t>Що за слово? Відгадай.</w:t>
      </w:r>
    </w:p>
    <w:p>
      <w:r>
        <w:br/>
        <w:t>Власне, два тут слова (з різним&lt;br /&gt;</w:t>
        <w:br/>
        <w:t>наголосом навіть).&lt;br /&gt;</w:t>
        <w:br/>
        <w:t>Хочеш — підкажу тобі я:</w:t>
      </w:r>
    </w:p>
    <w:p>
      <w:r>
        <w:br/>
        <w:t>це —</w:t>
      </w:r>
    </w:p>
    <w:p>
      <w:r>
        <w:br/>
        <w:t>(завод і заводь)</w:t>
      </w:r>
    </w:p>
    <w:p>
      <w:r>
        <w:br/>
        <w:t>СІМ'Я</w:t>
      </w:r>
    </w:p>
    <w:p>
      <w:r>
        <w:br/>
        <w:t>Ти чув таке: сім'я — держави ланка?&lt;br /&gt;</w:t>
        <w:br/>
        <w:t>Я розкажу, яка в нас є сім'я:&lt;br /&gt;</w:t>
        <w:br/>
        <w:t>Дід — українець, баба — росіянка,&lt;br /&gt;</w:t>
        <w:br/>
        <w:t>онук — туркмен. (І їхній родич — я.)</w:t>
      </w:r>
    </w:p>
    <w:p>
      <w:r>
        <w:br/>
        <w:t>Ніде не приймуть хлопця за чужого;&lt;br /&gt;</w:t>
        <w:br/>
        <w:t>куди не киньте — скрізь його рідня.&lt;br /&gt;</w:t>
        <w:br/>
        <w:t>І Київ свій для нього, і Чарджоу [6],&lt;br /&gt;</w:t>
        <w:br/>
        <w:t>і він про всіх турбується щодня.</w:t>
      </w:r>
    </w:p>
    <w:p>
      <w:r>
        <w:br/>
        <w:t>Чорнявий хлопчик: в маму а чи в тата?&lt;br /&gt;</w:t>
        <w:br/>
        <w:t>Батьки ж бо — українка і туркмен.&lt;br /&gt;</w:t>
        <w:br/>
        <w:t>Яка ця хата мовами багата,&lt;br /&gt;</w:t>
        <w:br/>
        <w:t>ще й славна розмаїтістю імен.</w:t>
      </w:r>
    </w:p>
    <w:p>
      <w:r>
        <w:br/>
        <w:t>Олекса — діда звали. Баба — Люся.&lt;br /&gt;</w:t>
        <w:br/>
        <w:t>Батьки — Рахман і Ольга, син — Мурад.&lt;br /&gt;</w:t>
        <w:br/>
        <w:t>І мови — тата, мами і бабусі —&lt;br /&gt;</w:t>
        <w:br/>
        <w:t>звучать, як спів, і їм хлопчина рад.</w:t>
      </w:r>
    </w:p>
    <w:p>
      <w:r>
        <w:br/>
        <w:t>А якщо мама хоче супу з гречки,&lt;br /&gt;</w:t>
        <w:br/>
        <w:t>бабуся — щі, а татко любить плов?</w:t>
      </w:r>
    </w:p>
    <w:p>
      <w:r>
        <w:br/>
        <w:t>Тоді пораду проти суперечки&lt;br /&gt;</w:t>
        <w:br/>
        <w:t>дає їм Котляревський знов і знов:</w:t>
      </w:r>
    </w:p>
    <w:p>
      <w:r>
        <w:br/>
        <w:t>"Де згода в сімействі,&lt;br /&gt;</w:t>
        <w:br/>
        <w:t>де мир і тишина,&lt;br /&gt;</w:t>
        <w:br/>
        <w:t>щасливі там люди,&lt;br /&gt;</w:t>
        <w:br/>
        <w:t>блаженна сторона..."</w:t>
      </w:r>
    </w:p>
    <w:p>
      <w:r>
        <w:br/>
        <w:t>Тоді всміхаються батьки і діти,&lt;br /&gt;</w:t>
        <w:br/>
        <w:t>як всі щасливі люди на землі.</w:t>
      </w:r>
    </w:p>
    <w:p>
      <w:r>
        <w:br/>
        <w:t>В оселі їх витають заповіти&lt;br /&gt;</w:t>
        <w:br/>
        <w:t>Шевченка, Пушкіна й Махтумкулі.</w:t>
      </w:r>
    </w:p>
    <w:p>
      <w:r>
        <w:br/>
        <w:t>СЛОВЕЧКО ПІДВЕЛО</w:t>
      </w:r>
    </w:p>
    <w:p>
      <w:r>
        <w:br/>
        <w:t>Яка чудесна кожна мова!&lt;br /&gt;</w:t>
        <w:br/>
        <w:t>Але слова мотай на вус.&lt;br /&gt;</w:t>
        <w:br/>
        <w:t>Як не уважний ти до слова,&lt;br /&gt;</w:t>
        <w:br/>
        <w:t>то може трапитись конфуз.</w:t>
      </w:r>
    </w:p>
    <w:p>
      <w:r>
        <w:br/>
        <w:t>Бо є омоніми міжмовні,&lt;br /&gt;</w:t>
        <w:br/>
        <w:t>відомі вченим з давнини:&lt;br /&gt;</w:t>
        <w:br/>
        <w:t>слова однакові назовні,&lt;br /&gt;</w:t>
        <w:br/>
        <w:t>та різні значенням вони.</w:t>
      </w:r>
    </w:p>
    <w:p>
      <w:r>
        <w:br/>
        <w:t>І дуже легко помилиться —&lt;br /&gt;</w:t>
        <w:br/>
        <w:t>суцільні рифи навкруги:&lt;br /&gt;</w:t>
        <w:br/>
        <w:t>болгарське булка — молодиця,&lt;br /&gt;</w:t>
        <w:br/>
        <w:t>вонявка в Чехії — духи,&lt;br /&gt;</w:t>
        <w:br/>
        <w:t>а білоруське бульба — й зроду&lt;br /&gt;</w:t>
        <w:br/>
        <w:t>картопля... Он які діла!</w:t>
      </w:r>
    </w:p>
    <w:p>
      <w:r>
        <w:br/>
        <w:t>Та розкажу я вам пригоду,&lt;br /&gt;</w:t>
        <w:br/>
        <w:t>яка в Молдавії була.</w:t>
      </w:r>
    </w:p>
    <w:p>
      <w:r>
        <w:br/>
        <w:t>До піонерського будинку&lt;br /&gt;</w:t>
        <w:br/>
        <w:t>край мальовничого села&lt;br /&gt;</w:t>
        <w:br/>
        <w:t>у табір праці й відпочинку&lt;br /&gt;</w:t>
        <w:br/>
        <w:t>юнь з України прибула.</w:t>
      </w:r>
    </w:p>
    <w:p>
      <w:r>
        <w:br/>
        <w:t>Знайомляться загони, класи:&lt;br /&gt;</w:t>
        <w:br/>
        <w:t>гука вожатий і своїм,&lt;br /&gt;</w:t>
        <w:br/>
        <w:t>і гостям теж: — Интр-ац-ла-каса!&lt;br /&gt;</w:t>
        <w:br/>
        <w:t>що значить: "Просим вас у дім!"</w:t>
      </w:r>
    </w:p>
    <w:p>
      <w:r>
        <w:br/>
        <w:t>Наш хлопець, до дурнички ласий,&lt;br /&gt;</w:t>
        <w:br/>
        <w:t>Не знав, що каса в них — це дім.&lt;br /&gt;</w:t>
        <w:br/>
        <w:t>— Ще й не робив, а вже до каси! —&lt;br /&gt;</w:t>
        <w:br/>
        <w:t>гукнув, пожвавившись: — Ходім!</w:t>
      </w:r>
    </w:p>
    <w:p>
      <w:r>
        <w:br/>
        <w:t>Нічого дивного немає,&lt;br /&gt;</w:t>
        <w:br/>
        <w:t>що збоку смішно всім було.&lt;br /&gt;</w:t>
        <w:br/>
        <w:t>Подумати — і то ж буває:&lt;br /&gt;</w:t>
        <w:br/>
        <w:t>отак словечко підвело!</w:t>
      </w:r>
    </w:p>
    <w:p>
      <w:r>
        <w:br/>
        <w:t>ДО ПОЕЗІЇ ЛЮБОВ</w:t>
      </w:r>
    </w:p>
    <w:p>
      <w:r>
        <w:br/>
        <w:t>Є на київській околиці&lt;br /&gt;</w:t>
        <w:br/>
        <w:t>восьмирічка в Крюківщйні.&lt;br /&gt;</w:t>
        <w:br/>
        <w:t>Знаєш, чим відома школа ця&lt;br /&gt;</w:t>
        <w:br/>
        <w:t>всій великій Батьківщині?</w:t>
      </w:r>
    </w:p>
    <w:p>
      <w:r>
        <w:br/>
        <w:t>Слідопитами завзятими&lt;br /&gt;</w:t>
        <w:br/>
        <w:t>(йдуть на пошук знов і знов).&lt;br /&gt;</w:t>
        <w:br/>
        <w:t>Їхні будні робить святами&lt;br /&gt;</w:t>
        <w:br/>
        <w:t>до поезії любов.</w:t>
      </w:r>
    </w:p>
    <w:p>
      <w:r>
        <w:br/>
        <w:t>А музей! Хлоп'я з указкою&lt;br /&gt;</w:t>
        <w:br/>
        <w:t>вірш читає... Ряд портретів...&lt;br /&gt;</w:t>
        <w:br/>
        <w:t>Гомонить живою казкою&lt;br /&gt;</w:t>
        <w:br/>
        <w:t>біля школи Сад поетів.</w:t>
      </w:r>
    </w:p>
    <w:p>
      <w:r>
        <w:br/>
        <w:t>Почуття ж бо стільки теплого&lt;br /&gt;</w:t>
        <w:br/>
        <w:t>в них до воїна-співця!&lt;br /&gt;</w:t>
        <w:br/>
        <w:t>В пам'ять кожного полеглого&lt;br /&gt;</w:t>
        <w:br/>
        <w:t>посадили деревця.</w:t>
      </w:r>
    </w:p>
    <w:p>
      <w:r>
        <w:br/>
        <w:t>У поезію закохана&lt;br /&gt;</w:t>
        <w:br/>
        <w:t>дітвора розкаже радо&lt;br /&gt;</w:t>
        <w:br/>
        <w:t>про Герасименка й Когана,&lt;br /&gt;</w:t>
        <w:br/>
        <w:t>Чумаченка і Отраду.</w:t>
      </w:r>
    </w:p>
    <w:p>
      <w:r>
        <w:br/>
        <w:t>Ось рядочки безіменнії —&lt;br /&gt;</w:t>
        <w:br/>
        <w:t>ким написані? Коли?&lt;br /&gt;</w:t>
        <w:br/>
        <w:t>Щоб узнать — в Москві, в Вірменії&lt;br /&gt;</w:t>
        <w:br/>
        <w:t>слідопити побули.</w:t>
      </w:r>
    </w:p>
    <w:p>
      <w:r>
        <w:br/>
        <w:t>Що читаємо, що бачимо,&lt;br /&gt;</w:t>
        <w:br/>
        <w:t>затамовуючи подих, —&lt;br /&gt;</w:t>
        <w:br/>
        <w:t>все зусиллями дитячими&lt;br /&gt;</w:t>
        <w:br/>
        <w:t>в літніх зібрано походах.</w:t>
      </w:r>
    </w:p>
    <w:p>
      <w:r>
        <w:br/>
        <w:t>Кожне з них душею чулою&lt;br /&gt;</w:t>
        <w:br/>
        <w:t>як перлин, тих слів шука&lt;br /&gt;</w:t>
        <w:br/>
        <w:t>до обірваного кулею&lt;br /&gt;</w:t>
        <w:br/>
        <w:t>поетичного рядка.</w:t>
      </w:r>
    </w:p>
    <w:p>
      <w:r>
        <w:br/>
        <w:t>Рюкзачок — їх амуніція,&lt;br /&gt;</w:t>
        <w:br/>
        <w:t>більш нічого в них немає.&lt;br /&gt;</w:t>
        <w:br/>
        <w:t>Але кажуть, що й міліція&lt;br /&gt;</w:t>
        <w:br/>
        <w:t>на шляхах їм козиряє.</w:t>
      </w:r>
    </w:p>
    <w:p>
      <w:r>
        <w:br/>
        <w:t>МАЛЕНЬКА, МЕНША ВІД МАЧИНИ</w:t>
      </w:r>
    </w:p>
    <w:p>
      <w:r>
        <w:br/>
        <w:t>Загадка</w:t>
      </w:r>
    </w:p>
    <w:p>
      <w:r>
        <w:br/>
        <w:t>Маленька, менша від мачини,&lt;br /&gt;</w:t>
        <w:br/>
        <w:t>ні з ким не стану на борню.&lt;br /&gt;</w:t>
        <w:br/>
        <w:t>А при читанні, коли треба,&lt;br /&gt;</w:t>
        <w:br/>
        <w:t>й людини мову зупиню.</w:t>
      </w:r>
    </w:p>
    <w:p>
      <w:r>
        <w:br/>
        <w:t>Що це таке?</w:t>
      </w:r>
    </w:p>
    <w:p>
      <w:r>
        <w:br/>
        <w:t>(Крапка)</w:t>
      </w:r>
    </w:p>
    <w:p>
      <w:r>
        <w:br/>
        <w:t>ВОНИ ДЛЯ РЕЧЕННЯ БАГАТО ВАЖАТЬ</w:t>
      </w:r>
    </w:p>
    <w:p>
      <w:r>
        <w:br/>
        <w:t>Загадка</w:t>
      </w:r>
    </w:p>
    <w:p>
      <w:r>
        <w:br/>
        <w:t>Вони для речення багато важать:&lt;br /&gt;</w:t>
        <w:br/>
        <w:t>турботливо обнімуть, як дружки,&lt;br /&gt;</w:t>
        <w:br/>
        <w:t>і вставлені слова й цитату вкажуть,&lt;br /&gt;</w:t>
        <w:br/>
        <w:t>Давайте ж назовем їх. Це —</w:t>
      </w:r>
    </w:p>
    <w:p>
      <w:r>
        <w:br/>
        <w:t>(Дужки)</w:t>
      </w:r>
    </w:p>
    <w:p>
      <w:r>
        <w:br/>
        <w:t>ЧИ ВАЖКО РОЗГАДАТЬ?</w:t>
      </w:r>
    </w:p>
    <w:p>
      <w:r>
        <w:br/>
        <w:t>Як розгадать, звідкіль походить слово,&lt;br /&gt;</w:t>
        <w:br/>
        <w:t>що дивиться на тебе загадково?</w:t>
      </w:r>
    </w:p>
    <w:p>
      <w:r>
        <w:br/>
        <w:t>Таких птахів стрічали-бо не раз ви,&lt;br /&gt;</w:t>
        <w:br/>
        <w:t>що зробули звукоподібні назви:</w:t>
      </w:r>
    </w:p>
    <w:p>
      <w:r>
        <w:br/>
        <w:t>у росіян кукушка, знана птиця&lt;br /&gt;</w:t>
        <w:br/>
        <w:t>в болгар її сестриця – кукувіца.</w:t>
      </w:r>
    </w:p>
    <w:p>
      <w:r>
        <w:br/>
        <w:t>А півень – кокот у слов’ян справіку&lt;br /&gt;</w:t>
        <w:br/>
        <w:t>(бо й ко-ко-ко, —— не тільки ку-ку-рі-ку!)</w:t>
      </w:r>
    </w:p>
    <w:p>
      <w:r>
        <w:br/>
        <w:t>В прадавній Індії: куккутас – когут,&lt;br /&gt;</w:t>
        <w:br/>
        <w:t>а схоже у Литві: кукутіс – одуд!</w:t>
      </w:r>
    </w:p>
    <w:p>
      <w:r>
        <w:br/>
        <w:t>А одуд у болгар за збігом дивним&lt;br /&gt;</w:t>
        <w:br/>
        <w:t>зоветься жартома… циганським півнем…</w:t>
      </w:r>
    </w:p>
    <w:p>
      <w:r>
        <w:br/>
        <w:t>А якщо назви не звукоподібні?&lt;br /&gt;</w:t>
        <w:br/>
        <w:t>Зусилля додаткові тут потрібні.</w:t>
      </w:r>
    </w:p>
    <w:p>
      <w:r>
        <w:br/>
        <w:t>Буває слово: вдаєтесь до нього —&lt;br /&gt;</w:t>
        <w:br/>
        <w:t>не промовляє спершу вам нічого.</w:t>
      </w:r>
    </w:p>
    <w:p>
      <w:r>
        <w:br/>
        <w:t>А назва не звичайна, не безлика, —&lt;br /&gt;</w:t>
        <w:br/>
        <w:t>у ній прихована краса велика, —</w:t>
      </w:r>
    </w:p>
    <w:p>
      <w:r>
        <w:br/>
        <w:t>над назви островів, архіпелагів, —&lt;br /&gt;</w:t>
        <w:br/>
        <w:t>як місто-сад Алма-Ата в казахів.</w:t>
      </w:r>
    </w:p>
    <w:p>
      <w:r>
        <w:br/>
        <w:t>Для них не тільки милі звуки в слові,&lt;br /&gt;</w:t>
        <w:br/>
        <w:t>а Батько Яблук це в казахській мові.</w:t>
      </w:r>
    </w:p>
    <w:p>
      <w:r>
        <w:br/>
        <w:t>А чом болгарське місто зветься Враца?&lt;br /&gt;</w:t>
        <w:br/>
        <w:t>До нього вхід — між скель ворітця — вратца.</w:t>
      </w:r>
    </w:p>
    <w:p>
      <w:r>
        <w:br/>
        <w:t>А в нас село — чом зветься Ніжиловичі?&lt;br /&gt;</w:t>
        <w:br/>
        <w:t>Колись жили мисливці — мужі ловчі!</w:t>
      </w:r>
    </w:p>
    <w:p>
      <w:r>
        <w:br/>
        <w:t>Та щоб збагнути слова суть чудесну,&lt;br /&gt;</w:t>
        <w:br/>
        <w:t>теж треба вергати руду словесну.</w:t>
      </w:r>
    </w:p>
    <w:p>
      <w:r>
        <w:br/>
        <w:t>Як роблять це невтомні і натхненні&lt;br /&gt;</w:t>
        <w:br/>
        <w:t>талановиті мовознавці-вчені.</w:t>
      </w:r>
    </w:p>
    <w:p>
      <w:r>
        <w:br/>
        <w:t>ЗЛИТА Х ХВОСТКОМ ЦЯ КРАПКА</w:t>
      </w:r>
    </w:p>
    <w:p>
      <w:r>
        <w:br/>
        <w:t>Загадка</w:t>
      </w:r>
    </w:p>
    <w:p>
      <w:r>
        <w:br/>
        <w:t>Злита з хвостиком ця крапка,&lt;br /&gt;</w:t>
        <w:br/>
        <w:t>невелика, власне, лапка.&lt;br /&gt;</w:t>
        <w:br/>
        <w:t>Робить паузу, всім знайома.&lt;br /&gt;</w:t>
        <w:br/>
        <w:t>Як вона зоветься?</w:t>
      </w:r>
    </w:p>
    <w:p>
      <w:r>
        <w:br/>
        <w:t>(Кома)</w:t>
      </w:r>
    </w:p>
    <w:p>
      <w:r>
        <w:br/>
        <w:t>ШЕНІ ЧІРИМЕ [7]</w:t>
      </w:r>
    </w:p>
    <w:p>
      <w:r>
        <w:br/>
        <w:t>Р. Чілачаві</w:t>
      </w:r>
    </w:p>
    <w:p>
      <w:r>
        <w:br/>
        <w:t>Слів грузинських, де я виріс,&lt;br /&gt;</w:t>
        <w:br/>
        <w:t>не учили ми.&lt;br /&gt;</w:t>
        <w:br/>
        <w:t>Але чув я чудо-вираз —&lt;br /&gt;</w:t>
        <w:br/>
        <w:t>шені чіриме.</w:t>
      </w:r>
    </w:p>
    <w:p>
      <w:r>
        <w:br/>
        <w:t>Чий високий дух, як гори, —&lt;br /&gt;</w:t>
        <w:br/>
        <w:t>тим відмірено&lt;br /&gt;</w:t>
        <w:br/>
        <w:t>брать чуже на себе горе —&lt;br /&gt;</w:t>
        <w:br/>
        <w:t>шені чіриме.</w:t>
      </w:r>
    </w:p>
    <w:p>
      <w:r>
        <w:br/>
        <w:t>Лихо в друга чи в сусіди&lt;br /&gt;</w:t>
        <w:br/>
        <w:t>висне гирями: —&lt;br /&gt;</w:t>
        <w:br/>
        <w:t>"Най мені твої всі біди —&lt;br /&gt;</w:t>
        <w:br/>
        <w:t>шені чіриме".</w:t>
      </w:r>
    </w:p>
    <w:p>
      <w:r>
        <w:br/>
        <w:t>Чий широкий дух, як море, —&lt;br /&gt;</w:t>
        <w:br/>
        <w:t>тим відмірено&lt;br /&gt;</w:t>
        <w:br/>
        <w:t>брать чуже на себе горе —&lt;br /&gt;</w:t>
        <w:br/>
        <w:t>шені чіриме.</w:t>
      </w:r>
    </w:p>
    <w:p>
      <w:r>
        <w:br/>
        <w:t>Біль словами гасять люди&lt;br /&gt;</w:t>
        <w:br/>
        <w:t>щемно-щирими.&lt;br /&gt;</w:t>
        <w:br/>
        <w:t>Хай наш вік щасливим буде —&lt;br /&gt;</w:t>
        <w:br/>
        <w:t>шені чіриме!</w:t>
      </w:r>
    </w:p>
    <w:p>
      <w:r>
        <w:br/>
        <w:t>А ХТО Я?</w:t>
      </w:r>
    </w:p>
    <w:p>
      <w:r>
        <w:br/>
        <w:t>Загадка</w:t>
      </w:r>
    </w:p>
    <w:p>
      <w:r>
        <w:br/>
        <w:t>Я такий же, як знак розділовий,&lt;br /&gt;</w:t>
        <w:br/>
        <w:t>і відомий шкільній дітворі.&lt;br /&gt;</w:t>
        <w:br/>
        <w:t>Та в словах української мови&lt;br /&gt;</w:t>
        <w:br/>
        <w:t>я пишусь не внизу, а вгорі.&lt;br /&gt;</w:t>
        <w:br/>
        <w:t>Спробуй лиш написати ім'я —&lt;br /&gt;</w:t>
        <w:br/>
        <w:t>зразу стану потрібним і я.</w:t>
      </w:r>
    </w:p>
    <w:p>
      <w:r>
        <w:br/>
        <w:t>(Апостроф)</w:t>
      </w:r>
    </w:p>
    <w:p>
      <w:r>
        <w:br/>
        <w:t>ВИПАДКОВА НАЗВА</w:t>
      </w:r>
    </w:p>
    <w:p>
      <w:r>
        <w:br/>
        <w:t>— Ти знаєш, друже, що може слово&lt;br /&gt;</w:t>
        <w:br/>
        <w:t>з напів'ясного нам джерела&lt;br /&gt;</w:t>
        <w:br/>
        <w:t>предмету назву дать випадково,&lt;br /&gt;</w:t>
        <w:br/>
        <w:t>і назва влипне, як там була!</w:t>
      </w:r>
    </w:p>
    <w:p>
      <w:r>
        <w:br/>
        <w:t>Тарасик слухав мене, завмерши,&lt;br /&gt;</w:t>
        <w:br/>
        <w:t>уже до бесід зі мною звик. —&lt;br /&gt;</w:t>
        <w:br/>
        <w:t>Коли англійці ступили вперше&lt;br /&gt;</w:t>
        <w:br/>
        <w:t>до австралійців на материк&lt;br /&gt;</w:t>
        <w:br/>
        <w:t>і там уздріли якусь тварину —&lt;br /&gt;</w:t>
        <w:br/>
        <w:t>сумчасте диво на двох ногах —&lt;br /&gt;</w:t>
        <w:br/>
        <w:t>подивувались якусь хвилину,&lt;br /&gt;</w:t>
        <w:br/>
        <w:t>аж гульк — тубілець іде на шлях.</w:t>
      </w:r>
    </w:p>
    <w:p>
      <w:r>
        <w:br/>
        <w:t>Англієць якось йому зненацька:&lt;br /&gt;</w:t>
        <w:br/>
        <w:t>— Що за тварина ця чудернацька? —&lt;br /&gt;</w:t>
        <w:br/>
        <w:t>Та слів англійських не чувши й близько,&lt;br /&gt;</w:t>
        <w:br/>
        <w:t>знизав плечима той: — Кенгуру!&lt;br /&gt;</w:t>
        <w:br/>
        <w:t>(що означає по-австралійськи&lt;br /&gt;</w:t>
        <w:br/>
        <w:t>"не розумію", "не розберу").</w:t>
      </w:r>
    </w:p>
    <w:p>
      <w:r>
        <w:br/>
        <w:t>Отак і стало це кенгурисько&lt;br /&gt;</w:t>
        <w:br/>
        <w:t>відоме в світі як кенгуру.&lt;br /&gt;</w:t>
        <w:br/>
        <w:t>Все, бачиш, сталось тут випадково,&lt;br /&gt;</w:t>
        <w:br/>
        <w:t>а не зітреш ти його нічим:&lt;br /&gt;</w:t>
        <w:br/>
        <w:t>для австралійців і рідне слово,&lt;br /&gt;</w:t>
        <w:br/>
        <w:t>але як назва — немов вітчим.</w:t>
      </w:r>
    </w:p>
    <w:p>
      <w:r>
        <w:br/>
        <w:t>ПРО ПІВНЯ</w:t>
      </w:r>
    </w:p>
    <w:p>
      <w:r>
        <w:br/>
        <w:t>Чом півень, як співа, очей не одкриває?&lt;br /&gt;</w:t>
        <w:br/>
        <w:t>Тому, що він по пам'яті співає!</w:t>
      </w:r>
    </w:p>
    <w:p>
      <w:r>
        <w:br/>
        <w:t>(Французький жарт)</w:t>
      </w:r>
    </w:p>
    <w:p>
      <w:r>
        <w:br/>
        <w:t>— Але ж удень співає рать співоча,&lt;br /&gt;</w:t>
        <w:br/>
        <w:t>а півень і вночі — як потороча!</w:t>
      </w:r>
    </w:p>
    <w:p>
      <w:r>
        <w:br/>
        <w:t>(Репліки цікавого хлопця)</w:t>
      </w:r>
    </w:p>
    <w:p>
      <w:r>
        <w:br/>
        <w:t>Красень півень по подвір'ю ходить.&lt;br /&gt;</w:t>
        <w:br/>
        <w:t>А про нього ви хіба не вчили,&lt;br /&gt;</w:t>
        <w:br/>
        <w:t>що з тропічних джунглів він походить,&lt;br /&gt;</w:t>
        <w:br/>
        <w:t>де курей уперше приручили?</w:t>
      </w:r>
    </w:p>
    <w:p>
      <w:r>
        <w:br/>
        <w:t>Любленець індійського народу,&lt;br /&gt;</w:t>
        <w:br/>
        <w:t>знаний там цей красень гребенястий,&lt;br /&gt;</w:t>
        <w:br/>
        <w:t>як провісник сонячного сходу,&lt;br /&gt;</w:t>
        <w:br/>
        <w:t>вічний символ радості і щастя.</w:t>
      </w:r>
    </w:p>
    <w:p>
      <w:r>
        <w:br/>
        <w:t>Де індійська голуба Малакка&lt;br /&gt;</w:t>
        <w:br/>
        <w:t>чи південний інший осередок —&lt;br /&gt;</w:t>
        <w:br/>
        <w:t>правив за будильник цей співака,&lt;br /&gt;</w:t>
        <w:br/>
        <w:t>красеня сьогоднішнього предок.</w:t>
      </w:r>
    </w:p>
    <w:p>
      <w:r>
        <w:br/>
        <w:t>А для нас диковина велика:&lt;br /&gt;</w:t>
        <w:br/>
        <w:t>спить собі співун під дахом дому&lt;br /&gt;</w:t>
        <w:br/>
        <w:t>й раптом — леле — як закукуріка!&lt;br /&gt;</w:t>
        <w:br/>
        <w:t>А секрет, мій друже, ось у чому:</w:t>
      </w:r>
    </w:p>
    <w:p>
      <w:r>
        <w:br/>
        <w:t>екваторіальні дні і ночі&lt;br /&gt;</w:t>
        <w:br/>
        <w:t>в різні пори дивовижно рівні:&lt;br /&gt;</w:t>
        <w:br/>
        <w:t>в час той самий — хочеш чи не хочеш&lt;br /&gt;</w:t>
        <w:br/>
        <w:t>засинали й прокидались півні.</w:t>
      </w:r>
    </w:p>
    <w:p>
      <w:r>
        <w:br/>
        <w:t>Сонця схід завжди о шостій ранку,&lt;br /&gt;</w:t>
        <w:br/>
        <w:t>захід же — увечері о шостій.&lt;br /&gt;</w:t>
        <w:br/>
        <w:t>У години ці й вели співанку&lt;br /&gt;</w:t>
        <w:br/>
        <w:t>когутові предки пишнохвості.</w:t>
      </w:r>
    </w:p>
    <w:p>
      <w:r>
        <w:br/>
        <w:t>Тож кричать півні вночі й понині&lt;br /&gt;</w:t>
        <w:br/>
        <w:t>без ніяких примх і забаганок,&lt;br /&gt;</w:t>
        <w:br/>
        <w:t>бо в цей час на їхній батьківщині&lt;br /&gt;</w:t>
        <w:br/>
        <w:t>саме починається світанок.</w:t>
      </w:r>
    </w:p>
    <w:p>
      <w:r>
        <w:br/>
        <w:t>ТРІШЕЧКИ НАПРУГИ</w:t>
      </w:r>
    </w:p>
    <w:p>
      <w:r>
        <w:br/>
        <w:t>Загадка</w:t>
      </w:r>
    </w:p>
    <w:p>
      <w:r>
        <w:br/>
        <w:t>Нумо трішечки напруги,&lt;br /&gt;</w:t>
        <w:br/>
        <w:t>ось вам і подробиці:&lt;br /&gt;</w:t>
        <w:br/>
        <w:t>перше тут — предмет, а друге&lt;br /&gt;</w:t>
        <w:br/>
        <w:t>що з предметом робиться.</w:t>
      </w:r>
    </w:p>
    <w:p>
      <w:r>
        <w:br/>
        <w:t>Як би речення словами&lt;br /&gt;</w:t>
        <w:br/>
        <w:t>не були заклечані,&lt;br /&gt;</w:t>
        <w:br/>
        <w:t>досить легко ми їх з вами&lt;br /&gt;</w:t>
        <w:br/>
        <w:t>визначимо в реченні.</w:t>
      </w:r>
    </w:p>
    <w:p>
      <w:r>
        <w:br/>
        <w:t>Хто вони?</w:t>
      </w:r>
    </w:p>
    <w:p>
      <w:r>
        <w:br/>
        <w:t>(Підмет і присудок)</w:t>
      </w:r>
    </w:p>
    <w:p>
      <w:r>
        <w:br/>
        <w:t>ЩЕ ПРО СПІВУНА</w:t>
      </w:r>
    </w:p>
    <w:p>
      <w:r>
        <w:br/>
        <w:t>— Це ви так розповіли про півня, —&lt;br /&gt;</w:t>
        <w:br/>
        <w:t>чи не він — улюблений ваш птах?&lt;br /&gt;</w:t>
        <w:br/>
        <w:t>Бляшані його фігурки дивні&lt;br /&gt;</w:t>
        <w:br/>
        <w:t>і мені стрічались на дахах!</w:t>
      </w:r>
    </w:p>
    <w:p>
      <w:r>
        <w:br/>
        <w:t>(З розмови з Тарасиком)</w:t>
      </w:r>
    </w:p>
    <w:p>
      <w:r>
        <w:br/>
        <w:t>Справді, півень — птиця, що єдина&lt;br /&gt;</w:t>
        <w:br/>
        <w:t>має від годинника ключі,&lt;br /&gt;</w:t>
        <w:br/>
        <w:t>що й спросоння нам, котра година,&lt;br /&gt;</w:t>
        <w:br/>
        <w:t>сповіщає завжди уночі.</w:t>
      </w:r>
    </w:p>
    <w:p>
      <w:r>
        <w:br/>
        <w:t>Взять індика, що в дворі калдика,&lt;br /&gt;</w:t>
        <w:br/>
        <w:t>павича красуня-хвастуна, —&lt;br /&gt;</w:t>
        <w:br/>
        <w:t>не замінять белькотом і криком&lt;br /&gt;</w:t>
        <w:br/>
        <w:t>нам нічного часу вістуна...</w:t>
      </w:r>
    </w:p>
    <w:p>
      <w:r>
        <w:br/>
        <w:t>Предок нашого словечка голос —&lt;br /&gt;</w:t>
        <w:br/>
        <w:t>слово gal, а вже від нього шлях&lt;br /&gt;</w:t>
        <w:br/>
        <w:t>і до півня — по-латині gallus, —&lt;br /&gt;</w:t>
        <w:br/>
        <w:t>адже й справді голосистий птах!</w:t>
      </w:r>
    </w:p>
    <w:p>
      <w:r>
        <w:br/>
        <w:t>ЖАХЛИВА ПЛУТАНИЦЯ</w:t>
      </w:r>
    </w:p>
    <w:p>
      <w:r>
        <w:br/>
        <w:t>Тарасик, як метелик,&lt;br /&gt;</w:t>
        <w:br/>
        <w:t>пропурхав до півдня.&lt;br /&gt;</w:t>
        <w:br/>
        <w:t>Оце б дивитись "телик",&lt;br /&gt;</w:t>
        <w:br/>
        <w:t>та є ще завдання.</w:t>
      </w:r>
    </w:p>
    <w:p>
      <w:r>
        <w:br/>
        <w:t>І власні назви спішно&lt;br /&gt;</w:t>
        <w:br/>
        <w:t>на завтра вчити став:</w:t>
      </w:r>
    </w:p>
    <w:p>
      <w:r>
        <w:br/>
        <w:t>— "...наприклад, Рим, Рубіжна,&lt;br /&gt;</w:t>
        <w:br/>
        <w:t>Гаїті, Кокчетав..."</w:t>
      </w:r>
    </w:p>
    <w:p>
      <w:r>
        <w:br/>
        <w:t>І все це вчити мусим...&lt;br /&gt;</w:t>
        <w:br/>
        <w:t>Нащо воно мені? —&lt;br /&gt;</w:t>
        <w:br/>
        <w:t>Повів тут батько вусом:&lt;br /&gt;</w:t>
        <w:br/>
        <w:t>— Ні, — каже, — синку, ні.</w:t>
      </w:r>
    </w:p>
    <w:p>
      <w:r>
        <w:br/>
        <w:t>До назв усі ми звикли,&lt;br /&gt;</w:t>
        <w:br/>
        <w:t>дорослі і малі.&lt;br /&gt;</w:t>
        <w:br/>
        <w:t>А уяви, що зникли&lt;br /&gt;</w:t>
        <w:br/>
        <w:t>всі назви на землі.</w:t>
      </w:r>
    </w:p>
    <w:p>
      <w:r>
        <w:br/>
        <w:t>Задумали ми нині&lt;br /&gt;</w:t>
        <w:br/>
        <w:t>у Харків чи Москву,&lt;br /&gt;</w:t>
        <w:br/>
        <w:t>чи на своїй машині&lt;br /&gt;</w:t>
        <w:br/>
        <w:t>в мандрівку світову.</w:t>
      </w:r>
    </w:p>
    <w:p>
      <w:r>
        <w:br/>
        <w:t>Мчимо в шаленім леті,&lt;br /&gt;</w:t>
        <w:br/>
        <w:t>а вздовж усіх шляхів&lt;br /&gt;</w:t>
        <w:br/>
        <w:t>ні назв на всій планеті,&lt;br /&gt;</w:t>
        <w:br/>
        <w:t>ані вказівників.</w:t>
      </w:r>
    </w:p>
    <w:p>
      <w:r>
        <w:br/>
        <w:t>Машини, мотоцикли,&lt;br /&gt;</w:t>
        <w:br/>
        <w:t>автобуси довкіл.&lt;br /&gt;</w:t>
        <w:br/>
        <w:t>А власні назви зникли —&lt;br /&gt;</w:t>
        <w:br/>
        <w:t>країн, і міст, і сіл.</w:t>
      </w:r>
    </w:p>
    <w:p>
      <w:r>
        <w:br/>
        <w:t>Кругом шляхи безмежні,&lt;br /&gt;</w:t>
        <w:br/>
        <w:t>по рейках мчить експрес.&lt;br /&gt;</w:t>
        <w:br/>
        <w:t>Летять швидкі й пожежні&lt;br /&gt;</w:t>
        <w:br/>
        <w:t>куди? Нема адрес.</w:t>
      </w:r>
    </w:p>
    <w:p>
      <w:r>
        <w:br/>
        <w:t>З-за рубежу прибулець&lt;br /&gt;</w:t>
        <w:br/>
        <w:t>шука Алма-Ати —&lt;br /&gt;</w:t>
        <w:br/>
        <w:t>ні назви міст, ні вулиць —&lt;br /&gt;</w:t>
        <w:br/>
        <w:t>куди йому іти?</w:t>
      </w:r>
    </w:p>
    <w:p>
      <w:r>
        <w:br/>
        <w:t>Летить туристська група,&lt;br /&gt;</w:t>
        <w:br/>
        <w:t>у неї повно скарг:&lt;br /&gt;</w:t>
        <w:br/>
        <w:t>не зна, де Гваделупа,&lt;br /&gt;</w:t>
        <w:br/>
        <w:t>а де Мадагаскар.</w:t>
      </w:r>
    </w:p>
    <w:p>
      <w:r>
        <w:br/>
        <w:t>Жахлива плутаниця.&lt;br /&gt;</w:t>
        <w:br/>
        <w:t>А бач, до цього зла&lt;br /&gt;</w:t>
        <w:br/>
        <w:t>така собі дрібниця,&lt;br /&gt;</w:t>
        <w:br/>
        <w:t>як назва, довела!</w:t>
      </w:r>
    </w:p>
    <w:p>
      <w:r>
        <w:br/>
        <w:t>НАЗВА РІКИ</w:t>
      </w:r>
    </w:p>
    <w:p>
      <w:r>
        <w:br/>
        <w:t>Загадка</w:t>
      </w:r>
    </w:p>
    <w:p>
      <w:r>
        <w:br/>
        <w:t>До країни знань ішов мандрівник&lt;br /&gt;</w:t>
        <w:br/>
        <w:t>і зустрів цікаві складники:&lt;br /&gt;</w:t>
        <w:br/>
        <w:t>поєднались префікс і числівник&lt;br /&gt;</w:t>
        <w:br/>
        <w:t>і зробились назвою ріки.</w:t>
      </w:r>
    </w:p>
    <w:p>
      <w:r>
        <w:br/>
        <w:t>Яка це назва?</w:t>
      </w:r>
    </w:p>
    <w:p>
      <w:r>
        <w:br/>
        <w:t>(Прип’ять)</w:t>
      </w:r>
    </w:p>
    <w:p>
      <w:r>
        <w:br/>
        <w:t>МАМУТ</w:t>
      </w:r>
    </w:p>
    <w:p>
      <w:r>
        <w:br/>
        <w:t>Іще в добу льодовикову&lt;br /&gt;</w:t>
        <w:br/>
        <w:t>людина зустрічалась з ним.&lt;br /&gt;</w:t>
        <w:br/>
        <w:t>Коли ж із ним спіткалась знову,&lt;br /&gt;</w:t>
        <w:br/>
        <w:t>він був лиш рештком викопним.</w:t>
      </w:r>
    </w:p>
    <w:p>
      <w:r>
        <w:br/>
        <w:t>Не взнаєш, хоч кричи ти пробі,&lt;br /&gt;</w:t>
        <w:br/>
        <w:t>як звавсь цей велет за життя,&lt;br /&gt;</w:t>
        <w:br/>
        <w:t>бо назва мамут у Європі —&lt;br /&gt;</w:t>
        <w:br/>
        <w:t>пізніших років набуття.</w:t>
      </w:r>
    </w:p>
    <w:p>
      <w:r>
        <w:br/>
        <w:t>Та що за слово? Ні в німецькій,&lt;br /&gt;</w:t>
        <w:br/>
        <w:t>ані в французькій, ані в грецькій,&lt;br /&gt;</w:t>
        <w:br/>
        <w:t>ані в слов'янських основних&lt;br /&gt;</w:t>
        <w:br/>
        <w:t>немає з ним зв'язків прямих.</w:t>
      </w:r>
    </w:p>
    <w:p>
      <w:r>
        <w:br/>
        <w:t>І їдуть вчені поліглоти&lt;br /&gt;</w:t>
        <w:br/>
        <w:t>в Сибір, у царство холодів — —&lt;br /&gt;</w:t>
        <w:br/>
        <w:t>у краї вічної мерзлоти&lt;br /&gt;</w:t>
        <w:br/>
        <w:t>шукати мамута слідів.</w:t>
      </w:r>
    </w:p>
    <w:p>
      <w:r>
        <w:br/>
        <w:t>Дерзай, хапайсь за кожну вістку,&lt;br /&gt;</w:t>
        <w:br/>
        <w:t>збирай по капельці, питай:&lt;br /&gt;</w:t>
        <w:br/>
        <w:t>це ж з мамута слонову кістку&lt;br /&gt;</w:t>
        <w:br/>
        <w:t>відсіль вивозили в Китай.</w:t>
      </w:r>
    </w:p>
    <w:p>
      <w:r>
        <w:br/>
        <w:t>Це ж тут легенд про нього повно&lt;br /&gt;</w:t>
        <w:br/>
        <w:t>з льодовикової пори —&lt;br /&gt;</w:t>
        <w:br/>
        <w:t>про зріст його, про довгу вовну&lt;br /&gt;</w:t>
        <w:br/>
        <w:t>й загнуті бивні догори.</w:t>
      </w:r>
    </w:p>
    <w:p>
      <w:r>
        <w:br/>
        <w:t>Що ходить він попід землею,&lt;br /&gt;</w:t>
        <w:br/>
        <w:t>такий великий, як гора.&lt;br /&gt;</w:t>
        <w:br/>
        <w:t>Надміру ж вирине із глею —&lt;br /&gt;</w:t>
        <w:br/>
        <w:t>ковтне повітря й помира.</w:t>
      </w:r>
    </w:p>
    <w:p>
      <w:r>
        <w:br/>
        <w:t>Тож уявлявся він народам,&lt;br /&gt;</w:t>
        <w:br/>
        <w:t>що з Півночі вели свій рід,&lt;br /&gt;</w:t>
        <w:br/>
        <w:t>як велетенський від природи&lt;br /&gt;</w:t>
        <w:br/>
        <w:t>невиданий підземний кріт.</w:t>
      </w:r>
    </w:p>
    <w:p>
      <w:r>
        <w:br/>
        <w:t>Підземний кріт? Шукавши ниті&lt;br /&gt;</w:t>
        <w:br/>
        <w:t>(як знаємо з книжок тепер),&lt;br /&gt;</w:t>
        <w:br/>
        <w:t>про це в минулому столітті&lt;br /&gt;</w:t>
        <w:br/>
        <w:t>дізнавсь російський вчений Бер [8].</w:t>
      </w:r>
    </w:p>
    <w:p>
      <w:r>
        <w:br/>
        <w:t>Хоча радіти годі, мабуть,&lt;br /&gt;</w:t>
        <w:br/>
        <w:t>але задуматися слід:&lt;br /&gt;</w:t>
        <w:br/>
        <w:t>є у естонців слово maamutt,&lt;br /&gt;</w:t>
        <w:br/>
        <w:t>що й означа — підземний кріт!</w:t>
      </w:r>
    </w:p>
    <w:p>
      <w:r>
        <w:br/>
        <w:t>Естонія й Сибір... Можливо,&lt;br /&gt;</w:t>
        <w:br/>
        <w:t>це дивно вам: де Крим, де Рим?&lt;br /&gt;</w:t>
        <w:br/>
        <w:t>Та все сприймається, як диво,&lt;br /&gt;</w:t>
        <w:br/>
        <w:t>з прадавнім звірем викопним!</w:t>
      </w:r>
    </w:p>
    <w:p>
      <w:r>
        <w:br/>
        <w:t>ДІЄСЛОВО, НЕ В'ЯЖЕТЬСЯ З РУХОМ</w:t>
      </w:r>
    </w:p>
    <w:p>
      <w:r>
        <w:br/>
        <w:t>Загадка</w:t>
      </w:r>
    </w:p>
    <w:p>
      <w:r>
        <w:br/>
        <w:t>Дієслово, не в'яжеться з рухом.&lt;br /&gt;</w:t>
        <w:br/>
        <w:t>Його змісту не знать просто сором:&lt;br /&gt;</w:t>
        <w:br/>
        <w:t>як без префікса — сприйметься слухом,&lt;br /&gt;</w:t>
        <w:br/>
        <w:t>а як з префіксом — сприйметься зором.</w:t>
      </w:r>
    </w:p>
    <w:p>
      <w:r>
        <w:br/>
        <w:t>Яке це дієслово?</w:t>
      </w:r>
    </w:p>
    <w:p>
      <w:r>
        <w:br/>
        <w:t>(Казати, показати)</w:t>
      </w:r>
    </w:p>
    <w:p>
      <w:r>
        <w:br/>
        <w:t>ТЛУМАЧНИЙ СЛОВНИК</w:t>
      </w:r>
    </w:p>
    <w:p>
      <w:r>
        <w:br/>
        <w:t>Я радий, що ти, Тарасику,&lt;br /&gt;</w:t>
        <w:br/>
        <w:t>так підріс і так зміцнів,&lt;br /&gt;</w:t>
        <w:br/>
        <w:t>що читаєш нашу класику&lt;br /&gt;</w:t>
        <w:br/>
        <w:t>і сьогоднішніх співців.</w:t>
      </w:r>
    </w:p>
    <w:p>
      <w:r>
        <w:br/>
        <w:t>Мов стрибком ловця обачного&lt;br /&gt;</w:t>
        <w:br/>
        <w:t>ти за роги взяв бика.&lt;br /&gt;</w:t>
        <w:br/>
        <w:t>А давно питав "клумачного"&lt;br /&gt;</w:t>
        <w:br/>
        <w:t>у бабусі словника?</w:t>
      </w:r>
    </w:p>
    <w:p>
      <w:r>
        <w:br/>
        <w:t>Нині клунком не врятуєшся,&lt;br /&gt;</w:t>
        <w:br/>
        <w:t>бо словник важенний — страх!&lt;br /&gt;</w:t>
        <w:br/>
        <w:t>той, що ним ти користуєшся —&lt;br /&gt;</w:t>
        <w:br/>
        <w:t>в одинадцяти томах.</w:t>
      </w:r>
    </w:p>
    <w:p>
      <w:r>
        <w:br/>
        <w:t>Букви золотом відтиснено:&lt;br /&gt;</w:t>
        <w:br/>
        <w:t>кожне слово — золотник.&lt;br /&gt;</w:t>
        <w:br/>
        <w:t>Між братів-народів визнано&lt;br /&gt;</w:t>
        <w:br/>
        <w:t>український наш словник.</w:t>
      </w:r>
    </w:p>
    <w:p>
      <w:r>
        <w:br/>
        <w:t>Мово, ти — відкрита часові,&lt;br /&gt;</w:t>
        <w:br/>
        <w:t>мужня, ніжна і дзвінка;&lt;br /&gt;</w:t>
        <w:br/>
        <w:t>муки, помисли Тарасові,&lt;br /&gt;</w:t>
        <w:br/>
        <w:t>серце Лесі і Франка.</w:t>
      </w:r>
    </w:p>
    <w:p>
      <w:r>
        <w:br/>
        <w:t>Скільки сонця полудневого&lt;br /&gt;</w:t>
        <w:br/>
        <w:t>у Тичининській добі!&lt;br /&gt;</w:t>
        <w:br/>
        <w:t>Скільки сяєва Вишневого,&lt;br /&gt;</w:t>
        <w:br/>
        <w:t>співу Рильського в тобі!</w:t>
      </w:r>
    </w:p>
    <w:p>
      <w:r>
        <w:br/>
        <w:t>Я радий, що ти, Тарасику,&lt;br /&gt;</w:t>
        <w:br/>
        <w:t>так підріс і так зміцнів,&lt;br /&gt;</w:t>
        <w:br/>
        <w:t>що читаєш братню класику&lt;br /&gt;</w:t>
        <w:br/>
        <w:t>і сьогоднішніх співців.</w:t>
      </w:r>
    </w:p>
    <w:p>
      <w:r>
        <w:br/>
        <w:t>Бо гордиться Батьківщиною&lt;br /&gt;</w:t>
        <w:br/>
        <w:t>кожен сущий в ній язик.&lt;br /&gt;</w:t>
        <w:br/>
        <w:t>Дух братерства, дружбу щирую&lt;br /&gt;</w:t>
        <w:br/>
        <w:t>прославляє наш словник.</w:t>
      </w:r>
    </w:p>
    <w:p>
      <w:r>
        <w:br/>
        <w:t>Не пусті красиві видива,&lt;br /&gt;</w:t>
        <w:br/>
        <w:t>не словес примхлива гра.&lt;br /&gt;</w:t>
        <w:br/>
        <w:t>В ньому сталь аустенітова [9],&lt;br /&gt;</w:t>
        <w:br/>
        <w:t>поклик Тронки Гончара.</w:t>
      </w:r>
    </w:p>
    <w:p>
      <w:r>
        <w:br/>
        <w:t>Нe реклам вогні неонові —&lt;br /&gt;</w:t>
        <w:br/>
        <w:t>спів у серці й на устах.&lt;br /&gt;</w:t>
        <w:br/>
        <w:t>А рядки — як шви Патонові&lt;br /&gt;</w:t>
        <w:br/>
        <w:t>в наших зоряних мостах!</w:t>
      </w:r>
    </w:p>
    <w:p>
      <w:r>
        <w:br/>
        <w:t>ЩО ЗА ЗНАК — СТРУНКИЙ, МОВ СПИС?</w:t>
      </w:r>
    </w:p>
    <w:p>
      <w:r>
        <w:br/>
        <w:t>Загадка</w:t>
      </w:r>
    </w:p>
    <w:p>
      <w:r>
        <w:br/>
        <w:t>Що за знак — стрункий, мов спис,&lt;br /&gt;</w:t>
        <w:br/>
        <w:t>він над крапкою завис,&lt;br /&gt;</w:t>
        <w:br/>
        <w:t>спонука до поклику.</w:t>
      </w:r>
    </w:p>
    <w:p>
      <w:r>
        <w:br/>
        <w:t>Хто ж бо він?</w:t>
      </w:r>
    </w:p>
    <w:p>
      <w:r>
        <w:br/>
        <w:t>(Знак оклику)</w:t>
      </w:r>
    </w:p>
    <w:p>
      <w:r>
        <w:br/>
        <w:t>ЩОБ ДУЖЧЕ СВІТОМ ДОРОЖИТЬ</w:t>
      </w:r>
    </w:p>
    <w:p>
      <w:r>
        <w:br/>
        <w:t>В. Пепі</w:t>
      </w:r>
    </w:p>
    <w:p>
      <w:r>
        <w:br/>
        <w:t>Путі-дороги перехресні&lt;br /&gt;</w:t>
        <w:br/>
        <w:t>верстали прадіди й діди&lt;br /&gt;</w:t>
        <w:br/>
        <w:t>і назви нам земні й небесні&lt;br /&gt;</w:t>
        <w:br/>
        <w:t>лишили в мові назавжди.</w:t>
      </w:r>
    </w:p>
    <w:p>
      <w:r>
        <w:br/>
        <w:t>Ті — крем'яні лани орали,&lt;br /&gt;</w:t>
        <w:br/>
        <w:t>ті — полювали дичину,&lt;br /&gt;</w:t>
        <w:br/>
        <w:t>а ті — по сіль дорогу знали&lt;br /&gt;</w:t>
        <w:br/>
        <w:t>у Крим або в Галичину.</w:t>
      </w:r>
    </w:p>
    <w:p>
      <w:r>
        <w:br/>
        <w:t>Ось відкіля з земними збіги&lt;br /&gt;</w:t>
        <w:br/>
        <w:t>в космічних назвах без кінця;&lt;br /&gt;</w:t>
        <w:br/>
        <w:t>сузір'я там — Граблі, Чепіги,&lt;br /&gt;</w:t>
        <w:br/>
        <w:t>Візничого, Орла й Стрільця!</w:t>
      </w:r>
    </w:p>
    <w:p>
      <w:r>
        <w:br/>
        <w:t>Котрийсь поет із предків наших,&lt;br /&gt;</w:t>
        <w:br/>
        <w:t>що гречку сіяли в полях&lt;br /&gt;</w:t>
        <w:br/>
        <w:t>і їздили по сіль на мажах,&lt;br /&gt;</w:t>
        <w:br/>
        <w:t>у небі взнав Чумацький Шлях.</w:t>
      </w:r>
    </w:p>
    <w:p>
      <w:r>
        <w:br/>
        <w:t>О ця туманна світла смуга&lt;br /&gt;</w:t>
        <w:br/>
        <w:t>в безмісячну прозору ніч!&lt;br /&gt;</w:t>
        <w:br/>
        <w:t>І щем, і радість в ній, і туга,&lt;br /&gt;</w:t>
        <w:br/>
        <w:t>і вічна загадка сторіч…</w:t>
      </w:r>
    </w:p>
    <w:p>
      <w:r>
        <w:br/>
        <w:t>А ген – накат в имлистих бликах –&lt;br /&gt;</w:t>
        <w:br/>
        <w:t>мов припорошений узвіз. –&lt;br /&gt;</w:t>
        <w:br/>
        <w:t>І сім отих зірок великих&lt;br /&gt;</w:t>
        <w:br/>
        <w:t>в народі звуть – Великий Віз.</w:t>
      </w:r>
    </w:p>
    <w:p>
      <w:r>
        <w:br/>
        <w:t>Сіяє в будні він і в свята&lt;br /&gt;</w:t>
        <w:br/>
        <w:t>й несе цю назву недарма:&lt;br /&gt;</w:t>
        <w:br/>
        <w:t>чотири зірки – коліщата,&lt;br /&gt;</w:t>
        <w:br/>
        <w:t>три – війя – дишло до ярма.</w:t>
      </w:r>
    </w:p>
    <w:p>
      <w:r>
        <w:br/>
        <w:t>А що за зірочка-мигачка&lt;br /&gt;</w:t>
        <w:br/>
        <w:t>біля середньої блищить?&lt;br /&gt;</w:t>
        <w:br/>
        <w:t>Маленька зірка – то Собачка&lt;br /&gt;</w:t>
        <w:br/>
        <w:t>за возом назирці біжить.</w:t>
      </w:r>
    </w:p>
    <w:p>
      <w:r>
        <w:br/>
        <w:t>Женеться, злюще, дзявулисте,&lt;br /&gt;</w:t>
        <w:br/>
        <w:t>біжить притьмом, не попуска –&lt;br /&gt;</w:t>
        <w:br/>
        <w:t>сирицю хоче перегризти,&lt;br /&gt;</w:t>
        <w:br/>
        <w:t>що кріпить дишель до візка.</w:t>
      </w:r>
    </w:p>
    <w:p>
      <w:r>
        <w:br/>
        <w:t>Спинити дума колісницю&lt;br /&gt;</w:t>
        <w:br/>
        <w:t>завзятий цуцик-бігунець:&lt;br /&gt;</w:t>
        <w:br/>
        <w:t>коли перегризе сирицю —&lt;br /&gt;</w:t>
        <w:br/>
        <w:t>настане світові кінець...</w:t>
      </w:r>
    </w:p>
    <w:p>
      <w:r>
        <w:br/>
        <w:t>Та ми говоримо усюди,&lt;br /&gt;</w:t>
        <w:br/>
        <w:t>що треба вічно в мирі жить.&lt;br /&gt;</w:t>
        <w:br/>
        <w:t>А цю легенду склали люди,&lt;br /&gt;</w:t>
        <w:br/>
        <w:t>щоб дужче світом дорожить!</w:t>
      </w:r>
    </w:p>
    <w:p>
      <w:r>
        <w:br/>
        <w:t>ЗАГАДКА З РОЗГАДКОЮ</w:t>
      </w:r>
    </w:p>
    <w:p>
      <w:r>
        <w:br/>
        <w:t>Акростих</w:t>
      </w:r>
    </w:p>
    <w:p>
      <w:r>
        <w:br/>
        <w:t>Розтина блакить, гостроголова,&lt;br /&gt;</w:t>
        <w:br/>
        <w:t>Аж до зір готова досягти;&lt;br /&gt;</w:t>
        <w:br/>
        <w:t>Космонавтики вона основа,&lt;br /&gt;</w:t>
        <w:br/>
        <w:t>Екіпаж споряджено — лети!..&lt;br /&gt;</w:t>
        <w:br/>
        <w:t>Тут, у вірші, й відповідь готова,&lt;br /&gt;</w:t>
        <w:br/>
        <w:t>А тобі — лишається знайти.</w:t>
      </w:r>
    </w:p>
    <w:p>
      <w:r>
        <w:br/>
        <w:t>ПЛАСКІ, ЛЕДЬ ВИГНУТІ ПРЕДМЕТИ</w:t>
      </w:r>
    </w:p>
    <w:p>
      <w:r>
        <w:br/>
        <w:t>Загадка-жарт</w:t>
      </w:r>
    </w:p>
    <w:p>
      <w:r>
        <w:br/>
        <w:t>Пласкі, ледь вигнуті предмети&lt;br /&gt;</w:t>
        <w:br/>
        <w:t>стоять укупі кружкома.&lt;br /&gt;</w:t>
        <w:br/>
        <w:t>Про них стосовно до кебети&lt;br /&gt;</w:t>
        <w:br/>
        <w:t>говорять люди жартома.</w:t>
      </w:r>
    </w:p>
    <w:p>
      <w:r>
        <w:br/>
        <w:t>Коли це тара, то нічого:&lt;br /&gt;</w:t>
        <w:br/>
        <w:t>уставиш, як відсутні й дві.&lt;br /&gt;</w:t>
        <w:br/>
        <w:t>Але сміються з тих, у кого&lt;br /&gt;</w:t>
        <w:br/>
        <w:t>нема одної в голові.</w:t>
      </w:r>
    </w:p>
    <w:p>
      <w:r>
        <w:br/>
        <w:t>Що це таке?</w:t>
      </w:r>
    </w:p>
    <w:p>
      <w:r>
        <w:br/>
        <w:t>(Клепки)</w:t>
      </w:r>
    </w:p>
    <w:p>
      <w:r>
        <w:br/>
        <w:t>ЩО ЗНАЧИТЬ СЛОВО "ЗНАЧИТЬ"?</w:t>
      </w:r>
    </w:p>
    <w:p>
      <w:r>
        <w:br/>
        <w:t>Федько, розумна голова,&lt;br /&gt;</w:t>
        <w:br/>
        <w:t>а робить все недбало.&lt;br /&gt;</w:t>
        <w:br/>
        <w:t>Крізь зуби цідить він слова,&lt;br /&gt;</w:t>
        <w:br/>
        <w:t>говорить як попало.</w:t>
      </w:r>
    </w:p>
    <w:p>
      <w:r>
        <w:br/>
        <w:t>Як тільки двоє-троє слів —&lt;br /&gt;</w:t>
        <w:br/>
        <w:t>одразу: значить, значить.&lt;br /&gt;</w:t>
        <w:br/>
        <w:t>І вже не раз таке він плів,&lt;br /&gt;</w:t>
        <w:br/>
        <w:t>що важко розтлумачить.</w:t>
      </w:r>
    </w:p>
    <w:p>
      <w:r>
        <w:br/>
        <w:t>Вже стільки з ним було розмов&lt;br /&gt;</w:t>
        <w:br/>
        <w:t>старання друзів марні.&lt;br /&gt;</w:t>
        <w:br/>
        <w:t>Федько вживає знов і знов&lt;br /&gt;</w:t>
        <w:br/>
        <w:t>слова паразитарні.</w:t>
      </w:r>
    </w:p>
    <w:p>
      <w:r>
        <w:br/>
        <w:t>Раз на запитання просте —&lt;br /&gt;</w:t>
        <w:br/>
        <w:t>що значить слово "значить"? —&lt;br /&gt;</w:t>
        <w:br/>
        <w:t>сказав: це, значить, значить те,&lt;br /&gt;</w:t>
        <w:br/>
        <w:t>що слово "значить" значить!</w:t>
      </w:r>
    </w:p>
    <w:p>
      <w:r>
        <w:br/>
        <w:t>Потішив він своїх дружків&lt;br /&gt;</w:t>
        <w:br/>
        <w:t>(ой Федя бідолашний!).&lt;br /&gt;</w:t>
        <w:br/>
        <w:t>Сміявся з ними й брат федьків,&lt;br /&gt;</w:t>
        <w:br/>
        <w:t>армієць учорашній.</w:t>
      </w:r>
    </w:p>
    <w:p>
      <w:r>
        <w:br/>
        <w:t>Хоч трохи й сором за Федька,&lt;br /&gt;</w:t>
        <w:br/>
        <w:t>та як з халепи вийти?&lt;br /&gt;</w:t>
        <w:br/>
        <w:t>Заводить мову здалека:&lt;br /&gt;</w:t>
        <w:br/>
        <w:t>— І хлопець не дурний ти.</w:t>
      </w:r>
    </w:p>
    <w:p>
      <w:r>
        <w:br/>
        <w:t>Та ба! вчепивсь в одне слівце&lt;br /&gt;</w:t>
        <w:br/>
        <w:t>не контролюєш мови.&lt;br /&gt;</w:t>
        <w:br/>
        <w:t>А що по суті значить це?&lt;br /&gt;</w:t>
        <w:br/>
        <w:t>Лінивство розумове!</w:t>
      </w:r>
    </w:p>
    <w:p>
      <w:r>
        <w:br/>
        <w:t>ЯКИЙ ЦЕ СПОСІБ І ЯКИЙ НАРОД?</w:t>
      </w:r>
    </w:p>
    <w:p>
      <w:r>
        <w:br/>
        <w:t>Загадка</w:t>
      </w:r>
    </w:p>
    <w:p>
      <w:r>
        <w:br/>
        <w:t>Подумай, не ломися без пуття&lt;br /&gt;</w:t>
        <w:br/>
        <w:t>в незамкнуті самими нами двері.&lt;br /&gt;</w:t>
        <w:br/>
        <w:t>Звичайне слово — спосіб відбиття&lt;br /&gt;</w:t>
        <w:br/>
        <w:t>малюнків, літер, знаків на папері.&lt;br /&gt;</w:t>
        <w:br/>
        <w:t>Читатимеш назад — скажу зарані —&lt;br /&gt;</w:t>
        <w:br/>
        <w:t>уже постане представник народу,&lt;br /&gt;</w:t>
        <w:br/>
        <w:t>який живе в Туреччині, в Ірані,&lt;br /&gt;</w:t>
        <w:br/>
        <w:t>на території Близького Сходу&lt;br /&gt;</w:t>
        <w:br/>
        <w:t>(подекуди і в нас на Закавказзі).</w:t>
      </w:r>
    </w:p>
    <w:p>
      <w:r>
        <w:br/>
        <w:t>Відгадуй. Не здавайсь ні в якім разі.</w:t>
      </w:r>
    </w:p>
    <w:p>
      <w:r>
        <w:br/>
        <w:t>(Друк і курд)</w:t>
      </w:r>
    </w:p>
    <w:p>
      <w:r>
        <w:br/>
        <w:t>ХЛІБ І СЛОВО</w:t>
      </w:r>
    </w:p>
    <w:p>
      <w:r>
        <w:br/>
        <w:t>У стінах храмів і колиб&lt;br /&gt;</w:t>
        <w:br/>
        <w:t>сіяє нам святково,&lt;br /&gt;</w:t>
        <w:br/>
        <w:t>як сонце, випечений хліб&lt;br /&gt;</w:t>
        <w:br/>
        <w:t>і виплекане слово.</w:t>
      </w:r>
    </w:p>
    <w:p>
      <w:r>
        <w:br/>
        <w:t>І люблять люди з давнини,&lt;br /&gt;</w:t>
        <w:br/>
        <w:t>як сонце незагасне,&lt;br /&gt;</w:t>
        <w:br/>
        <w:t>і свій духмяний хліб ясний,&lt;br /&gt;</w:t>
        <w:br/>
        <w:t>і рідне слово красне.</w:t>
      </w:r>
    </w:p>
    <w:p>
      <w:r>
        <w:br/>
        <w:t>Бо як запахне людям хліб,&lt;br /&gt;</w:t>
        <w:br/>
        <w:t>їм тихо дзвонить колос,&lt;br /&gt;</w:t>
        <w:br/>
        <w:t>і золотом сіяє сніп&lt;br /&gt;</w:t>
        <w:br/>
        <w:t>під жайворона голос.</w:t>
      </w:r>
    </w:p>
    <w:p>
      <w:r>
        <w:br/>
        <w:t>І, мабуть, тому кожну мить&lt;br /&gt;</w:t>
        <w:br/>
        <w:t>бешкетнику-харцизі&lt;br /&gt;</w:t>
        <w:br/>
        <w:t>їх слово батьківське звучить&lt;br /&gt;</w:t>
        <w:br/>
        <w:t>як заповідь у книзі,</w:t>
      </w:r>
    </w:p>
    <w:p>
      <w:r>
        <w:br/>
        <w:t>цей сплав чудесний, золотий&lt;br /&gt;</w:t>
        <w:br/>
        <w:t>з ядристих зерен літер:&lt;br /&gt;</w:t>
        <w:br/>
        <w:t>"Не кидай хліба, він — святий,&lt;br /&gt;</w:t>
        <w:br/>
        <w:t>не кидай слів на вітер!"</w:t>
      </w:r>
    </w:p>
    <w:p>
      <w:r>
        <w:br/>
        <w:t>НА ПРОСТОРІ</w:t>
      </w:r>
    </w:p>
    <w:p>
      <w:r>
        <w:br/>
        <w:t>Загадка</w:t>
      </w:r>
    </w:p>
    <w:p>
      <w:r>
        <w:br/>
        <w:t>Як станеш на просторі ти,&lt;br /&gt;</w:t>
        <w:br/>
        <w:t>скажи, що це за диво:&lt;br /&gt;</w:t>
        <w:br/>
        <w:t>і видно край, але дійти&lt;br /&gt;</w:t>
        <w:br/>
        <w:t>до нього неможливо.</w:t>
      </w:r>
    </w:p>
    <w:p>
      <w:r>
        <w:br/>
        <w:t>(Обрій)</w:t>
      </w:r>
    </w:p>
    <w:p>
      <w:r>
        <w:br/>
        <w:t>КРУГЛА КУЛЯ</w:t>
      </w:r>
    </w:p>
    <w:p>
      <w:r>
        <w:br/>
        <w:t>Загадка</w:t>
      </w:r>
    </w:p>
    <w:p>
      <w:r>
        <w:br/>
        <w:t>Кругла куля непроста,&lt;br /&gt;</w:t>
        <w:br/>
        <w:t>голуба, велика:&lt;br /&gt;</w:t>
        <w:br/>
        <w:t>без будинків там міста,&lt;br /&gt;</w:t>
        <w:br/>
        <w:t>без води там ріки;&lt;br /&gt;</w:t>
        <w:br/>
        <w:t>без людей і без землі&lt;br /&gt;</w:t>
        <w:br/>
        <w:t>і шляхи, і гори,&lt;br /&gt;</w:t>
        <w:br/>
        <w:t>і моря, і взагалі&lt;br /&gt;</w:t>
        <w:br/>
        <w:t>всі земні простори.</w:t>
      </w:r>
    </w:p>
    <w:p>
      <w:r>
        <w:br/>
        <w:t>Що це таке?</w:t>
      </w:r>
    </w:p>
    <w:p>
      <w:r>
        <w:br/>
        <w:t>(Глобус)</w:t>
      </w:r>
    </w:p>
    <w:p>
      <w:r>
        <w:br/>
        <w:t>КОЛИ ЗАБУВ ТИ РІДНУ МОВУ</w:t>
      </w:r>
    </w:p>
    <w:p>
      <w:r>
        <w:br/>
        <w:t>Коли забув ти рідну мову —&lt;br /&gt;</w:t>
        <w:br/>
        <w:t>яка б та мова не була —&lt;br /&gt;</w:t>
        <w:br/>
        <w:t>ти втратив корінь і основу,&lt;br /&gt;</w:t>
        <w:br/>
        <w:t>ти обчухрав себе дотла.</w:t>
      </w:r>
    </w:p>
    <w:p>
      <w:r>
        <w:br/>
        <w:t>Коли в дорогу ти збирався,&lt;br /&gt;</w:t>
        <w:br/>
        <w:t>казала мати, як прощавсь,&lt;br /&gt;</w:t>
        <w:br/>
        <w:t>щоб і чужого научався,,&lt;br /&gt;</w:t>
        <w:br/>
        <w:t>й свого ніколи не цуравсь.</w:t>
      </w:r>
    </w:p>
    <w:p>
      <w:r>
        <w:br/>
        <w:t>Ти ж повернувсь душею бідний,&lt;br /&gt;</w:t>
        <w:br/>
        <w:t>не просто розгубив слова,&lt;br /&gt;</w:t>
        <w:br/>
        <w:t>немов якийсь Іван безрідний,&lt;br /&gt;</w:t>
        <w:br/>
        <w:t>Іван, непомнящий родства.</w:t>
      </w:r>
    </w:p>
    <w:p>
      <w:r>
        <w:br/>
        <w:t>Не раді родичі обновам.&lt;br /&gt;</w:t>
        <w:br/>
        <w:t>Чи ти об'ївся блекоти,&lt;br /&gt;</w:t>
        <w:br/>
        <w:t>що не своїм, не рідним словом&lt;br /&gt;</w:t>
        <w:br/>
        <w:t>із матір'ю говориш ти?</w:t>
      </w:r>
    </w:p>
    <w:p>
      <w:r>
        <w:br/>
        <w:t>Ти втратив корінь і основу,&lt;br /&gt;</w:t>
        <w:br/>
        <w:t>ти обчухрав себе дотла,&lt;br /&gt;</w:t>
        <w:br/>
        <w:t>бо ти зневажив рідну мову,&lt;br /&gt;</w:t>
        <w:br/>
        <w:t>ту, що земля тобі дала,</w:t>
      </w:r>
    </w:p>
    <w:p>
      <w:r>
        <w:br/>
        <w:t>ту, що не вбили царські трони,&lt;br /&gt;</w:t>
        <w:br/>
        <w:t>ту, що пройшла крізь бурі всі,&lt;br /&gt;</w:t>
        <w:br/>
        <w:t>крізь глузи й дикі заборони&lt;br /&gt;</w:t>
        <w:br/>
        <w:t>й постала нам у всій красі.</w:t>
      </w:r>
    </w:p>
    <w:p>
      <w:r>
        <w:br/>
        <w:t>Сяйних перлин тобі не шкода,&lt;br /&gt;</w:t>
        <w:br/>
        <w:t>адже, набувши вищих прав,&lt;br /&gt;</w:t>
        <w:br/>
        <w:t>те, що дала сама природа,&lt;br /&gt;</w:t>
        <w:br/>
        <w:t>ти добровільно занедбав.</w:t>
      </w:r>
    </w:p>
    <w:p>
      <w:r>
        <w:br/>
        <w:t>В пальті строкатім, як афіша,&lt;br /&gt;</w:t>
        <w:br/>
        <w:t>крикливі модні кеди взув.&lt;br /&gt;</w:t>
        <w:br/>
        <w:t>А мати? Де ще є рідніша&lt;br /&gt;</w:t>
        <w:br/>
        <w:t>за рідну, котру ти забув?</w:t>
      </w:r>
    </w:p>
    <w:p>
      <w:r>
        <w:br/>
        <w:t>Для тебе й Київ — напіврідний,&lt;br /&gt;</w:t>
        <w:br/>
        <w:t>і Мінськ піврідний, і Москва...&lt;br /&gt;</w:t>
        <w:br/>
        <w:t>Бо хто ти є? Іван безрідний,&lt;br /&gt;</w:t>
        <w:br/>
        <w:t>Іван, не помнящий родства!</w:t>
      </w:r>
    </w:p>
    <w:p>
      <w:r>
        <w:br/>
        <w:t>ВІДГАДАЙ ОБОВ'ЯЗКОВО</w:t>
      </w:r>
    </w:p>
    <w:p>
      <w:r>
        <w:br/>
        <w:t>Загадка</w:t>
      </w:r>
    </w:p>
    <w:p>
      <w:r>
        <w:br/>
        <w:t>Відгадай обов'язково&lt;br /&gt;</w:t>
        <w:br/>
        <w:t>назву цього міста:&lt;br /&gt;</w:t>
        <w:br/>
        <w:t>невелике буде слово&lt;br /&gt;</w:t>
        <w:br/>
        <w:t>випечене з тіста.</w:t>
      </w:r>
    </w:p>
    <w:p>
      <w:r>
        <w:br/>
        <w:t>Яке це місто?</w:t>
      </w:r>
    </w:p>
    <w:p>
      <w:r>
        <w:br/>
        <w:t>(Калач)</w:t>
      </w:r>
    </w:p>
    <w:p>
      <w:r>
        <w:br/>
        <w:t>ДИВНЕ РОЗМАЇТТЯ</w:t>
      </w:r>
    </w:p>
    <w:p>
      <w:r>
        <w:br/>
        <w:t>Друже милий, ти помітив&lt;br /&gt;</w:t>
        <w:br/>
        <w:t>до краси людську любов?&lt;br /&gt;</w:t>
        <w:br/>
        <w:t>Скільки є на світі квітів —&lt;br /&gt;</w:t>
        <w:br/>
        <w:t>стільки є на світі мов.</w:t>
      </w:r>
    </w:p>
    <w:p>
      <w:r>
        <w:br/>
        <w:t>Холоди чи хмари грізні —&lt;br /&gt;</w:t>
        <w:br/>
        <w:t>розцвіли в погожі дні&lt;br /&gt;</w:t>
        <w:br/>
        <w:t>квіти різні, ранні й пізні,&lt;br /&gt;</w:t>
        <w:br/>
        <w:t>восени і навесні —</w:t>
      </w:r>
    </w:p>
    <w:p>
      <w:r>
        <w:br/>
        <w:t>і червоні, як троянди,&lt;br /&gt;</w:t>
        <w:br/>
        <w:t>і рожеві, як піон,&lt;br /&gt;</w:t>
        <w:br/>
        <w:t>і зелені, як лаванди,&lt;br /&gt;</w:t>
        <w:br/>
        <w:t>і фіалкові, як сон.</w:t>
      </w:r>
    </w:p>
    <w:p>
      <w:r>
        <w:br/>
        <w:t>Так і мови: ті, мов квіти,&lt;br /&gt;</w:t>
        <w:br/>
        <w:t>що буяють між осель,&lt;br /&gt;</w:t>
        <w:br/>
        <w:t>інші — ті, що рвуть граніти&lt;br /&gt;</w:t>
        <w:br/>
        <w:t>ломикаменем між скель.</w:t>
      </w:r>
    </w:p>
    <w:p>
      <w:r>
        <w:br/>
        <w:t>На душі в людини свято:&lt;br /&gt;</w:t>
        <w:br/>
        <w:t>як чудово, що вони&lt;br /&gt;</w:t>
        <w:br/>
        <w:t>різні всі, що їх багато,&lt;br /&gt;</w:t>
        <w:br/>
        <w:t>квітів сонця і весни.</w:t>
      </w:r>
    </w:p>
    <w:p>
      <w:r>
        <w:br/>
        <w:t>У барвистім розмаїтті&lt;br /&gt;</w:t>
        <w:br/>
        <w:t>мови — дивна дивина.&lt;br /&gt;</w:t>
        <w:br/>
        <w:t>Порожніш було б на світі —&lt;br /&gt;</w:t>
        <w:br/>
        <w:t>зникла б навіть хоч одна.</w:t>
      </w:r>
    </w:p>
    <w:p>
      <w:r>
        <w:br/>
        <w:t>Дуже сильна — ти помітив?&lt;br /&gt;</w:t>
        <w:br/>
        <w:t>до краси людська любов.&lt;br /&gt;</w:t>
        <w:br/>
        <w:t>Скільки є на світі квітів —&lt;br /&gt;</w:t>
        <w:br/>
        <w:t>стільки є на світі мов.</w:t>
      </w:r>
    </w:p>
    <w:p>
      <w:r>
        <w:br/>
        <w:t>ПРО ВІЩО МОВА?</w:t>
      </w:r>
    </w:p>
    <w:p>
      <w:r>
        <w:br/>
        <w:t>Загадка</w:t>
      </w:r>
    </w:p>
    <w:p>
      <w:r>
        <w:br/>
        <w:t>До мене можна з річки доплисти,&lt;br /&gt;</w:t>
        <w:br/>
        <w:t>мене дівчина може заплести,&lt;br /&gt;</w:t>
        <w:br/>
        <w:t>дід як знаряддя — на плечі нести.</w:t>
      </w:r>
    </w:p>
    <w:p>
      <w:r>
        <w:br/>
        <w:t>"К" спереду відкинеш — полечу,&lt;br /&gt;</w:t>
        <w:br/>
        <w:t>почуєш тільки як я задзижчу.</w:t>
      </w:r>
    </w:p>
    <w:p>
      <w:r>
        <w:br/>
        <w:t>Що за слово?</w:t>
      </w:r>
    </w:p>
    <w:p>
      <w:r>
        <w:br/>
        <w:t>(Коса, оса)</w:t>
      </w:r>
    </w:p>
    <w:p>
      <w:r>
        <w:br/>
        <w:t>І СТАЛА... ЦИФРОЮ</w:t>
      </w:r>
    </w:p>
    <w:p>
      <w:r>
        <w:br/>
        <w:t>Загадка</w:t>
      </w:r>
    </w:p>
    <w:p>
      <w:r>
        <w:br/>
        <w:t>Летіла птиця на морозі,&lt;br /&gt;</w:t>
        <w:br/>
        <w:t>над хатами зимовим днем;&lt;br /&gt;</w:t>
        <w:br/>
        <w:t>згубила літеру в дорозі&lt;br /&gt;</w:t>
        <w:br/>
        <w:t>і стала... цифрою з нулем.</w:t>
      </w:r>
    </w:p>
    <w:p>
      <w:r>
        <w:br/>
        <w:t>Що це таке?</w:t>
      </w:r>
    </w:p>
    <w:p>
      <w:r>
        <w:br/>
        <w:t>(Сорока, 40)</w:t>
      </w:r>
    </w:p>
    <w:p>
      <w:r>
        <w:br/>
        <w:t>ЯК ОДНА СІМ'Я</w:t>
      </w:r>
    </w:p>
    <w:p>
      <w:r>
        <w:br/>
        <w:t>Брат з кордону прибув!&lt;br /&gt;</w:t>
        <w:br/>
        <w:t>І на цілих п'ять днів!&lt;br /&gt;</w:t>
        <w:br/>
        <w:t>Як Тарасик почув —&lt;br /&gt;</w:t>
        <w:br/>
        <w:t>за Митька порадів:</w:t>
      </w:r>
    </w:p>
    <w:p>
      <w:r>
        <w:br/>
        <w:t>стереже рубежі!&lt;br /&gt;</w:t>
        <w:br/>
        <w:t>І питає Тарас:&lt;br /&gt;</w:t>
        <w:br/>
        <w:t>— Як же там, розкажи,&lt;br /&gt;</w:t>
        <w:br/>
        <w:t>на заставі у вас?</w:t>
      </w:r>
    </w:p>
    <w:p>
      <w:r>
        <w:br/>
        <w:t>— В нас кордон на замку,&lt;br /&gt;</w:t>
        <w:br/>
        <w:t>щоб ніхто не проліз.&lt;br /&gt;</w:t>
        <w:br/>
        <w:t>А бійцю впам'ятку&lt;br /&gt;</w:t>
        <w:br/>
        <w:t>прикордонний девіз:</w:t>
      </w:r>
    </w:p>
    <w:p>
      <w:r>
        <w:br/>
        <w:t>прикордонник ніде&lt;br /&gt;</w:t>
        <w:br/>
        <w:t>не попустить. Не жди!&lt;br /&gt;</w:t>
        <w:br/>
        <w:t>Там, де олень пройде,&lt;br /&gt;</w:t>
        <w:br/>
        <w:t>й він повинен пройти.</w:t>
      </w:r>
    </w:p>
    <w:p>
      <w:r>
        <w:br/>
        <w:t>Якщо тільки гряде&lt;br /&gt;</w:t>
        <w:br/>
        <w:t>небезпека якась —&lt;br /&gt;</w:t>
        <w:br/>
        <w:t>прикордонник пройде&lt;br /&gt;</w:t>
        <w:br/>
        <w:t>там, де й оленю зась.</w:t>
      </w:r>
    </w:p>
    <w:p>
      <w:r>
        <w:br/>
        <w:t>Щирий голос Митька&lt;br /&gt;</w:t>
        <w:br/>
        <w:t>повен палу, вогню:&lt;br /&gt;</w:t>
        <w:br/>
        <w:t>— А вже дружба яка —&lt;br /&gt;</w:t>
        <w:br/>
        <w:t>видно навіть з меню!</w:t>
      </w:r>
    </w:p>
    <w:p>
      <w:r>
        <w:br/>
        <w:t>Сибіряк подає&lt;br /&gt;</w:t>
        <w:br/>
        <w:t>то пельмені, то щі.&lt;br /&gt;</w:t>
        <w:br/>
        <w:t>А полтавець своє —&lt;br /&gt;</w:t>
        <w:br/>
        <w:t>українські борщі.</w:t>
      </w:r>
    </w:p>
    <w:p>
      <w:r>
        <w:br/>
        <w:t>А грузин підоспів —&lt;br /&gt;</w:t>
        <w:br/>
        <w:t>шашлики йому всмак!&lt;br /&gt;</w:t>
        <w:br/>
        <w:t>Син казахських степів&lt;br /&gt;</w:t>
        <w:br/>
        <w:t>подає беш-бармак.</w:t>
      </w:r>
    </w:p>
    <w:p>
      <w:r>
        <w:br/>
        <w:t>Ми — зіркі сторожі.&lt;br /&gt;</w:t>
        <w:br/>
        <w:t>Ми — пильнуєм довкруж.&lt;br /&gt;</w:t>
        <w:br/>
        <w:t>Не порушить межі&lt;br /&gt;</w:t>
        <w:br/>
        <w:t>ані миша, ні вуж.</w:t>
      </w:r>
    </w:p>
    <w:p>
      <w:r>
        <w:br/>
        <w:t>Перебіжчиків там&lt;br /&gt;</w:t>
        <w:br/>
        <w:t>ми ловили не раз:&lt;br /&gt;</w:t>
        <w:br/>
        <w:t>І Петро, і Рустам,&lt;br /&gt;</w:t>
        <w:br/>
        <w:t>І Расул, і Реваз,</w:t>
      </w:r>
    </w:p>
    <w:p>
      <w:r>
        <w:br/>
        <w:t>І Грицько, й Ованес,&lt;br /&gt;</w:t>
        <w:br/>
        <w:t>І Хамід, і Ахмад.&lt;br /&gt;</w:t>
        <w:br/>
        <w:t>І лазутчик, як пес —&lt;br /&gt;</w:t>
        <w:br/>
        <w:t>власній шкурі не рад!</w:t>
      </w:r>
    </w:p>
    <w:p>
      <w:r>
        <w:br/>
        <w:t>Глядь — уже й повели&lt;br /&gt;</w:t>
        <w:br/>
        <w:t>(знов ворожий провал!):&lt;br /&gt;</w:t>
        <w:br/>
        <w:t>"Ну не хлопці — орли!—&lt;br /&gt;</w:t>
        <w:br/>
        <w:t>каже наш генерал. —</w:t>
      </w:r>
    </w:p>
    <w:p>
      <w:r>
        <w:br/>
        <w:t>Насторожі весь час:&lt;br /&gt;</w:t>
        <w:br/>
        <w:t>не з якихсь там роззяв.&lt;br /&gt;</w:t>
        <w:br/>
        <w:t>Глянеш — кожного з вас&lt;br /&gt;</w:t>
        <w:br/>
        <w:t>у сини б собі взяв!"</w:t>
      </w:r>
    </w:p>
    <w:p>
      <w:r>
        <w:br/>
        <w:t>НА ГОРІ ТАРАСОВІЙ</w:t>
      </w:r>
    </w:p>
    <w:p>
      <w:r>
        <w:br/>
        <w:t>На гілках зелені брості,&lt;br /&gt;</w:t>
        <w:br/>
        <w:t>в небі хмари бязеві.&lt;br /&gt;</w:t>
        <w:br/>
        <w:t>Біля пам'ятника гості&lt;br /&gt;</w:t>
        <w:br/>
        <w:t>на горі Тарасовій.</w:t>
      </w:r>
    </w:p>
    <w:p>
      <w:r>
        <w:br/>
        <w:t>А гостей же так багато&lt;br /&gt;</w:t>
        <w:br/>
        <w:t>в цій порі весновій:&lt;br /&gt;</w:t>
        <w:br/>
        <w:t>всенародне світле свято&lt;br /&gt;</w:t>
        <w:br/>
        <w:t>"В сім'ї вольній, новій".</w:t>
      </w:r>
    </w:p>
    <w:p>
      <w:r>
        <w:br/>
        <w:t>Не Дніпра рокочуть хвилі —&lt;br /&gt;</w:t>
        <w:br/>
        <w:t>сплески океанові:&lt;br /&gt;</w:t>
        <w:br/>
        <w:t>то співають на могилі&lt;br /&gt;</w:t>
        <w:br/>
        <w:t>"Заповіт" у Каневі.</w:t>
      </w:r>
    </w:p>
    <w:p>
      <w:r>
        <w:br/>
        <w:t>То не грім хмарину вразив&lt;br /&gt;</w:t>
        <w:br/>
        <w:t>зблисками грозовими —&lt;br /&gt;</w:t>
        <w:br/>
        <w:t>"Заповіт" гримить Тарасів&lt;br /&gt;</w:t>
        <w:br/>
        <w:t>всього світу мовами.</w:t>
      </w:r>
    </w:p>
    <w:p>
      <w:r>
        <w:br/>
        <w:t>Росіянин: как бушует&lt;br /&gt;</w:t>
        <w:br/>
        <w:t>старый Днепр под кручей...&lt;br /&gt;</w:t>
        <w:br/>
        <w:t>білорус: каб было чутна&lt;br /&gt;</w:t>
        <w:br/>
        <w:t>як грыміць грымучы...</w:t>
      </w:r>
    </w:p>
    <w:p>
      <w:r>
        <w:br/>
        <w:t>А високий італієць&lt;br /&gt;</w:t>
        <w:br/>
        <w:t>тягне басовито:</w:t>
      </w:r>
    </w:p>
    <w:p>
      <w:r>
        <w:br/>
        <w:t>che si оda il muggito&lt;br /&gt;</w:t>
        <w:br/>
        <w:t>del fiume stizzito. [10]</w:t>
      </w:r>
    </w:p>
    <w:p>
      <w:r>
        <w:br/>
        <w:t>А болгарин з чистим серцем&lt;br /&gt;</w:t>
        <w:br/>
        <w:t>слов'янина-брата:</w:t>
      </w:r>
    </w:p>
    <w:p>
      <w:r>
        <w:br/>
        <w:t>да се виждат, да се чува,&lt;br /&gt;</w:t>
        <w:br/>
        <w:t>как реве реката...</w:t>
      </w:r>
    </w:p>
    <w:p>
      <w:r>
        <w:br/>
        <w:t>Ти, індійцю із Калькутти,&lt;br /&gt;</w:t>
        <w:br/>
        <w:t>їхав так далеко ти.&lt;br /&gt;</w:t>
        <w:br/>
        <w:t>І твоєї мови чути&lt;br /&gt;</w:t>
        <w:br/>
        <w:t>переливні клекоти.</w:t>
      </w:r>
    </w:p>
    <w:p>
      <w:r>
        <w:br/>
        <w:t>Вслухайсь, друже із Тулузи,&lt;br /&gt;</w:t>
        <w:br/>
        <w:t>у слова пророка ти...&lt;br /&gt;</w:t>
        <w:br/>
        <w:t>І звучать в словах француза&lt;br /&gt;</w:t>
        <w:br/>
        <w:t>переливні рокоти.</w:t>
      </w:r>
    </w:p>
    <w:p>
      <w:r>
        <w:br/>
        <w:t>В морі музики – по вінця –&lt;br /&gt;</w:t>
        <w:br/>
        <w:t>щемні підголоски там&lt;br /&gt;</w:t>
        <w:br/>
        <w:t>тануть в серці українця&lt;br /&gt;</w:t>
        <w:br/>
        <w:t>невимовним лоскотом.</w:t>
      </w:r>
    </w:p>
    <w:p>
      <w:r>
        <w:br/>
        <w:t>Бо зринає в тім хоралі&lt;br /&gt;</w:t>
        <w:br/>
        <w:t>сиротя невкутане&lt;br /&gt;</w:t>
        <w:br/>
        <w:t>і кобзар на Кос-Аралі,&lt;br /&gt;</w:t>
        <w:br/>
        <w:t>муштра і шпіцрутени.</w:t>
      </w:r>
    </w:p>
    <w:p>
      <w:r>
        <w:br/>
        <w:t>Наче грім хмарину вразив&lt;br /&gt;</w:t>
        <w:br/>
        <w:t>зблисками грозовими –&lt;br /&gt;</w:t>
        <w:br/>
        <w:t>"Заповіт" гримить Тарасів&lt;br /&gt;</w:t>
        <w:br/>
        <w:t>всього світу мовами:</w:t>
      </w:r>
    </w:p>
    <w:p>
      <w:r>
        <w:br/>
        <w:t>"Поховайте та всавайте,&lt;br /&gt;</w:t>
        <w:br/>
        <w:t>кайдани порвіте&lt;br /&gt;</w:t>
        <w:br/>
        <w:t>і вражою злою кров’ю&lt;br /&gt;</w:t>
        <w:br/>
        <w:t>волю окропіте"…</w:t>
      </w:r>
    </w:p>
    <w:p>
      <w:r>
        <w:br/>
        <w:t>Грім травневою порою –&lt;br /&gt;</w:t>
        <w:br/>
        <w:t>то слова Боянові&lt;br /&gt;</w:t>
        <w:br/>
        <w:t>над Чернечою горою&lt;br /&gt;</w:t>
        <w:br/>
        <w:t>в предковічнім Каневі.</w:t>
      </w:r>
    </w:p>
    <w:p>
      <w:r>
        <w:br/>
        <w:t>ПРО ЧОЛОВІКА Й ДІЖКУ</w:t>
      </w:r>
    </w:p>
    <w:p>
      <w:r>
        <w:br/>
        <w:t>Загадка</w:t>
      </w:r>
    </w:p>
    <w:p>
      <w:r>
        <w:br/>
        <w:t>Словечко це – не загадка-підніжка,&lt;br /&gt;</w:t>
        <w:br/>
        <w:t>а не вгадаєте, мабуть, повік:&lt;br /&gt;</w:t>
        <w:br/>
        <w:t>читаєш наперед – велика діжка,&lt;br /&gt;</w:t>
        <w:br/>
        <w:t>назад читаєш – бідний чоловік.</w:t>
      </w:r>
    </w:p>
    <w:p>
      <w:r>
        <w:br/>
        <w:t>Що це таке?</w:t>
      </w:r>
    </w:p>
    <w:p>
      <w:r>
        <w:br/>
        <w:t>(Кадіб і бідак)</w:t>
      </w:r>
    </w:p>
    <w:p>
      <w:r>
        <w:br/>
        <w:t>ДИВО КАЛИНОВЕ</w:t>
      </w:r>
    </w:p>
    <w:p>
      <w:r>
        <w:br/>
        <w:t>Солов'ї на калині,&lt;br /&gt;</w:t>
        <w:br/>
        <w:t>на ялині зозуля.&lt;br /&gt;</w:t>
        <w:br/>
        <w:t>Через гори й долини&lt;br /&gt;</w:t>
        <w:br/>
        <w:t>лине пісня з Посулля.</w:t>
      </w:r>
    </w:p>
    <w:p>
      <w:r>
        <w:br/>
        <w:t>Мова в ній калинова,&lt;br /&gt;</w:t>
        <w:br/>
        <w:t>древа сонячна гілка,&lt;br /&gt;</w:t>
        <w:br/>
        <w:t>серця тиха розмова,&lt;br /&gt;</w:t>
        <w:br/>
        <w:t>калинова сопілка.</w:t>
      </w:r>
    </w:p>
    <w:p>
      <w:r>
        <w:br/>
        <w:t>І мости калинові&lt;br /&gt;</w:t>
        <w:br/>
        <w:t>до братів до народів,&lt;br /&gt;</w:t>
        <w:br/>
        <w:t>в сім'ї вольній і новій&lt;br /&gt;</w:t>
        <w:br/>
        <w:t>всьому світу на подив.</w:t>
      </w:r>
    </w:p>
    <w:p>
      <w:r>
        <w:br/>
        <w:t>І на кручах дніпрових&lt;br /&gt;</w:t>
        <w:br/>
        <w:t>травня повінь зелена.&lt;br /&gt;</w:t>
        <w:br/>
        <w:t>На мостах калинових&lt;br /&gt;</w:t>
        <w:br/>
        <w:t>калинові знамена.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 калинове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