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Дивні люди</w:t>
      </w:r>
    </w:p>
    <w:p>
      <w:r>
        <w:br/>
        <w:t xml:space="preserve"> &lt;p&gt;Побравшись за руки, Валіка й Панніка ступали вулицею. Вони поверталися з школи додому. Дівчатка завжди розлучалися на розі. Панніка завертала у провулок, а Валіка дріботіла далі.</w:t>
      </w:r>
    </w:p>
    <w:p>
      <w:r>
        <w:br/>
        <w:t>Але на цей раз Валіка не випустила руку Панніки, а потягнула дівчинку за собою.</w:t>
      </w:r>
    </w:p>
    <w:p>
      <w:r>
        <w:br/>
        <w:t>— Та ходи ж, ходи ж! У нас пообідаєш! Не соромся, чуєш?</w:t>
      </w:r>
    </w:p>
    <w:p>
      <w:r>
        <w:br/>
        <w:t>— Ні...</w:t>
      </w:r>
    </w:p>
    <w:p>
      <w:r>
        <w:br/>
        <w:t>— Тьотя вчителька сказала,— отже, підеш.</w:t>
      </w:r>
    </w:p>
    <w:p>
      <w:r>
        <w:br/>
        <w:t>— Та ні-і-і...</w:t>
      </w:r>
    </w:p>
    <w:p>
      <w:r>
        <w:br/>
        <w:t>Валіка не слухала Панніку — повела її за собою. Валіка була повніша, міцніша й сміливіша за свою подругу. Панніка знала: тьотя вчителька звеліла Валіці попросити тата, аби дозволив харчуватися у них котрійсь бідній учениці з їхнього класу. Учителька не заперечувала, щоб це була Панніка, бо дівчатка приязнували між собою. Однак Панніці не хотілось іти на обід до Валіки. Вона і сама не могла сказати чому саме, але не хотілося.</w:t>
      </w:r>
    </w:p>
    <w:p>
      <w:r>
        <w:br/>
        <w:t>А Валіка знала, що Панніка сьогодні належить їй, і нізащо в світі не дала б подрузі втекти від неї. Вона тримала її міцно за руку і вела, майже тягла за собою. Валіка пишалася тим, що веде подругу до себе, і з нетерпінням чекала, коли вже опиняться за воротами... Тоді Панніці вже не вдасться втекти.</w:t>
      </w:r>
    </w:p>
    <w:p>
      <w:r>
        <w:br/>
        <w:t>— Мамусю, мамусю! — загукала Валіка, вбігши в кімнату.— Панніка обідатиме в нас аж до великодня! Так сказала тьотя вчителька.</w:t>
      </w:r>
    </w:p>
    <w:p>
      <w:r>
        <w:br/>
        <w:t>Мати засміялася й розцілувала дочку. Вона була дуже щаслива, що її Валіка така добра, гарненька, здоровенька і вміє так мило лепетати.</w:t>
      </w:r>
    </w:p>
    <w:p>
      <w:r>
        <w:br/>
        <w:t>— Тьотя вчителька сказала? Ой, та тьотя вчителька!..</w:t>
      </w:r>
    </w:p>
    <w:p>
      <w:r>
        <w:br/>
        <w:t>Знов розцілувала дочку, а тоді оглянула школярку, яку Валіка привела з собою.</w:t>
      </w:r>
    </w:p>
    <w:p>
      <w:r>
        <w:br/>
        <w:t>— Це правда, дівчинко?</w:t>
      </w:r>
    </w:p>
    <w:p>
      <w:r>
        <w:br/>
        <w:t>Але та не озивалася — опустила повіки й теребила поділ сукні.</w:t>
      </w:r>
    </w:p>
    <w:p>
      <w:r>
        <w:br/>
        <w:t>А Валіка торохтіла далі:</w:t>
      </w:r>
    </w:p>
    <w:p>
      <w:r>
        <w:br/>
        <w:t>— Бо вона бідна, а кожна бідна дитина мусить ходити до когось на обід. Так тьотя вчителька сказала.</w:t>
      </w:r>
    </w:p>
    <w:p>
      <w:r>
        <w:br/>
        <w:t>Валіка скинула ранець, вийняла з нього листа, якого написала мамусі тьотя вчителька.</w:t>
      </w:r>
    </w:p>
    <w:p>
      <w:r>
        <w:br/>
        <w:t>Мати взяла листа, прочитала його і сказала:</w:t>
      </w:r>
    </w:p>
    <w:p>
      <w:r>
        <w:br/>
        <w:t>— Ну гаразд, дівчинко! Залиш свої речі в передпокої, потім зайди до ванної кімнати й гарненько помий руки. І ти змий свої брудненькі лапочки! — поплескала дочку по руках, ще й поцілувала невмиті пальчики.</w:t>
      </w:r>
    </w:p>
    <w:p>
      <w:r>
        <w:br/>
        <w:t>Потім господиня повела дівчаток до ванної кімнати й відкрила кран. З лискучої труби потекла вода. Мамуся набрала в миску води і поставила на прегарну білу табуретку. Спочатку вона ретельно помила руки Валіці й знов обцілувала її порожевілі пучечки. А тоді сказала Панніці:</w:t>
      </w:r>
    </w:p>
    <w:p>
      <w:r>
        <w:br/>
        <w:t>— Ну, тепер і ти помий собі руки, але добре! — і пройшла до їдальні сказати покоївці, щоб поставила на стіл ще один прибор.—Підіть, Рожі,—мовила згодом,— до ванної й помийте тій дівчинці руки, але ретельно! Вельможний пан настирливо вимагає, щоб діти сідали до столу з чистими руками.</w:t>
      </w:r>
    </w:p>
    <w:p>
      <w:r>
        <w:br/>
        <w:t>Рожі подалася до ванної кімнати. Добре, що зайшла, бо Панніка навіть і не вмочила рук у воду. Та Рожі схопила дівчинку, дбайливо помила їй рученята, навіть обличчя, потім вибрала з свого волосся гребінець і зачесала.</w:t>
      </w:r>
    </w:p>
    <w:p>
      <w:r>
        <w:br/>
        <w:t>— Ну ось! — задоволено кинула покоївка.</w:t>
      </w:r>
    </w:p>
    <w:p>
      <w:r>
        <w:br/>
        <w:t>Валіка і Панніка повернулися до їдальні — і саме впору, бо прийшов господар. Він одразу спитав:</w:t>
      </w:r>
    </w:p>
    <w:p>
      <w:r>
        <w:br/>
        <w:t>— Хто ця дівчинка?</w:t>
      </w:r>
    </w:p>
    <w:p>
      <w:r>
        <w:br/>
        <w:t>Валіка кинулася на шию таткові й сказала:</w:t>
      </w:r>
    </w:p>
    <w:p>
      <w:r>
        <w:br/>
        <w:t>— Вона обідатиме у нас щодня, аж до великодня!</w:t>
      </w:r>
    </w:p>
    <w:p>
      <w:r>
        <w:br/>
        <w:t>— Ого!</w:t>
      </w:r>
    </w:p>
    <w:p>
      <w:r>
        <w:br/>
        <w:t>— Тьотя вчителька так сказала.</w:t>
      </w:r>
    </w:p>
    <w:p>
      <w:r>
        <w:br/>
        <w:t>Мамуся коротко пояснила таткові в чім річ і показала листа. Панніка стояла похнюпивши голову й чекала.</w:t>
      </w:r>
    </w:p>
    <w:p>
      <w:r>
        <w:br/>
        <w:t>— А як тебе звати, дівчинко? — тихо спитав татко.</w:t>
      </w:r>
    </w:p>
    <w:p>
      <w:r>
        <w:br/>
        <w:t>— Панніка! — вискнула Валіка.</w:t>
      </w:r>
    </w:p>
    <w:p>
      <w:r>
        <w:br/>
        <w:t>— Я не тебе питаю,— дорікнув татко дочці.— Скажи гарненько, як тебе звати.</w:t>
      </w:r>
    </w:p>
    <w:p>
      <w:r>
        <w:br/>
        <w:t>— Панніка,— відповіла дівчинка.</w:t>
      </w:r>
    </w:p>
    <w:p>
      <w:r>
        <w:br/>
        <w:t>— Дуже добре. А як звати твого батька?</w:t>
      </w:r>
    </w:p>
    <w:p>
      <w:r>
        <w:br/>
        <w:t>— Тато,— сказала Панніка.</w:t>
      </w:r>
    </w:p>
    <w:p>
      <w:r>
        <w:br/>
        <w:t>— Це ти його так називаєш. А як його називають інші?</w:t>
      </w:r>
    </w:p>
    <w:p>
      <w:r>
        <w:br/>
        <w:t>— Дядько,— відказала Панніка.</w:t>
      </w:r>
    </w:p>
    <w:p>
      <w:r>
        <w:br/>
        <w:t>— А імені не знаєш?.. Наприклад, Янош Варта?.. Або Мігаль Ковач?.. Має ж бо він якесь ім'я. Ну? То яке ж його ім'я?</w:t>
      </w:r>
    </w:p>
    <w:p>
      <w:r>
        <w:br/>
        <w:t>— Не знаю.</w:t>
      </w:r>
    </w:p>
    <w:p>
      <w:r>
        <w:br/>
        <w:t>— Ая-яй, батько тебе навіть цього-не навчив!.. А тебе як звати? — звернувся до своєї дочки.</w:t>
      </w:r>
    </w:p>
    <w:p>
      <w:r>
        <w:br/>
        <w:t>— Валіка,— відповіла дівчинка.</w:t>
      </w:r>
    </w:p>
    <w:p>
      <w:r>
        <w:br/>
        <w:t>— Правильно. А мене як називають?</w:t>
      </w:r>
    </w:p>
    <w:p>
      <w:r>
        <w:br/>
        <w:t>— Татусь.</w:t>
      </w:r>
    </w:p>
    <w:p>
      <w:r>
        <w:br/>
        <w:t>— Ой яке ж ти дурненьке ослятко! Як називають мене інші?</w:t>
      </w:r>
    </w:p>
    <w:p>
      <w:r>
        <w:br/>
        <w:t>— Вельможний пан!</w:t>
      </w:r>
    </w:p>
    <w:p>
      <w:r>
        <w:br/>
        <w:t>— Ая-яй, і ти вже навчилася від цієї... Правду я кажу: нікуди не годяться ті школи, де вчаться діти різних батьків. Тільки тупішають там наші діти... А тепер ходімо обідати, бо я вже голоден.</w:t>
      </w:r>
    </w:p>
    <w:p>
      <w:r>
        <w:br/>
        <w:t>Посідали до столу. Валіка сіла на своє місце. Покоївка поклала на стілець подушку і, всміхаючись, посадила на неї Панніку.</w:t>
      </w:r>
    </w:p>
    <w:p>
      <w:r>
        <w:br/>
        <w:t>Стіл застелено білою скатертиною. На скатертині стояли білі тарілки, а посередині — біла миска. Всередині кожна тарілка була оздоблена золотим ободочком. Панніці припала тарілка без ободочка, однак і то була гарна тарілка.</w:t>
      </w:r>
    </w:p>
    <w:p>
      <w:r>
        <w:br/>
        <w:t>Мамуся налила юшки Валіці, потім татусеві, потім собі, а тоді вже — гості.</w:t>
      </w:r>
    </w:p>
    <w:p>
      <w:r>
        <w:br/>
        <w:t>— Ти любиш юшку? — спитала Панніку. Але дівчинка нічого не відповіла.</w:t>
      </w:r>
    </w:p>
    <w:p>
      <w:r>
        <w:br/>
        <w:t>Коли татусь з'їв юшку, звернувся до Валіки:</w:t>
      </w:r>
    </w:p>
    <w:p>
      <w:r>
        <w:br/>
        <w:t>— Невже ж ти й справді не знаєш мого імені?</w:t>
      </w:r>
    </w:p>
    <w:p>
      <w:r>
        <w:br/>
        <w:t>— Доктор Антал Вадкерті,— відповіла Валіка.</w:t>
      </w:r>
    </w:p>
    <w:p>
      <w:r>
        <w:br/>
        <w:t>— Ну бачиш, кожний має своє ім'я, кожна людина. Але твоя подружка не знає навіть, як називають її батька.</w:t>
      </w:r>
    </w:p>
    <w:p>
      <w:r>
        <w:br/>
        <w:t>Панніка опустила голову.</w:t>
      </w:r>
    </w:p>
    <w:p>
      <w:r>
        <w:br/>
        <w:t>Після юшки подали м'ясо з підливою. Мамуся порізала Валіці м'ясо на дрібненькі шматочки. Те саме вона зробила Панніці й сказала:</w:t>
      </w:r>
    </w:p>
    <w:p>
      <w:r>
        <w:br/>
        <w:t>— Треба їсти виделкою.</w:t>
      </w:r>
    </w:p>
    <w:p>
      <w:r>
        <w:br/>
        <w:t>Панніка подивилася на виделку, спробувала скористатися нею, але м'ясо падало з неї.</w:t>
      </w:r>
    </w:p>
    <w:p>
      <w:r>
        <w:br/>
        <w:t>— Нехай їсть ложкою, як дома звикла,— мовив татусь.</w:t>
      </w:r>
    </w:p>
    <w:p>
      <w:r>
        <w:br/>
        <w:t>І Панніка вже багато легше впоралася як з м'ясом, так і з підливою. Вона навіть накришила до підливи хліба. Та коли Валіка засміялася, дівчинка зашарілася й знов похнюпила голову.</w:t>
      </w:r>
    </w:p>
    <w:p>
      <w:r>
        <w:br/>
        <w:t>Потім подали локшину. Смачну білу локшину, густо посипану сиром. Панніці й це дозволили брати ложкою.</w:t>
      </w:r>
    </w:p>
    <w:p>
      <w:r>
        <w:br/>
        <w:t>— Згодом і тобі треба буде навчитися їсти виделкою. Бачиш, як їсть Валіка.</w:t>
      </w:r>
    </w:p>
    <w:p>
      <w:r>
        <w:br/>
        <w:t>Коли підвелися з-за столу, татусь сказав:</w:t>
      </w:r>
    </w:p>
    <w:p>
      <w:r>
        <w:br/>
        <w:t>— Ну, дівчинко, зараз іди додому і скажи батькові, нехай прийде до мене — хочу з ним поговорити.</w:t>
      </w:r>
    </w:p>
    <w:p>
      <w:r>
        <w:br/>
        <w:t>Панніка притьмом кинулася вдягати пальто й зібралася йти.</w:t>
      </w:r>
    </w:p>
    <w:p>
      <w:r>
        <w:br/>
        <w:t>— Підожди... Треба ж подякувати! Треба гарно подякувати за обід. А коли людина йде, то має з усіма попрощатися.</w:t>
      </w:r>
    </w:p>
    <w:p>
      <w:r>
        <w:br/>
        <w:t>Та Панніка стояла й мовчала.</w:t>
      </w:r>
    </w:p>
    <w:p>
      <w:r>
        <w:br/>
        <w:t>— Потім навчиться,— мовив татусь. — До великодня встигне навчитися.</w:t>
      </w:r>
    </w:p>
    <w:p>
      <w:r>
        <w:br/>
        <w:t>Татусь проказав це дуже ласкаво, навіть засміявся і зовсім не розсердився. Однак Панніка знов похнюпилась і ступнула до дверей.</w:t>
      </w:r>
    </w:p>
    <w:p>
      <w:r>
        <w:br/>
        <w:t>Валіку не пустили надвір, щоб, бува, не застудилася.</w:t>
      </w:r>
    </w:p>
    <w:p>
      <w:r>
        <w:br/>
        <w:t>— Скажи своєму батькові, нехай зараз прийде. Я хочу дати йому роботу...</w:t>
      </w:r>
    </w:p>
    <w:p>
      <w:r>
        <w:br/>
        <w:t>Господар ліг собі і з годину поспав. Коли прокинувся, батько Панніки вже чекав. Татусь вийшов до нього. На ганку стояв одягнений у лахміття чоловік. Коли підійшов господар, чоловік скинув капелюха. Вельможний пан був високий на зріст, огрядний, а батько Панніки — малий, худий, виснажений на виду.</w:t>
      </w:r>
    </w:p>
    <w:p>
      <w:r>
        <w:br/>
        <w:t>— Як вас звати?</w:t>
      </w:r>
    </w:p>
    <w:p>
      <w:r>
        <w:br/>
        <w:t>— Янош Такаро.</w:t>
      </w:r>
    </w:p>
    <w:p>
      <w:r>
        <w:br/>
        <w:t>— Гаразд... Ваша дочка до великодня щодня обідатиме у нас. Зрозуміли?</w:t>
      </w:r>
    </w:p>
    <w:p>
      <w:r>
        <w:br/>
        <w:t>Чоловік мовчки кивнув головою.</w:t>
      </w:r>
    </w:p>
    <w:p>
      <w:r>
        <w:br/>
        <w:t>— Коли шануватиметься, одержить доччину стару сукню й черевики. Одержить усе, що треба, нехай тільки слухається. А ви з чого живете?</w:t>
      </w:r>
    </w:p>
    <w:p>
      <w:r>
        <w:br/>
        <w:t>— Я безробітний.</w:t>
      </w:r>
    </w:p>
    <w:p>
      <w:r>
        <w:br/>
        <w:t>— Відколи?</w:t>
      </w:r>
    </w:p>
    <w:p>
      <w:r>
        <w:br/>
        <w:t>— Від жнив.</w:t>
      </w:r>
    </w:p>
    <w:p>
      <w:r>
        <w:br/>
        <w:t>Вельможний пан мовчки поглядав на батька Панніки. Тримаючи капелюха, мовчав і той.</w:t>
      </w:r>
    </w:p>
    <w:p>
      <w:r>
        <w:br/>
        <w:t>— З чого тоді живете?</w:t>
      </w:r>
    </w:p>
    <w:p>
      <w:r>
        <w:br/>
        <w:t>Чоловік знизав плечима і далі мовчав.</w:t>
      </w:r>
    </w:p>
    <w:p>
      <w:r>
        <w:br/>
        <w:t>— Скільки у вас дітей?</w:t>
      </w:r>
    </w:p>
    <w:p>
      <w:r>
        <w:br/>
        <w:t>— Шестеро.</w:t>
      </w:r>
    </w:p>
    <w:p>
      <w:r>
        <w:br/>
        <w:t>— Шестеро?!.. Гм.. Як ви дозволили собі мати шестеро дітей, коли не можете заробити на них? Ну, однаково!.. Ось що, друже, дочку вашу візьму на свої руки. До великодня вона щодня приходитиме до нас разом з моєю дочкою. І за це не треба буде вам нічого платити. Зрозуміли?.. Але я не хочу, щоб вам було прикро через те, що задарма годую вашу дівчинку. То ви за це щось зробите мені на господарстві. Ось там дровітня,— він показав на повітку в глибині двору.— Підіть туди й нарубайте дров. Нарубайте трохи дров, і ми з вами квит.</w:t>
      </w:r>
    </w:p>
    <w:p>
      <w:r>
        <w:br/>
        <w:t>На цьому пан одвернувся і зайшов до будинку. Янош Такаро теж повернувся, насунув капелюха і по розчищеній від снігу стежці подався через двір до повітки. Він знайшов сокиру й заходився рубати дрова. Рубав дві години, а тоді пішов собі геть, нікому не сказавши. Тільки покоївка Рожі прийшла надвечір і сповістила, що поденника вже нема.</w:t>
      </w:r>
    </w:p>
    <w:p>
      <w:r>
        <w:br/>
        <w:t>— Не біда,— відповів вельможний пан.— Коли пішов, то пішов. А я ж хотів почастувати його чаркою горілки.</w:t>
      </w:r>
    </w:p>
    <w:p>
      <w:r>
        <w:br/>
        <w:t>Назавтра Панніка не була в школі і не прийшла з Валікою обідати.</w:t>
      </w:r>
    </w:p>
    <w:p>
      <w:r>
        <w:br/>
        <w:t>Валіка плакала, що нема Панніки.</w:t>
      </w:r>
    </w:p>
    <w:p>
      <w:r>
        <w:br/>
        <w:t>— Прийде завтра.</w:t>
      </w:r>
    </w:p>
    <w:p>
      <w:r>
        <w:br/>
        <w:t>Але Панніка більше не приходила.</w:t>
      </w:r>
    </w:p>
    <w:p>
      <w:r>
        <w:br/>
        <w:t>Через кілька днів про дівчинку забули.</w:t>
      </w:r>
    </w:p>
    <w:p>
      <w:r>
        <w:br/>
        <w:t>Та якось вельможний пан побачив батька Панніки перед ратушею[1] і впізнав його. Він стояв серед безробітних і похмуро озирався. Вельможний пан окликнув його:</w:t>
      </w:r>
    </w:p>
    <w:p>
      <w:r>
        <w:br/>
        <w:t>— Ви Янош Такаро?</w:t>
      </w:r>
    </w:p>
    <w:p>
      <w:r>
        <w:br/>
        <w:t>— Я.</w:t>
      </w:r>
    </w:p>
    <w:p>
      <w:r>
        <w:br/>
        <w:t>— А де ж дівчинка? Чому не приходить обідати?</w:t>
      </w:r>
    </w:p>
    <w:p>
      <w:r>
        <w:br/>
        <w:t>Але той не озивався — мовчав. Нарешті, на панову настійну вимогу, відказав похмуро й гостро:</w:t>
      </w:r>
    </w:p>
    <w:p>
      <w:r>
        <w:br/>
        <w:t>— Не люблю я, коли розпитують, з чого живе бідняк.</w:t>
      </w:r>
    </w:p>
    <w:p>
      <w:r>
        <w:br/>
        <w:t>Вельможний пан здивовано глянув на нього й проказав:</w:t>
      </w:r>
    </w:p>
    <w:p>
      <w:r>
        <w:br/>
        <w:t>— Дивно. Невже ж вам не жаль, що ваша дочка голодує? Що за дивні ви люди!</w:t>
      </w:r>
    </w:p>
    <w:p>
      <w:r>
        <w:br/>
        <w:t>Янош Такаро нічого не сказав, а тільки відвернувся й похмуро задивився вдалину.</w:t>
      </w:r>
    </w:p>
    <w:p>
      <w:r>
        <w:br/>
        <w:t>[1] Ратуша — будинок, де містяться органи міського самоврядування.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Дивні люди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