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Дивні Грицеві пригоди</w:t>
      </w:r>
    </w:p>
    <w:p>
      <w:r>
        <w:br/>
        <w:t xml:space="preserve"> &lt;p&gt;Перший іспит</w:t>
      </w:r>
    </w:p>
    <w:p>
      <w:r>
        <w:br/>
        <w:t>Гриць ще не встиг заснути, як з коридора почувся голос тата, а по тому радісно зойкнула мама. Минуло ще кілька хвилин, тато продовжував про щось гомоніти, але раптом мама почала бідкатись. Що ж сталося? Невже тато знову покине їх з мамою і полетить у космос? Та ще й надовго. Перший раз він літав до Марса, а повернувся лише через рік. Бідна мама не відходила від телеекрана у Космоцентрі, дуже хвилювалася. Навіть Грицеві доводилося заспокоювати її. Що ж трапилося тепер, куди має летіти тато?</w:t>
      </w:r>
    </w:p>
    <w:p>
      <w:r>
        <w:br/>
        <w:t>Не в змозі перебороти цікавості, Гриць скочив з ліжка, навшпиньки підкрався до дверей і почав дослухатися.</w:t>
      </w:r>
    </w:p>
    <w:p>
      <w:r>
        <w:br/>
        <w:t>— Ти розумієш, моя люба,— казав тато,— це ж перший політ в систему Юпітера. Дехто з учених вважає, що там дослідникам випаде нагода спостерігати небачені форми життя.</w:t>
      </w:r>
    </w:p>
    <w:p>
      <w:r>
        <w:br/>
        <w:t>— А може, зустрінуться й мислячі істоти,— додала мама.</w:t>
      </w:r>
    </w:p>
    <w:p>
      <w:r>
        <w:br/>
        <w:t>— Можливо. Космоцентр планує створення земної колонії на Європі — великому супутнику Юпітера. Ми залишимося там на три роки. Дозволено з собою взяти дружин. Тобі доведеться оволодіти деякими космічними професіями.</w:t>
      </w:r>
    </w:p>
    <w:p>
      <w:r>
        <w:br/>
        <w:t>— Гаразд,— сказала мама.— Проте мене турбує, що буде з Грицем?</w:t>
      </w:r>
    </w:p>
    <w:p>
      <w:r>
        <w:br/>
        <w:t>— Віддамо до інтернату.</w:t>
      </w:r>
    </w:p>
    <w:p>
      <w:r>
        <w:br/>
        <w:t>— Нізащо! — вигукнув Гриць, уриваючись до коридора.— Без мене нікуди не полетите! Ич, що надумали! Я з вами полечу!</w:t>
      </w:r>
    </w:p>
    <w:p>
      <w:r>
        <w:br/>
        <w:t>— По-перше, негарно підслуховувати! — докірливо озвався тато.— А по-друге, в далекому світі потрібні люди мужні й загартовані. Ти певен, що витримаєш будь-яке випробування?</w:t>
      </w:r>
    </w:p>
    <w:p>
      <w:r>
        <w:br/>
        <w:t>— Витримаю! Я нічого не боюся!</w:t>
      </w:r>
    </w:p>
    <w:p>
      <w:r>
        <w:br/>
        <w:t>— Хвалько,— лагідно розкуйовдив тато синове волосся.— Не кажи гоп, доки не перескочиш.</w:t>
      </w:r>
    </w:p>
    <w:p>
      <w:r>
        <w:br/>
        <w:t>Політ було призначено на серпень. Лишалося три тижні. Татові дали відпустку на десять днів, і він разом з мамою та Грицем вилетів до гірського Алтаю, щоб там відпочити. Шатро нап'яли на березі озера. Наступного дня біля берега на воді гойдалася срібна сигара — швидкісний човен. Вирішили покататися. Зробили по озеру кілька блискавичних кіл. Гриць верещав від захоплення. Тато повів човна до виходу з озера, там зеленкуваті води, люто клекочучи, грізним водоспадом вливалися до річки Катуні.</w:t>
      </w:r>
    </w:p>
    <w:p>
      <w:r>
        <w:br/>
        <w:t>Зненацька замовк двигун. Тато похапливо длушпався в приладах. Стрімка течія несла човен у смертельний вир. Гриць відчув, як розпач витискує йому з грудей крик жаху. Але хлопчик глянув на суворі мамині очі, на татове зосереджене обличчя і, вкусивши себе за пальця, промовчав. Човен падав у безодню, насувалися гострі скелі. Гриць заплющив очі. З його вуст не вирвалося ані звуку. Якщо й гинути, то не боягузом!</w:t>
      </w:r>
    </w:p>
    <w:p>
      <w:r>
        <w:br/>
        <w:t>Раптом клекіт води затих, повітря тонко заспівало в вухах. Хлопчик розплющив очі. Човен летів у небі, гори й ліси пропливали внизу.</w:t>
      </w:r>
    </w:p>
    <w:p>
      <w:r>
        <w:br/>
        <w:t>— Що це? — прошепотів Гриць.— Ми живі?</w:t>
      </w:r>
    </w:p>
    <w:p>
      <w:r>
        <w:br/>
        <w:t>— Перший іспит,— сміявся тато.— Човен годиться і для води й для польоту. Синку, ти витримав перший іспит. Я подумаю, може, й візьмемо тебе до далекого світу...</w:t>
      </w:r>
    </w:p>
    <w:p>
      <w:r>
        <w:br/>
        <w:t>— Проте пам'ятай, Грицику,— мама загадково глянула на сина,— все життя — то великий іспит.</w:t>
      </w:r>
    </w:p>
    <w:p>
      <w:r>
        <w:br/>
        <w:t>Другий іспит</w:t>
      </w:r>
    </w:p>
    <w:p>
      <w:r>
        <w:br/>
        <w:t>Минули дні відпустки. Тато взяв Гриця до Космоцентру, показував йому дивовижні пристрої, машини та космічні апарати. Дещо хлопчик бачив на екрані телевізора або в кіно, але тут усе було справжнє, величне і таємниче. Якось не вірилося, що ось ця або ота ракета незабаром летітиме у порожнечі зоряного простору, а від Землі її відділятимуть мільйони кілометрів.</w:t>
      </w:r>
    </w:p>
    <w:p>
      <w:r>
        <w:br/>
        <w:t>Тато заводив Гриця у житлові каюти космольотів, дозволяв навіть посидіти в кріслах пілотів. А потім почав привчати його ходити в костюмі космонавта та скафандрі. Космічне вбрання було незручне й важке, проте Гриць терпів, не промовивши й слова невдоволення. Він перемовлявся з татом по радіотелефону, приймав їжу крізь прозоре забрало, сам замінював використані балони для кисню.</w:t>
      </w:r>
    </w:p>
    <w:p>
      <w:r>
        <w:br/>
        <w:t>— А тепер, синку,— якось сказав тато,— побачимо, чи є в тебе справжня мужність.</w:t>
      </w:r>
    </w:p>
    <w:p>
      <w:r>
        <w:br/>
        <w:t>— А хіба я злякався тоді, біля водоспаду? — образився Гриць.</w:t>
      </w:r>
    </w:p>
    <w:p>
      <w:r>
        <w:br/>
        <w:t>— Того мало. Тепер треба стрибнути з літака.</w:t>
      </w:r>
    </w:p>
    <w:p>
      <w:r>
        <w:br/>
        <w:t>— Як? — скрикнув хлопчик.— Просто так?</w:t>
      </w:r>
    </w:p>
    <w:p>
      <w:r>
        <w:br/>
        <w:t>— Та ні,— засміявся тато.— 3 парашутом. Космонавтам це необхідно. Всякого буває. Раптом аварія при підльоті до планети, треба, щоб усі члени екіпажу не боялися залишити космоліт. Збагнув?</w:t>
      </w:r>
    </w:p>
    <w:p>
      <w:r>
        <w:br/>
        <w:t>— Збагнув,— відповів Гриць, хоч усе його тіло похололо від страху.— Я стрибну з літака, татку!</w:t>
      </w:r>
    </w:p>
    <w:p>
      <w:r>
        <w:br/>
        <w:t>Наступного дня вони вилетіли на реактивному лайнері. Незабаром під крилом літака видно було лише густу тайгу. Гриць то поглядав на спокійне татове обличчя, то на білі-пребілі хмарини за ілюмінатором, то поправляв лямки парашута на плечах. Коли ж нарешті стрибок? Чи не злякається він?</w:t>
      </w:r>
    </w:p>
    <w:p>
      <w:r>
        <w:br/>
        <w:t>З каюти виглянув пілот, привітався з татом, підморгнув Грицеві. Тато повів сина до виходу. Відчинився люк, дихнуло холодом. Гриць поточився назад, але відразу ж схаменувся, бо побачив у татових очах насмішкуваті іскринки. Він кинувся до люка й стрімголов упав у безодню.</w:t>
      </w:r>
    </w:p>
    <w:p>
      <w:r>
        <w:br/>
        <w:t>Тьохнуло серце, замерехтіло все довкола — хмари, небо, земля. Над хлопчиком спалахнула вогняна квітка парашута. Падіння сповільнилося. Тепер Гриць колихався під велетенським куполом, наче в дитячій колисці. Страх де й подівся: було легко, радісно.</w:t>
      </w:r>
    </w:p>
    <w:p>
      <w:r>
        <w:br/>
        <w:t>Поруч з ним з'явився блакитний купол — то спускався тато, він розмахував руками, вітаючи сина. Гриць щось кричав, співав, але через вітер нічого не було чути.</w:t>
      </w:r>
    </w:p>
    <w:p>
      <w:r>
        <w:br/>
        <w:t>Хлопчик опустився на широку галяву поміж високими глицевими деревами, торкнувшись ногами землі, впав на бік, як його вчили, а потім підскочив і, плутаючись у стропах парашута, побіг до тата, котрий спустився раніше і вже чекав його.</w:t>
      </w:r>
    </w:p>
    <w:p>
      <w:r>
        <w:br/>
        <w:t>— Молодець, синку,— спокійно мовив тато.— Ти можеш бути космонавтом. Беру тебе в політ до Юпітера.</w:t>
      </w:r>
    </w:p>
    <w:p>
      <w:r>
        <w:br/>
        <w:t>Небезпечна зустріч</w:t>
      </w:r>
    </w:p>
    <w:p>
      <w:r>
        <w:br/>
        <w:t>В серпні пасажирська ракета стартувала на Місяць. Гриць сидів у каюті поруч з батьками. Він легко витримав перевантаження, коли потужні двигуни розганяли апарат. Все було дивно, навіть казково: грім вибухів, пасма хмар в ілюмінаторах, а потім — чорна безодня неба, всіяна зірками, і яскраве кружало Сонця.</w:t>
      </w:r>
    </w:p>
    <w:p>
      <w:r>
        <w:br/>
        <w:t>Не минуло й доби, як ракета сіла на місячному космодромі. Всі зодягли скафандри й вийшли назовні. Йти було легко, набагато легше, ніж на Землі. Гриць крокував услід за мамою й татом, захоплено оглядаючись навсібіч. Обрій був недалеко, на ньому зубцями вирізнялися невисокі гори й кратери. На чорно-фіолетовому небі пливла блакитна куля рідної Землі.</w:t>
      </w:r>
    </w:p>
    <w:p>
      <w:r>
        <w:br/>
        <w:t>Космонавти кілька днів мешкали в приміщенні, де росли пальми, троянди та ялини, дзюркотіли струмочки і сіяв штучний дощик, веселила око зелена трава, а в густому гіллі дерев співали птахи.</w:t>
      </w:r>
    </w:p>
    <w:p>
      <w:r>
        <w:br/>
        <w:t>Листя пальм було велике й лапате, набагато більше, ніж на Землі. А трояндові квіти витикалися з кожного вічка на гілках, мабуть, яскраве проміння Сонця пришвидшувало їхній ріст. Тут, в оранжереї, Гриць познайомився з Марічкою, донькою штурмана юпітерського корабля. Вона теж разом з батьками летіла до далекого світу. Дівчинка була весела на вдачу, мала золоті кіски й блакитні, іскристі очі. Грицеві, звичайно, було приємно, що в нього з'явилася така подруга.</w:t>
      </w:r>
    </w:p>
    <w:p>
      <w:r>
        <w:br/>
        <w:t>З Місяця експедиція вилетіла на великому космольоті, на борту якого було написано: "Промінь". Діти мешкали в спільній каюті, кожен мав зручний гамачок, крісло та столик. В бібліотеці можна було читати книжки, в кают-компанії часто показували кінофільми й телепередачі з Землі.</w:t>
      </w:r>
    </w:p>
    <w:p>
      <w:r>
        <w:br/>
        <w:t>Політ тривав чотири місяці. Потужні двигуни невпинно розганяли корабель протягом двох місяців, потім ще півтора місяця відбувався політ за інерцією, а ще два тижні двигуни працювали знову, щоб загальмувати космоліт.</w:t>
      </w:r>
    </w:p>
    <w:p>
      <w:r>
        <w:br/>
        <w:t>Сонце з часом перетворилося на яскраву невелику зірку, а в ілюмінаторах нарешті з'явилася велетенська куля Юпітера. Проте корабель летів не до нього, а до одного з його супутників, що звався Європою. Він був майже такий, як наш Місяць, але мав дуже густе повітря.</w:t>
      </w:r>
    </w:p>
    <w:p>
      <w:r>
        <w:br/>
        <w:t>Космоліт пройшов крізь сірі хмари й сів на березі озера. Вода й ґрунт навколо озера світилися фосфоричним сяйвом. Було так видно, як у хмарний день на Землі. Дорослі космонавти готувалися до першої вилазки на поверхню нового світу, а дітям було звелено сидіти в каюті й чекати. Незабаром Гриць і Марічка побачили, як від космольота від'їхав всюдихід і зник за гірським пасмом.</w:t>
      </w:r>
    </w:p>
    <w:p>
      <w:r>
        <w:br/>
        <w:t>— А ми? Невже вічно будемо сидіти в каюті? — невдоволено запитала дівчинка.</w:t>
      </w:r>
    </w:p>
    <w:p>
      <w:r>
        <w:br/>
        <w:t>— Згодом тут побудують оранжерею та обсерваторію,— сказав Гриць,— тоді можна буде виходити і гратися.</w:t>
      </w:r>
    </w:p>
    <w:p>
      <w:r>
        <w:br/>
        <w:t>Раптом Марічка скрикнула й показала Грицеві на зграю крилатих істот, що летіли над озером, прямуючи до космольота.</w:t>
      </w:r>
    </w:p>
    <w:p>
      <w:r>
        <w:br/>
        <w:t>— Це живі істоти,— приголомшено прошепотів хлопчик.— Птахи.</w:t>
      </w:r>
    </w:p>
    <w:p>
      <w:r>
        <w:br/>
        <w:t>— Щось не дуже подібні до птахів,— заперечила Марічка.— У них немає крил. Ніби повітряні міхури.</w:t>
      </w:r>
    </w:p>
    <w:p>
      <w:r>
        <w:br/>
        <w:t>Сіро-блакитні летючі кулі наблизилися, закружляли довкола ракети. А одна з них зупинилася біля ілюмінатора й заглянула всередину каюти. Величезні очі пронизливо дивилися на юних посланців Землі.</w:t>
      </w:r>
    </w:p>
    <w:p>
      <w:r>
        <w:br/>
        <w:t>У полоні</w:t>
      </w:r>
    </w:p>
    <w:p>
      <w:r>
        <w:br/>
        <w:t>— Я боюся! — скрикнула дівчинка.— У неї страшні очі. Це хижак!</w:t>
      </w:r>
    </w:p>
    <w:p>
      <w:r>
        <w:br/>
        <w:t>— Звідки ти знаєш?! — засумнівався Гриць.— Глянь, вона усміхається.</w:t>
      </w:r>
    </w:p>
    <w:p>
      <w:r>
        <w:br/>
        <w:t>Справді, з істотою сталися химерні зміни. На поверхні сірого міхура з'явилася подоба людського обличчя, губи розпливлися в усмішці, забіліли зуби. Істота, певно, щось говорила, бо вуста ворушилися, але в каюту не долинало жодного слова.</w:t>
      </w:r>
    </w:p>
    <w:p>
      <w:r>
        <w:br/>
        <w:t>— Невже розумна істота? — здивувалася Марічка.</w:t>
      </w:r>
    </w:p>
    <w:p>
      <w:r>
        <w:br/>
        <w:t>— Аякже,— підхопив Гриць.— Вона вміє змінювати свою подобу. Істота раптово зникла. А потім усі летючі міхури зібралися в кільце на березі озера й закружляли в танку. З кожним рухом їхні тіла мінялися, набували нової форми. І ось вражені Гриць та Марічка побачили не химерних летючих істот, а дітей Землі, своїх ровесників семирічного чи восьмирічного віку. Взявшись за руки, ті істоти танцювали: гарно, граційно, легко. Білі та блакитні сорочечки, зодягнені на них, майоріли на вітрі.</w:t>
      </w:r>
    </w:p>
    <w:p>
      <w:r>
        <w:br/>
        <w:t>— Я хочу до них,— сказала Марічка.</w:t>
      </w:r>
    </w:p>
    <w:p>
      <w:r>
        <w:br/>
        <w:t>— Дурненька! Тут повітря отруйне, ми задихнемося.</w:t>
      </w:r>
    </w:p>
    <w:p>
      <w:r>
        <w:br/>
        <w:t>— А вони ж дихають?</w:t>
      </w:r>
    </w:p>
    <w:p>
      <w:r>
        <w:br/>
        <w:t>— Вони тутешні. А ми — ні. І не забудь, що нам заборонено виходити з каюти.</w:t>
      </w:r>
    </w:p>
    <w:p>
      <w:r>
        <w:br/>
        <w:t>— А мені хочеться,— вперто наполягала Марічка.— Зодягнемо скафандри й вийдемо. Зустріч з дітьми іншого світу — це ж страшенно цікаво!</w:t>
      </w:r>
    </w:p>
    <w:p>
      <w:r>
        <w:br/>
        <w:t>Дівчинка метнулася до ніші в каюті, зодягла свій скафандр.</w:t>
      </w:r>
    </w:p>
    <w:p>
      <w:r>
        <w:br/>
        <w:t>— Ти як знаєш, а я піду.</w:t>
      </w:r>
    </w:p>
    <w:p>
      <w:r>
        <w:br/>
        <w:t>Гриць, згадавши застереження тата, повагався, але, не бажаючи бути в очах дівчинки боягузом, мовчки зодягнувся теж. Вони спустилися автоматичним ліфтом униз, минули шлюз і ступили на чужу планету. Скелясту поверхню покривала якась чорно-кривава рослинність. Подібна до лишайників, вона неприємно тріщала під ногами. Істоти побачили дітей. їх танок розпався, і вони веселою зграйкою оточили Марічку та Гриця непроникним кільцем.</w:t>
      </w:r>
    </w:p>
    <w:p>
      <w:r>
        <w:br/>
        <w:t>— Такі самісінькі, як і наші діти,— почувся по радіо голос Марічки.— Вітаємо вас, друзі, ми прибули з Землі.</w:t>
      </w:r>
    </w:p>
    <w:p>
      <w:r>
        <w:br/>
        <w:t>— Що таке? — пролунав зненацька у навушниках тривожний голос Грицевої мами.— Невже ви покинули корабель? Грицю, Марічко?!</w:t>
      </w:r>
    </w:p>
    <w:p>
      <w:r>
        <w:br/>
        <w:t>— Тут теж діти,— гукнула Марічка.— Вони граються з нами!</w:t>
      </w:r>
    </w:p>
    <w:p>
      <w:r>
        <w:br/>
        <w:t>— Негайно в корабель! — суворо наказав голос тата.— Тікайте в шлюз, чекайте нас!</w:t>
      </w:r>
    </w:p>
    <w:p>
      <w:r>
        <w:br/>
        <w:t>Гриць схопив дівчинку за руку й хотів було бігти до космольота, та враз подоби дітей з чужої планети разюче змінилися, вони перетворилися на потворних восьминогів і накинулися на прибульців з Землі. Гриць запручався, але де там! їх з Марічкою підійняли в повітря й понесли геть від корабля.</w:t>
      </w:r>
    </w:p>
    <w:p>
      <w:r>
        <w:br/>
        <w:t>— Татку! Мамо! — кричала перелякана Марічка.</w:t>
      </w:r>
    </w:p>
    <w:p>
      <w:r>
        <w:br/>
        <w:t>Проте ніхто на допомогу не прийшов. Хижі істоти несли своїх бранців усе далі й далі.</w:t>
      </w:r>
    </w:p>
    <w:p>
      <w:r>
        <w:br/>
        <w:t>Порятунок</w:t>
      </w:r>
    </w:p>
    <w:p>
      <w:r>
        <w:br/>
        <w:t>Перелетівши озеро, восьминоги почали хутко знижуватися в глибину чорної прірви. Там клекотів пінистий зелений потік. Посеред нього височіла похмура скеля, а на ній — велетенська вежа, змурована з темно-червоних кристалів. Хижі істоти зупинилися на верхів'ї вежі. З отвору в ній виповзла велетенська потвора, подібна до брудного мішка, виповненого якимись драглями. Блиснули злісні очі, в повітря знялися довжелезні мацаки: ними огидне страховисько торкнулося дитячих скафандрів. Марічка закричала:</w:t>
      </w:r>
    </w:p>
    <w:p>
      <w:r>
        <w:br/>
        <w:t>— Мамочко, рятуй нас!</w:t>
      </w:r>
    </w:p>
    <w:p>
      <w:r>
        <w:br/>
        <w:t>Проте у відповідь не почулося й звуку. Гриць зрозумів, що ніхто їх звідси не визволить, але не заплакав. Треба навіть умирати з гідністю,— так часто говорив тато.</w:t>
      </w:r>
    </w:p>
    <w:p>
      <w:r>
        <w:br/>
        <w:t>Потвора вхопила Гриця в свої мацаки й почала розглядати з усіх боків. Вона крутила його і так і сяк, певно роздумуючи, як зручніше здерти з нього блискуче покриття. Те ж решта восьминогів робили з Марічкою. Дівчинка плакала, а Гриць, зціпивши зуби, мовчав.</w:t>
      </w:r>
    </w:p>
    <w:p>
      <w:r>
        <w:br/>
        <w:t>Чим би все скінчилося, невідомо, бо раптом якісь полум'яно-блакитні істоти спустилися з неба й напали на восьминогів. Завирував бій. Потвора та решта восьминогів відпустили дітей і заховалися в чорному отворі вежі.</w:t>
      </w:r>
    </w:p>
    <w:p>
      <w:r>
        <w:br/>
        <w:t>Полум'яно-блакитні істоти, схожі на граційні летючі квіти, покружляли над вежею, потім підхопили дітей гнучкими стеблами-руками й винесли їх з прірви.</w:t>
      </w:r>
    </w:p>
    <w:p>
      <w:r>
        <w:br/>
        <w:t>— Хто це? — питала Марічка в Гриця.— Куди вони нас несуть? Може, хочуть нас убити?!</w:t>
      </w:r>
    </w:p>
    <w:p>
      <w:r>
        <w:br/>
        <w:t>— Ми ваші друзі,— почувся несподівано голос у навушниках.— Ми господарі цієї планети. А ті, що полонили вас, то дуже хижі істоти. Вони вміють змінювати зовнішню подобу. Вони одурили вас. Ми знаємо, де ваш корабель, і віднесемо вас туди.</w:t>
      </w:r>
    </w:p>
    <w:p>
      <w:r>
        <w:br/>
        <w:t>— Чуєш, Марічко! — схвильовано говорив Гриць.— Це добрі й розумні мешканці цієї планети. Але звідки вони знають нашу мову?</w:t>
      </w:r>
    </w:p>
    <w:p>
      <w:r>
        <w:br/>
        <w:t>— Ми давно слухаємо ваші радіопередачі. Ми вивчили багато мов Землі. Тож раді вітати гостей у своєму світі.</w:t>
      </w:r>
    </w:p>
    <w:p>
      <w:r>
        <w:br/>
        <w:t>Швидко промайнули внизу води озера, з імли з'явилося громаддя космольота. Біля нього метушилися люди. Уздрівши летючих полум'яно-блакитних істот, космонавти приготували променеві рушниці.</w:t>
      </w:r>
    </w:p>
    <w:p>
      <w:r>
        <w:br/>
        <w:t>— Тату, не стріляй! — крикнув Гриць.— Це наші рятівники, людиквіти. Вони визволили нас з полону!</w:t>
      </w:r>
    </w:p>
    <w:p>
      <w:r>
        <w:br/>
        <w:t>Діти відразу ж потрапили в обійми стурбованих батьків. У матерів за прозорими забралами заблищали сльози, а Гриців тато суворо сказав:</w:t>
      </w:r>
    </w:p>
    <w:p>
      <w:r>
        <w:br/>
        <w:t>— Якби була можливість, я б тебе відправив назад. Ти не витримав третього іспиту.</w:t>
      </w:r>
    </w:p>
    <w:p>
      <w:r>
        <w:br/>
        <w:t>— Витримав,— озвалася чарівна квітка-людина, і космонавти вражено подивилися на її тремтливі пелюстки, на мерехтливі очі.— Ваш хлопчик мужній і безстрашний. Він тримався, як герой. Ми щасливі, що саме він був першим землянином, з яким нам пощастило зустрітися. Новий світ відкриває перед вами, люди, свої серця.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Дивні Грицеві пригоди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