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Дивне літо</w:t>
      </w:r>
    </w:p>
    <w:p>
      <w:r>
        <w:br/>
        <w:t xml:space="preserve"> &lt;p&gt;ДИВНЕ ЛІТО</w:t>
      </w:r>
    </w:p>
    <w:p>
      <w:r>
        <w:br/>
        <w:t>З давніх-давен на зелених наддніпрянських кручах жила цариця лісів, рік і полів — Дарина. Ніжно і клопітливо доглядала вона свої володіння. І були її ліси високими, луги розмаїтими, бурштиновими здавалися Дніпрові береги.</w:t>
      </w:r>
    </w:p>
    <w:p>
      <w:r>
        <w:br/>
        <w:t>Та ось на вкриті споконвічним пралісом схили прийшли люди. Розумні й сильні, талановиті й сміливі. І заходились будувати місто. Дарина зустріла їх ласкаво та прихильно. Сподобалися їй люди, і вона навіяла щ все навкруг ману покори і довіри до них. І есе корилося, все було помічне їм.</w:t>
      </w:r>
    </w:p>
    <w:p>
      <w:r>
        <w:br/>
        <w:t>Росло й (росло місто — багате й красиве.</w:t>
      </w:r>
    </w:p>
    <w:p>
      <w:r>
        <w:br/>
        <w:t>Але настала скрута. Кочові племена зажадали багатої данини. Вони палили, нівечили ліси, витоптували трави, таборилися під мурами міста, хапали бранців і бранок.</w:t>
      </w:r>
    </w:p>
    <w:p>
      <w:r>
        <w:br/>
        <w:t>Городяни проганяли чужинців, а потім раз у раз бралися за сокири — і падали дерева на нові зруби, стіни, будівлі.</w:t>
      </w:r>
    </w:p>
    <w:p>
      <w:r>
        <w:br/>
        <w:t>Страшенно розгнівалася Дарина на людей.</w:t>
      </w:r>
    </w:p>
    <w:p>
      <w:r>
        <w:br/>
        <w:t>— І ви, .котрі тут, і ті, що приходять, нищите більше, аніж вам потрібно, і забуваєте творити! Хіба є страшніша помилка? — і пішла з Дніпрових берегів.</w:t>
      </w:r>
    </w:p>
    <w:p>
      <w:r>
        <w:br/>
        <w:t>Ну, пішла та й пішла собі. "Нехай",— думають люди.</w:t>
      </w:r>
    </w:p>
    <w:p>
      <w:r>
        <w:br/>
        <w:t>Та помилились.</w:t>
      </w:r>
    </w:p>
    <w:p>
      <w:r>
        <w:br/>
        <w:t>Цариця зачарувала своїх підданих. На кам'яні стовпи обернувся ліс, кам'яними хвилями застигав Дніпро.</w:t>
      </w:r>
    </w:p>
    <w:p>
      <w:r>
        <w:br/>
        <w:t>Недобудовані стояли оселі, люди гинули або ж розбігалися по всіх усюдах.</w:t>
      </w:r>
    </w:p>
    <w:p>
      <w:r>
        <w:br/>
        <w:t>На той час об'явився тут молодий парубок. Прозивали його Турхан. Воїн великої сили і щасливої вдачі. Чорнявий, очі мов іпекучі жарини, високий та ставний.</w:t>
      </w:r>
    </w:p>
    <w:p>
      <w:r>
        <w:br/>
        <w:t>Раніше його ймення було тутешнє, слов'янське. Але й він, і люди забули, яке саме, бо змалку опинився хлопець у кочівників у полоні. За силу й хоробрість здобув шану там.</w:t>
      </w:r>
    </w:p>
    <w:p>
      <w:r>
        <w:br/>
        <w:t>Якось поїхав з ханом на полювання. Довго шукали вони здобич, аж зустріли величезного і лютого гура-одинака. Заіржав, затанцював сполоханий кінь під ханом і поніс його на вірну смерть, на гострі роги. Один тільки парубок отой встиг зарадити лихові. Як блискавка майнув його аркан і зашморгнув могутню шию тура. Заревла звірина, засіпалась. І здався тур, і потягся за хлопцем, мов покірне теля. Зроду-віку (Кочівники не бачили такого.</w:t>
      </w:r>
    </w:p>
    <w:p>
      <w:r>
        <w:br/>
        <w:t>Віддячив хан. Відпустив на рідну землю хлопця і всіх полонених. Вони й розповіли, за віщо кочівники нарекли хлопця ханом — повелителем турів, або Тур ханом.</w:t>
      </w:r>
    </w:p>
    <w:p>
      <w:r>
        <w:br/>
        <w:t>Побачив Тур хан, як усе кам'яніє від дотику людського — дерева, трави, вода — і подався шукати царицю. Він був певен, що врятує людей.</w:t>
      </w:r>
    </w:p>
    <w:p>
      <w:r>
        <w:br/>
        <w:t>Відшукав Турхан царицю на синьому морі, на зеленому острові, в білому палаці. Вийшла до нього Дарина в оксамитовій сукні, одна половина котрої — ніч, а друга —день. На руках іскрились персні із зірок, волосся її мерехтіло блакитними хвилями моря, в очах коливались і мінилися всі барви лісів і трав. Побачила вона Турхана і пригадала людей з дніпрових круч.</w:t>
      </w:r>
    </w:p>
    <w:p>
      <w:r>
        <w:br/>
        <w:t>— А що, навчилися твої родичі шанувати мої володіння?</w:t>
      </w:r>
    </w:p>
    <w:p>
      <w:r>
        <w:br/>
        <w:t>Цей юнак їй нагадав людей такими, якими вона побачила їх вперше. Сильними, розумними, будівниками.</w:t>
      </w:r>
    </w:p>
    <w:p>
      <w:r>
        <w:br/>
        <w:t>Турхан відповів:</w:t>
      </w:r>
    </w:p>
    <w:p>
      <w:r>
        <w:br/>
        <w:t>— Як завжди, одні навчилися, інші — ні.</w:t>
      </w:r>
    </w:p>
    <w:p>
      <w:r>
        <w:br/>
        <w:t>— То я ще почекаю, доки навчаться. А ти лишайся в мене, хоробрий Турхане,— звернулася вона до воїна. Він чув наче й не голос, лиш повів вітру освіжив його обличчя, ласкавою солодкою втомою огорнув усього.</w:t>
      </w:r>
    </w:p>
    <w:p>
      <w:r>
        <w:br/>
        <w:t>Ступила вона ближче, глянула у вічі, і здалося їм обом, що знають одне одного давно, і тільки на цю зустріч чекали довго.</w:t>
      </w:r>
    </w:p>
    <w:p>
      <w:r>
        <w:br/>
        <w:t>— Це твій дім? — кивнув Турхан в бік білого палацу.</w:t>
      </w:r>
    </w:p>
    <w:p>
      <w:r>
        <w:br/>
        <w:t>Всміхнуласг Дарина — і сонячні зайчики замиготіли на вікнах палацу, майнули в зелені діброви.</w:t>
      </w:r>
    </w:p>
    <w:p>
      <w:r>
        <w:br/>
        <w:t>— Ні, це палац мого батька. А я зроду жила на дніпрових схилах. Твоє плем'я змусило мене покинути рідну землю,— і сумним став її голос, і глибокими од печалі стали її очі.</w:t>
      </w:r>
    </w:p>
    <w:p>
      <w:r>
        <w:br/>
        <w:t>Пожалів Турхан Дарину.</w:t>
      </w:r>
    </w:p>
    <w:p>
      <w:r>
        <w:br/>
        <w:t>— Не всі завинили перед тобою,— виправдувався він, а в душі й сам гнівався на людей.— А тепер, коли тебе немає, дуже важко стало їм, шкодують...</w:t>
      </w:r>
    </w:p>
    <w:p>
      <w:r>
        <w:br/>
        <w:t>— Я повернуся,— лагідно перебила вона його мову. — Тільки пізніше. Хочеш, ми повернемося разом?</w:t>
      </w:r>
    </w:p>
    <w:p>
      <w:r>
        <w:br/>
        <w:t>— Опустила йому легкі руки на плечі Дарина.</w:t>
      </w:r>
    </w:p>
    <w:p>
      <w:r>
        <w:br/>
        <w:t>— Ходімо, Турхане, я покажу тобі мою землю.</w:t>
      </w:r>
    </w:p>
    <w:p>
      <w:r>
        <w:br/>
        <w:t>З тої миті загубив відчуття часу Турхан. Здавалося йому, що минув день чи два, як зустрів він Дарину, а насправді промайнули роки. Не відчував цього Турхагі. Лагідний голос Дарини, її ласкава чарівність заспокоювали його.</w:t>
      </w:r>
    </w:p>
    <w:p>
      <w:r>
        <w:br/>
        <w:t>А плем'я людське зовсім вигибати стало. Турхана не було та й не було. Порадилися люди і вирушили в путь.</w:t>
      </w:r>
    </w:p>
    <w:p>
      <w:r>
        <w:br/>
        <w:t>Вийшов якось Турхан з палацу і побачив натовп. Це був його народ. Побачили його, загукали:</w:t>
      </w:r>
    </w:p>
    <w:p>
      <w:r>
        <w:br/>
        <w:t>— Сором тобі, зрадливий Турхане! Ти зневажив свій обов'язок і повинен вмерти! — блиснули на сонці мечі.</w:t>
      </w:r>
    </w:p>
    <w:p>
      <w:r>
        <w:br/>
        <w:t>Почула те Дарина, кинулася до коханого.</w:t>
      </w:r>
    </w:p>
    <w:p>
      <w:r>
        <w:br/>
        <w:t>Я накажу всім моїм підданим, лісам і ланам, степам і рікам, коритися вам, це я винна! — — вигукнула вона, та було вже пізно. Руки Дарини м'якими хмарками оповили вже мертву голову Турхана.</w:t>
      </w:r>
    </w:p>
    <w:p>
      <w:r>
        <w:br/>
        <w:t>Люди отямилися. Горе Дарини вже видавалося їм більшим, ніж власне. Та що було робити? Мечі та гнів уже зробили свою справу. І тоді забрали з собою вони тіло Турхана і поховали на дніпровому острові.</w:t>
      </w:r>
    </w:p>
    <w:p>
      <w:r>
        <w:br/>
        <w:t>Дарина м'яким піском встелила його береги. Високі дерева шуміли над ним, чисті джерела вигравали свої вічні пісеньки. І нарекли люди той острів Турхановим, а цариця Дарина подарувала йому хист оповідати казки.</w:t>
      </w:r>
    </w:p>
    <w:p>
      <w:r>
        <w:br/>
        <w:t>Кожного літа, як тільки зашумлять гаї, острів починає з давньої історії про Дарину і Турхана. Про їхнє велике кохання, яке заповіла цариця людям, а щасливим воно може бути лише в того, хто ні на мить не забуває про долю інших людей.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