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Дивна данина</w:t>
      </w:r>
    </w:p>
    <w:p>
      <w:r>
        <w:br/>
        <w:t xml:space="preserve"> &lt;p&gt;І знову минули літа. Поховали князя Кия, а за ним і Щека і Хорива не стало. А кожного поховали на горі, де поселився був і жив. Кия на горі, де був в'їзд Боричів, Щека на горі, що від нього й прозвали її Щекавицею, Хорива на горі, що теж від нього прозвали Хоривицею. Нестало й Руслана й Либеді не стало. І вимер Київ рід.</w:t>
      </w:r>
    </w:p>
    <w:p>
      <w:r>
        <w:br/>
        <w:t>Тоді серед киян настали свари й чвари. Муж на мужа, рід на рід наставав. Із незгоди їх користали сусіди. Стали нападати на київські землі, а вже найбільше докучали киянам деревляни. Настали тривожні часи, підупадало хліборобство, підупадав промисел, підупадала торгівля.</w:t>
      </w:r>
    </w:p>
    <w:p>
      <w:r>
        <w:br/>
        <w:t>І кажуть гості хозарські, що вернулися раз із Києва в Ітиль, хозарську столицю:</w:t>
      </w:r>
    </w:p>
    <w:p>
      <w:r>
        <w:br/>
        <w:t>— Ослабіли кияни, можна їх використати тепер, зажадати в них данини за обіцянку оборони перед сусідами.</w:t>
      </w:r>
    </w:p>
    <w:p>
      <w:r>
        <w:br/>
        <w:t>І послав хозарський каган послів у Київ.</w:t>
      </w:r>
    </w:p>
    <w:p>
      <w:r>
        <w:br/>
        <w:t>— Кияни! Деревляни й інші ваші сусіди не дають вам спокою, напастують вас. Дайте нам данину, а ми боронитимемо вас — переказав послами.</w:t>
      </w:r>
    </w:p>
    <w:p>
      <w:r>
        <w:br/>
        <w:t>І зійшлися кияни на раду: дати хозарам данину, чи не дати? Були такі, що казали, щоб не давати данини. А найбільше був проти данини Боємир Лютославич, молодий боярин.</w:t>
      </w:r>
    </w:p>
    <w:p>
      <w:r>
        <w:br/>
        <w:t>— Данина, це ж неволя — говорив він. — Будемо згідні, то оборонимося.</w:t>
      </w:r>
    </w:p>
    <w:p>
      <w:r>
        <w:br/>
        <w:t>Та більшість була за тим, щоб дати хозарам данину.</w:t>
      </w:r>
    </w:p>
    <w:p>
      <w:r>
        <w:br/>
        <w:t>— Багато ворогів маємо, не дамо їм ради самі — казали.</w:t>
      </w:r>
    </w:p>
    <w:p>
      <w:r>
        <w:br/>
        <w:t>Бачить Боємир, що більшість киян за данинy і знову говорить:</w:t>
      </w:r>
    </w:p>
    <w:p>
      <w:r>
        <w:br/>
        <w:t>— Коли вже маємо давати данину, то не таку, як звичайно дають підбиті переможцям. Даймо їм по мечеві від диму.</w:t>
      </w:r>
    </w:p>
    <w:p>
      <w:r>
        <w:br/>
        <w:t>Нехай знають, що ми не без зброї. Сподобалася Боємирова рада киянам.</w:t>
      </w:r>
    </w:p>
    <w:p>
      <w:r>
        <w:br/>
        <w:t>— Згода — кажуть — даймо по мечеві від диму.</w:t>
      </w:r>
    </w:p>
    <w:p>
      <w:r>
        <w:br/>
        <w:t>Дали. І понесли хозарські посли данину в Ітиль каганові своєму та старшинам своїм і кажуть:</w:t>
      </w:r>
    </w:p>
    <w:p>
      <w:r>
        <w:br/>
        <w:t>— Це найшли ми данину нову.</w:t>
      </w:r>
    </w:p>
    <w:p>
      <w:r>
        <w:br/>
        <w:t>І питаються каган і старшини:</w:t>
      </w:r>
    </w:p>
    <w:p>
      <w:r>
        <w:br/>
        <w:t>— Що ж дали?</w:t>
      </w:r>
    </w:p>
    <w:p>
      <w:r>
        <w:br/>
        <w:t>А посли показали мечі.</w:t>
      </w:r>
    </w:p>
    <w:p>
      <w:r>
        <w:br/>
        <w:t>А хозарські старшини, як побачили дивну данину, сказали:</w:t>
      </w:r>
    </w:p>
    <w:p>
      <w:r>
        <w:br/>
        <w:t>— Недобра це данина, могутній кагане! Ми воюємо зброєю, на один бік гострою, цебто шаблями. А їх зброя гостра на обидва боки, вони мають мечі. Вони будуть іще брати данину від нас і від інших країн.</w:t>
      </w:r>
    </w:p>
    <w:p>
      <w:r>
        <w:br/>
        <w:t>Задумався каган, а вкінці каже:</w:t>
      </w:r>
    </w:p>
    <w:p>
      <w:r>
        <w:br/>
        <w:t>— Яку дають, таку берім. Мечі придадуться.</w:t>
      </w:r>
    </w:p>
    <w:p>
      <w:r>
        <w:br/>
        <w:t>І прийняв каган київську данину.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Дивна данина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