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Дівчинка під парашутом</w:t>
      </w:r>
    </w:p>
    <w:p>
      <w:r>
        <w:br/>
        <w:t xml:space="preserve"> &lt;p&gt;ГАНДЗЯ ГОЛУБКА</w:t>
      </w:r>
    </w:p>
    <w:p>
      <w:r>
        <w:br/>
        <w:t>Високо під хмарами гудів літак. Він підіймався все вище й вище, наче хотів дістатись аж до сонця. Чим вище підіймався, тим меншим здавався з землі. Завбільшки він уже був як галка, а гудів, ніби джміль.</w:t>
      </w:r>
    </w:p>
    <w:p>
      <w:r>
        <w:br/>
        <w:t>Але то був великий літак. Він мав вісім моторів. Кожен мотор крутив пропелер. Кожен мотор був дужий, як тисяча коней. Кожен пропелер обертався дві тисячі разів на хвилину.</w:t>
      </w:r>
    </w:p>
    <w:p>
      <w:r>
        <w:br/>
        <w:t>На тому літаку летіло двадцятеро людей. Пілот і його троє помічників везли пасажирів.</w:t>
      </w:r>
    </w:p>
    <w:p>
      <w:r>
        <w:br/>
        <w:t>Серед пасажирів була маленька дівчинка Гандзя Голубка. Вона летіла із своєю мамою. Гандзі не було ще й двох років. Але вона вже вміла добре бігати і вимовляти багато, багато слів.</w:t>
      </w:r>
    </w:p>
    <w:p>
      <w:r>
        <w:br/>
        <w:t>— Мамо,— кричала дівчинка,— ми скоро до сонечка долетимо?!</w:t>
      </w:r>
    </w:p>
    <w:p>
      <w:r>
        <w:br/>
        <w:t>Мама усміхалась, але нічого не відповідала. Вісім моторів так сильно ревіли, що вона нічого не чула.</w:t>
      </w:r>
    </w:p>
    <w:p>
      <w:r>
        <w:br/>
        <w:t>ПОЖЕЖА НА ЛІТАКУ</w:t>
      </w:r>
    </w:p>
    <w:p>
      <w:r>
        <w:br/>
        <w:t>Літак залетів у густі, чорні хмари. Зникли земля і небо Пілот, що керував літаком, нахмурився.</w:t>
      </w:r>
    </w:p>
    <w:p>
      <w:r>
        <w:br/>
        <w:t>Він хотів піднятись вище. Але хмара була така товстелезна, що літак ніяк не міг із неї вийти. Тоді пілот обережно повів свою машину донизу.</w:t>
      </w:r>
    </w:p>
    <w:p>
      <w:r>
        <w:br/>
        <w:t>Коли враз, на один момент, ніби полум'я освітило літак. Майже одночасно щось загриміло, перемагаючи гул моторів. Знов блиснуло й знов загриміло. Ще щільніше притулилася Гандзя до мами. Пасажири злякано подивились один на одного. Це блискала блискавка і гримів грім. З тієї хмари йшов сильний дощ. Коли це літак ніби похитнувся, загриміло ще дужче, і люди почули запах диму. То блискавка вдарила в крило літака і запалила його.</w:t>
      </w:r>
    </w:p>
    <w:p>
      <w:r>
        <w:br/>
        <w:t>На літаку почалась пожежа. Страх охопив пасажирів. Гандзина мати зомліла.</w:t>
      </w:r>
    </w:p>
    <w:p>
      <w:r>
        <w:br/>
        <w:t>РЯТУВАННЯ НА ПАРАШУТАХ</w:t>
      </w:r>
    </w:p>
    <w:p>
      <w:r>
        <w:br/>
        <w:t>Ліве крило літака було охоплене полум'ям. Раз за разом блискотіла блискавка, розсікаючи хмари. Грім безперервно то вибухав, то гуркотів, ніби котився по хмарах. Помічники пілота вскочили в кабіну до пасажирів.</w:t>
      </w:r>
    </w:p>
    <w:p>
      <w:r>
        <w:br/>
        <w:t>Вони прив'язували пасажирам парашути, як у морі під час небезпеки одягають рятівничі пояси.</w:t>
      </w:r>
    </w:p>
    <w:p>
      <w:r>
        <w:br/>
        <w:t>Одягши парашут, вони наказували стрибати з літака.</w:t>
      </w:r>
    </w:p>
    <w:p>
      <w:r>
        <w:br/>
        <w:t>Коли хто не хотів плигати, вони силоміць викидали його. Парашути були пристосовані так, що коли людина вистрибувала, вони самі собою розкривались і помаленьку спускали людину на землю.</w:t>
      </w:r>
    </w:p>
    <w:p>
      <w:r>
        <w:br/>
        <w:t>Швиденько одягли парашут на Гандзину маму і на Гандзю.</w:t>
      </w:r>
    </w:p>
    <w:p>
      <w:r>
        <w:br/>
        <w:t>Першою викинули маму. Вона випала з дверей кабіни і провалилась у густому тумані. Мама зникла, Гандзя крикнула од страху, і в ту же мить дівчинку теж скинули з літака. Останнім вистрибнув пілот.</w:t>
      </w:r>
    </w:p>
    <w:p>
      <w:r>
        <w:br/>
        <w:t>ЗОНТИКИ ПАДАЮТЬ З НЕБА</w:t>
      </w:r>
    </w:p>
    <w:p>
      <w:r>
        <w:br/>
        <w:t>Між селами простяглось велике колгоспне поле. Дощ попрогонив усіх, хто працював на тому полі. Лише в самому центрі поля в невеликому наметі заховалось декілька людей. Часом хтось з них визирав з намету подивитися, чи не зменшується злива.</w:t>
      </w:r>
    </w:p>
    <w:p>
      <w:r>
        <w:br/>
        <w:t>Коли дощ трохи перестав і кілька голів визирнуло з намету, вони побачили дивне явище. З хмар, просто на поле, падали великі білі зонти. Під тими зонтами на мотузках висіли люди. Ті, хто був у наметі, догадались, що ці зонти.— парашути.</w:t>
      </w:r>
    </w:p>
    <w:p>
      <w:r>
        <w:br/>
        <w:t>Але ніде не видно літака. Та раніш ніж перший парашут спустився на землю, з хмар вискочив охоплений полум'ям літак. Із страшною швидкістю він шугнув униз і жахливим ударом врізався в землю.</w:t>
      </w:r>
    </w:p>
    <w:p>
      <w:r>
        <w:br/>
        <w:t>Літак загинув. Його пасажири й пілоти повільно спустилися на парашутах. До них на допомогу побігли люди з намету.</w:t>
      </w:r>
    </w:p>
    <w:p>
      <w:r>
        <w:br/>
        <w:t>На полі приземлилось дев'ятнадцять парашутів. Одного не вистачало. Коли перевірили, хто спустився, виявилось, що не було Гандзі Голубки.</w:t>
      </w:r>
    </w:p>
    <w:p>
      <w:r>
        <w:br/>
        <w:t>ДЕ ГАНДЗЯ?</w:t>
      </w:r>
    </w:p>
    <w:p>
      <w:r>
        <w:br/>
        <w:t>Жах і туга охопили Гандзину матір. Вона думала що донька її загинула. Пілот і його помічники теж так думали.</w:t>
      </w:r>
    </w:p>
    <w:p>
      <w:r>
        <w:br/>
        <w:t>Але де впала дівчинка?</w:t>
      </w:r>
    </w:p>
    <w:p>
      <w:r>
        <w:br/>
        <w:t>Вони гадали, що коли вона впала, то, мабуть, поблизу великої станції, що стояла на краю поля. В напрямі од тієї станції летів літак, коли почалась пожежа. Почали розшукувати дівчинку. Багато людей вийшли на розшуки.</w:t>
      </w:r>
    </w:p>
    <w:p>
      <w:r>
        <w:br/>
        <w:t>Коли це на станцію переказали телефоном з сусідньої станції: "Над нами пролетів парашут. Вітер поніс його на схід, під парашутом прив'язано якийсь маленький вузлик".</w:t>
      </w:r>
    </w:p>
    <w:p>
      <w:r>
        <w:br/>
        <w:t>Далі надійшло з одного села телеграфом повідомлення: "З заходу на схід пронесло вітром парашут. Дуже низько. Здається, під парашутом щось живе".</w:t>
      </w:r>
    </w:p>
    <w:p>
      <w:r>
        <w:br/>
        <w:t>З третього місця дали знати по радіо: "Високо, під самими хмарами, пронесло вітром парашут на схід</w:t>
      </w:r>
    </w:p>
    <w:p>
      <w:r>
        <w:br/>
        <w:t>Радісно захвилювався пілот.</w:t>
      </w:r>
    </w:p>
    <w:p>
      <w:r>
        <w:br/>
        <w:t>З'явилась надія у Гандзиної матері. Послали телеграму в аеропорт, щоб вислали літак на розшуки дівчинки.</w:t>
      </w:r>
    </w:p>
    <w:p>
      <w:r>
        <w:br/>
        <w:t>ПІСЛЯ ДОЩУ</w:t>
      </w:r>
    </w:p>
    <w:p>
      <w:r>
        <w:br/>
        <w:t>Дощ перестав іти. Вітер шматував і розганяв залишки хмар.</w:t>
      </w:r>
    </w:p>
    <w:p>
      <w:r>
        <w:br/>
        <w:t>Той самий вітер надував, наче парус, парашут, під яким висіла прив'язана Гандзя.</w:t>
      </w:r>
    </w:p>
    <w:p>
      <w:r>
        <w:br/>
        <w:t>Парашут, звичайно, роблять так, щоб під вагою дорослої людини він повільно спустився до землі. Але маленька Гандзя важила дуже мало, і парашут, підтримуваний вітром, не міг приземлитися. Він плив у повітрі, наче паперовий змій, що вирвався з рук якогось хлопчика.</w:t>
      </w:r>
    </w:p>
    <w:p>
      <w:r>
        <w:br/>
        <w:t>Гандзі було тепло: коли літак потрапив у хмару і там похолоднішало, мати одягла її в тепле пальтечко, а на голову натягнула плетену шапочку.</w:t>
      </w:r>
    </w:p>
    <w:p>
      <w:r>
        <w:br/>
        <w:t>Дівчинка не боялась. Вона сиділа в мотузках, як у гамаку.</w:t>
      </w:r>
    </w:p>
    <w:p>
      <w:r>
        <w:br/>
        <w:t>Вітер ніс її поміж хмарами, то підносив вище, то спускав нижче. Вона бачила під собою маленькі села, великі міста, темно-зелені кущі лісу, вигинчасті ріки, тоненьку смужку залізниці, по якій біг поїзд. Часом унизу ворушились маленькі люди. Гандзя махала їм рученятами й весело щось гукала.</w:t>
      </w:r>
    </w:p>
    <w:p>
      <w:r>
        <w:br/>
        <w:t>Але вона не знала, що люди не чули її; підводячи голови, вони здивовано стежили за парашутом</w:t>
      </w:r>
    </w:p>
    <w:p>
      <w:r>
        <w:br/>
        <w:t>ХИЖАК</w:t>
      </w:r>
    </w:p>
    <w:p>
      <w:r>
        <w:br/>
        <w:t>Хмари ніби розтанули. Лише де-не-де пливли їх клапті, наче шматочки зчесаної вовни. Пригрівало сонечко, висушувало мокру землю після дощу.</w:t>
      </w:r>
    </w:p>
    <w:p>
      <w:r>
        <w:br/>
        <w:t>Високо в повітря піднявся жайворонок і защебетав, ніби заграв на сопілці. Але ж враз замовк і провалився вниз у траву. Його злякав дивний, незнаний птах величезного розміру, що з'явився над ним. То летів парашут із Гандзею Голубкою.</w:t>
      </w:r>
    </w:p>
    <w:p>
      <w:r>
        <w:br/>
        <w:t>Повз парашут пролетіла ворона. Вона лише трохи одлетіла вбік.</w:t>
      </w:r>
    </w:p>
    <w:p>
      <w:r>
        <w:br/>
        <w:t>Тільки горобці-молодці сміливою зграйкою наблизились до парашута, коли він знизився, і весело защебетали. Вони наче про щось розпитували Гандзю. Дівчинка, усміхаючись, замахала на них рукою. Але й горобці метнулись униз і поховалися в кущах. Вони теж чогось злякались. Горобці помітили в повітрі великого шуліку.</w:t>
      </w:r>
    </w:p>
    <w:p>
      <w:r>
        <w:br/>
        <w:t>В цей час вітер ніби зітхнув і підніс вгору парашут.</w:t>
      </w:r>
    </w:p>
    <w:p>
      <w:r>
        <w:br/>
        <w:t>ЛІТАК ШУКАЄ ДІВЧИНКУ</w:t>
      </w:r>
    </w:p>
    <w:p>
      <w:r>
        <w:br/>
        <w:t>На розшуки дівчинки вилетів літак. Це був одномоторний, маленький металевий птах. Він летів надзвичайно швидко. Пілот, що керував ним, був певний, що швидко наздожене і знайде парашут з дівчинкою.</w:t>
      </w:r>
    </w:p>
    <w:p>
      <w:r>
        <w:br/>
        <w:t>Він полетів над тими станціями, селами й містами, де бачили парашут. Летів він усе на схід, бо туди вітер поніс парашут.</w:t>
      </w:r>
    </w:p>
    <w:p>
      <w:r>
        <w:br/>
        <w:t>Летів він майже годину, а парашута все ж не бачив. Пілот не знав, що вітер тим часом змінив напрям. Тепер вітер віяв з півдня на північ і вже в іншому напрямі односив парашут з дівчинкою.</w:t>
      </w:r>
    </w:p>
    <w:p>
      <w:r>
        <w:br/>
        <w:t>У пілота в літаку компас. Поглядає пілот на компас, Щоб повернути на схід.</w:t>
      </w:r>
    </w:p>
    <w:p>
      <w:r>
        <w:br/>
        <w:t>"Куди,— думає,— вітер заніс її?"</w:t>
      </w:r>
    </w:p>
    <w:p>
      <w:r>
        <w:br/>
        <w:t>Коли пролітає над великим заводом. Високо над заводом здіймаються червоні муровані димарі. Дим стовпом з них виходить і, підхоплений вітром, хмарою котиться. Глянув пілот на компас і на той дим. Бачить, що дим односить на північ. Догадався, що вітер змінив напрям.</w:t>
      </w:r>
    </w:p>
    <w:p>
      <w:r>
        <w:br/>
        <w:t>НАПАД ШУЛІКИ</w:t>
      </w:r>
    </w:p>
    <w:p>
      <w:r>
        <w:br/>
        <w:t>Шуліка не встиг напасти на горобців. Але він шукав поживи. Погляд його зупинився на парашуті. Хижий птах помітив під парашутом маленьку дівчинку і вирішив напасти на неї. Стрепенувши крилами, він розставив їх проти вітру і піднявся вгору, вище парашута.</w:t>
      </w:r>
    </w:p>
    <w:p>
      <w:r>
        <w:br/>
        <w:t>Шуліка наздоганяв Гандзю. Розбишака літав круг неї, пильно придивляючись, щоб вибрати влучний момент для нападу. Він готувався з блискавичною швидкістю кинутись на свою жертву, вп'ястись у неї гострими пазурами і вдарити міцним дзьобом.</w:t>
      </w:r>
    </w:p>
    <w:p>
      <w:r>
        <w:br/>
        <w:t>Дівчинка не розуміла небезпеки. Вона сміялась до сонячного проміння і махала рученятами на шуліку. Вона думала, що птах хоче з нею гратися.</w:t>
      </w:r>
    </w:p>
    <w:p>
      <w:r>
        <w:br/>
        <w:t>Хижак у грізній мовчанці розправив крила, піднявся ще вище і шугнув вниз на дівчинку.</w:t>
      </w:r>
    </w:p>
    <w:p>
      <w:r>
        <w:br/>
        <w:t>НЕВДАЧА ПІЛОТА</w:t>
      </w:r>
    </w:p>
    <w:p>
      <w:r>
        <w:br/>
        <w:t>Шугаючи вниз, шуліка почув якесь гудіння.</w:t>
      </w:r>
    </w:p>
    <w:p>
      <w:r>
        <w:br/>
        <w:t>Швидше вітру до парашута наблизився літак.</w:t>
      </w:r>
    </w:p>
    <w:p>
      <w:r>
        <w:br/>
        <w:t>Напасник-шуліка розгубився вже в останній момент, коли його страшні пазури майже торкалися дівчинки. Він метнувся вбік. Літак наближався, і сполоханий хижак злякався стального птаха. Шуліка кинувся навтіки.</w:t>
      </w:r>
    </w:p>
    <w:p>
      <w:r>
        <w:br/>
        <w:t>Пілот, радий, що знайшов дівчинку з парашутом, кілька разів облетів навколо неї. Але як він не мудрував, щоб забрати її на літак, нічого не виходило. Літак летів надто швидко, щоб можна було взяти дівчинку. Коли б літак зачепив Гандзю з розгону, вона б загинула.</w:t>
      </w:r>
    </w:p>
    <w:p>
      <w:r>
        <w:br/>
        <w:t>А повільно летіти літак не міг.</w:t>
      </w:r>
    </w:p>
    <w:p>
      <w:r>
        <w:br/>
        <w:t>Треба було чекати, коли парашут сам собою спуститься на землю. Але тому, що Гандзя була дуже легка і точу, що повівав вітрець,— це мало статись ще не скоро.</w:t>
      </w:r>
    </w:p>
    <w:p>
      <w:r>
        <w:br/>
        <w:t>В цей час парашут проносило над аеродромом. Внизу видно було багато літаків. На рівному полі їм було зручно сідати. Пілот глянув униз, потім на Гандзю і махнув рукою. Він облишив парашут із дівчинкою і повів свою машину на посадку.</w:t>
      </w:r>
    </w:p>
    <w:p>
      <w:r>
        <w:br/>
        <w:t>ЛІТАК БЕЗ МОТОРА І ПРОПЕЛЕРА</w:t>
      </w:r>
    </w:p>
    <w:p>
      <w:r>
        <w:br/>
        <w:t>В повітря піднявся літак. За ним піднявся другий Вони були зв'язані мотузком. Перший тягнув другого. Другий не мав мотора — це був планер. Його на буксирі тяг за собою літак. У планері сиділа людина. Це був планерист</w:t>
      </w:r>
    </w:p>
    <w:p>
      <w:r>
        <w:br/>
        <w:t>Літак наздоганяв парашут із дівчинкою. Незабаром він зрівнявся з парашутом. Тоді планерист одчепив мотузок, що зв'язував планер і літак. З голосним гуркотом літак полетів геть. Планер залишився біля парашута.</w:t>
      </w:r>
    </w:p>
    <w:p>
      <w:r>
        <w:br/>
        <w:t>Навкруги було тихо. Наче великий птах, розставивши крила, тримався в повітрі планер. Йому не потрібні ні мотор, ні пропелер. Він летів повільно. Підвівши свій планер під парашут, планерист схопив руками дівчинку. Він перерізав мотузки і посадив її до себе на коліна</w:t>
      </w:r>
    </w:p>
    <w:p>
      <w:r>
        <w:br/>
        <w:t>По обличчю дівчинки текли сльози Вона подивилась на планериста і сказала:</w:t>
      </w:r>
    </w:p>
    <w:p>
      <w:r>
        <w:br/>
        <w:t>— Дядю, Гандзя їсти хоче.</w:t>
      </w:r>
    </w:p>
    <w:p>
      <w:r>
        <w:br/>
        <w:t>Планерист усміхнувся, погладив її по голівці і повів свій планер до землі.</w:t>
      </w:r>
    </w:p>
    <w:p>
      <w:r>
        <w:br/>
        <w:t>Геть у далечінь вітер односив порожній парашут.</w:t>
      </w:r>
    </w:p>
    <w:p>
      <w:r>
        <w:br/>
        <w:t>ТИХО... ШШ&amp;hellip; ШШ... ШШ&amp;hellip;</w:t>
      </w:r>
    </w:p>
    <w:p>
      <w:r>
        <w:br/>
        <w:t>Планер підлітав до свого аеродрому. Його зустрічали тисячі людей. Серед них стояла Гандзина мати. Її привезли сюди на літаку. Вона нетерпляче чекала, коли привезуть її маленьку доньку.</w:t>
      </w:r>
    </w:p>
    <w:p>
      <w:r>
        <w:br/>
        <w:t>Вже вечоріло. Кінчався довгий літній день. На аеродромі стояло кілька пілотів. Вони спостерігали, як заходить сонце, і казали, що завтра має бути гарна погода Потім один з них промовив:</w:t>
      </w:r>
    </w:p>
    <w:p>
      <w:r>
        <w:br/>
        <w:t>— Що з цієї дівчинки, Гандзі Голубки, що зазнала сьогодні таких надзвичайних пригод, буде, коли вона виросте? Може, пілотом буде?</w:t>
      </w:r>
    </w:p>
    <w:p>
      <w:r>
        <w:br/>
        <w:t>— Вона, мабуть, так налякалась,— відповів другий,— що ніколи вже до літака і не наблизиться.</w:t>
      </w:r>
    </w:p>
    <w:p>
      <w:r>
        <w:br/>
        <w:t>В цей час на найдальший куток аеродрому спустився планер. До нього підбігло кілька пілотів. З планера зійшов рятівник з дівчинкою в руках. Він щось сказав своїм товаришам, і вони побігли до тисячного натовпу, що стояв біля аеродрому. Ті кілька тисяч людей хотіли зустріти вигуками радості героя-планериста і Гандзю.</w:t>
      </w:r>
    </w:p>
    <w:p>
      <w:r>
        <w:br/>
        <w:t>Але ось товариші планериста наблизились до натовпу тисячі уст прошепотіли: шшш.. шш... ш...</w:t>
      </w:r>
    </w:p>
    <w:p>
      <w:r>
        <w:br/>
        <w:t>Всі замовкли.</w:t>
      </w:r>
    </w:p>
    <w:p>
      <w:r>
        <w:br/>
        <w:t>До натовпу наблизився планерист з дівчинкою, яка лежала в нього на руках.</w:t>
      </w:r>
    </w:p>
    <w:p>
      <w:r>
        <w:br/>
        <w:t>Стомлена денними пригодами, Гандзя Голубка спала міцним сном.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Дівчинка під парашутом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