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Дівчинка, котра шукала маму</w:t>
      </w:r>
    </w:p>
    <w:p>
      <w:r>
        <w:br/>
        <w:t xml:space="preserve"> &lt;p&gt;Розділ 1</w:t>
      </w:r>
    </w:p>
    <w:p>
      <w:r>
        <w:br/>
        <w:t>Жила на світі дівчинка. Така собі — ні мала й ні велика, здається, була вона трохи схожа й на ту, що якось Панною квітів стала. Мала сім років, а може, й менше. І не було в неї мами. В той час, як інші діти матір не тільки мали, а й могли щохвилини до неї прибігти, щось розказати, на щось поскаржитися, прилащитися чи помазатися. Це дуже смутило дівчинку, адже і їй часто хотілося прилащитися до когось. Натомість жила вона біля чужої жінки, яка тримала її з доброї ласки. Була вона, та жінка, така собі: ні добра й ні лиха, малу доглядала, часом трохи й любила, а все не так, як рідна мати.</w:t>
      </w:r>
    </w:p>
    <w:p>
      <w:r>
        <w:br/>
        <w:t>Сталося так, що чужа жінка, біля якої дівчинка знайшла притулок, насварила її і вдарила. І то ні за що, тільки за те, що мала розлила відро води, побила всього одну та й то дуже стару чашку і висипала на підлогу цукор саме в той момент, коли хотіла таємно набрати з нього собі ложечку. Отже, її вдарено — стало їй невесело, стало їй боляче й образливо, і народилися в її очах такі сльози, яких раніше й не відала. Величезні, тремкі й пекучі.</w:t>
      </w:r>
    </w:p>
    <w:p>
      <w:r>
        <w:br/>
        <w:t>Йшла дівчинка по стежці із отими слізьми на очах і дивилася крізь них на світ. І світ отой був оперезаний райдужними колами, барвистими смугами, в яких найбільше мигало червоного, а в тому трепеті, серед тих барв уздріла вона раптом перед собою на тій-таки стежці високу й гарну жінку. Та жінка йшла просто до неї і всміхалася так лагідно й гарно, що дівчинка аж зупинилася схвильовано й закричала:</w:t>
      </w:r>
    </w:p>
    <w:p>
      <w:r>
        <w:br/>
        <w:t>— Мамо! Мамо!</w:t>
      </w:r>
    </w:p>
    <w:p>
      <w:r>
        <w:br/>
        <w:t>І від того, що вона зупинилася так знагла, чи від того, що скрикнула так раптово, зірвалися їй із очей ті великі чарівні сльозини. І знову світ став як світ, і не грали в ньому райдужні кола, і зникли барви, а стежка із срібної стала звичайною, земляною. А що вчора пройшов дощ, то лежало на ній аж чотири калюжі, і до однієї з них підлетів горобець (також не казковий) та й пив собі воду, закидаючи голову, водночас навдокіл озираючись. І, звісна річ, не стало на стежці ніякої високої й гарної жінки, бо й не було її, а коли так, ніхто й не усміхався до заплаканої дівчинки — ще жалкіше й болючіше зробилось у неї на серці. Не витримала такого жалю маленька, струснула волоссячком і сказала сама до себе:</w:t>
      </w:r>
    </w:p>
    <w:p>
      <w:r>
        <w:br/>
        <w:t>— Хай там що, не повернуся я до жінки, яка мене ображає і б'є. Не бажаю, щоб мене ображали і били!</w:t>
      </w:r>
    </w:p>
    <w:p>
      <w:r>
        <w:br/>
        <w:t>А це подумала вона тому, що здалося їй: не може бути, щоб у цьому величезному й широкому світі та й не зустрілася їй справжня мама. А ще їй здалося: не може такого бути, щоб її справжня мама та й не ходила десь по срібних стежках. А може, вона, ота неіснуюча мама, також дівчинку шукає, очі собі проплакала? А що, коли я, вирішила тоді маленька, рушу їй назустріч, а що, коли я й собі почну її розшукувати, чи не знайдемося ми швидше? Отаке подумала собі дівчинка, і їй від того аж сонце ясніше засвітило.</w:t>
      </w:r>
    </w:p>
    <w:p>
      <w:r>
        <w:br/>
        <w:t>Оскільки ж стелилася перед нею порожня стежка (таж-бо й горобець, який пив воду, давно вже полетів), то й не спинялася вона, а рушила, недовго думаючи, у величезний і широкий світ. Покинула без жалю чужу жінку, що її образила й набила, і чужий дім, що його досі вважала за свій. Тільки й раз туди озирнулася — стояла там на ґанку чужа жінка, ота погана жінка, що так несправедливо й грубо з нею повелася, і дім отой чужий захитався в її визорі й почав розпливатися, ніби відбитий у воді. Почала хитатися й розпливатися жінка на ґанкові — розмилися вони, дім і людина, в її очах, на віки вічні, не було вже до них дівчинці повороту. А раз так, то більше вона й не озиралася.</w:t>
      </w:r>
    </w:p>
    <w:p>
      <w:r>
        <w:br/>
        <w:t>Йшла собі та йшла, а стежці кінця й краю не було, така вона була звивиста й довга. Розвертала дівчинка голівку в один і в другий бік, придивлялася пильно: а може, десь на цій стежці зустріне високу й гарну, що її побачила сьогодні крізь ясні кришталики власних сліз. А може, та висока й гарна почула її болісний погук і вже рушила їй назустріч?</w:t>
      </w:r>
    </w:p>
    <w:p>
      <w:r>
        <w:br/>
        <w:t>Отак дівчинка йшла не день і не два, спала собі під кущем, вкривалася лопуховим листком, а не плащем, а під голову мостила кулачка, була-бо бідненька така. І їла не без утіхи глодові яблучка та горіхи, а ще яблучка-кислиці, а ще й грушки-гнилиці. Були у неї в цій мандрівці й товариші — удень сонце, а увечері місяць. А ще мала вона клуночка, прив'язаного до палиці, і в тому клуночку спала загорнута лялька без руки й без одного ока, тиха й ласкава лялька, з якою, коли ставало дівчинці аж надто печально, вона й побалакати могла.</w:t>
      </w:r>
    </w:p>
    <w:p>
      <w:r>
        <w:br/>
        <w:t>Розділ 2</w:t>
      </w:r>
    </w:p>
    <w:p>
      <w:r>
        <w:br/>
        <w:t>Вже зовсім вона утомилася і зовсім змарніла. Та й зовсім утомилася її лялька в клуночку, що був прив'язаний до палиці, коли ж побачила хату під солом'яною стріхою, а біля неї — вишневий садок. На ґанок вийшла одягнена в темне жінка, і малій аж подих перехопило: чи не та це, котру шукає? Тому побігла чимдуж до хати, а жінка аж дашка до очей приклала, так виглядала її, маленьку.</w:t>
      </w:r>
    </w:p>
    <w:p>
      <w:r>
        <w:br/>
        <w:t>Але мала не добігла до порогу — щось її зупинило. Стала й дивилася, бо, може, трошки й засумнівалася: чи схожа ота жінка на високу й гарну, що їй привиділася була на стежці, чи, може, й це одна із чужих чужениць?</w:t>
      </w:r>
    </w:p>
    <w:p>
      <w:r>
        <w:br/>
        <w:t>— Чого на мене так дивишся, дівчинко? — лагідно спитала жінка.</w:t>
      </w:r>
    </w:p>
    <w:p>
      <w:r>
        <w:br/>
        <w:t>— Хе! — сказала мала й закусила губку.</w:t>
      </w:r>
    </w:p>
    <w:p>
      <w:r>
        <w:br/>
        <w:t>— Заблудилася ти, чи що?</w:t>
      </w:r>
    </w:p>
    <w:p>
      <w:r>
        <w:br/>
        <w:t>— Ні, я не заблудилася, — сказала мала, — Я жила в чужих людей, і ті люди мене образили. Скажіть, тьотю, це правда, що в кожної людини повинна бути мама?</w:t>
      </w:r>
    </w:p>
    <w:p>
      <w:r>
        <w:br/>
        <w:t>— Ходи, присядь на ґанкові, відпочинь, — так само лагідно сказала жінка. І здивувалася маленька, дивлячись на неї. Сумне-сумне обличчя та мала.</w:t>
      </w:r>
    </w:p>
    <w:p>
      <w:r>
        <w:br/>
        <w:t>— В кожної людини повинна бути мама, — сказала жінка, — А ти що, не знаєш цього?</w:t>
      </w:r>
    </w:p>
    <w:p>
      <w:r>
        <w:br/>
        <w:t>— Не знаю, — відповіла дівчинка, — А може, трошки й знаю. Якось я плакала і крізь сльози побачила срібну стежку. Скажіть, бувають срібні стежки?</w:t>
      </w:r>
    </w:p>
    <w:p>
      <w:r>
        <w:br/>
        <w:t>— Ну, коли дивишся крізь сльози, то бувають, — відповіла жінка.</w:t>
      </w:r>
    </w:p>
    <w:p>
      <w:r>
        <w:br/>
        <w:t>— Так от, побачила я срібну стежку. А на ній — отаку високу й гарну жінку, трохи й на вас схожу. Отож я й подумала: а може, це і є моя мама?</w:t>
      </w:r>
    </w:p>
    <w:p>
      <w:r>
        <w:br/>
        <w:t>— Де ж вона ділася?</w:t>
      </w:r>
    </w:p>
    <w:p>
      <w:r>
        <w:br/>
        <w:t>— Не знаю, — сказала дівчинка, — Просто я подумала: а може, це і є моя мама? То не ви були?</w:t>
      </w:r>
    </w:p>
    <w:p>
      <w:r>
        <w:br/>
        <w:t>— Ні, не я, — мовила сумно усміхаючись, жінка, — Це тобі привиділося.</w:t>
      </w:r>
    </w:p>
    <w:p>
      <w:r>
        <w:br/>
        <w:t>— А що таке привиділося? — спитала мала.</w:t>
      </w:r>
    </w:p>
    <w:p>
      <w:r>
        <w:br/>
        <w:t>— Коли бачиш щось, а його нема.</w:t>
      </w:r>
    </w:p>
    <w:p>
      <w:r>
        <w:br/>
        <w:t>— Як це так нема? — обурилася дівчинка, — Свою маму я завжди впізнаю.</w:t>
      </w:r>
    </w:p>
    <w:p>
      <w:r>
        <w:br/>
        <w:t>— То ж яка вона, твоя мама? — спитала жінка.</w:t>
      </w:r>
    </w:p>
    <w:p>
      <w:r>
        <w:br/>
        <w:t>— Гарна! — гаряче відповіла маленька, — Краща, розумніша й лагідніша за всіх.</w:t>
      </w:r>
    </w:p>
    <w:p>
      <w:r>
        <w:br/>
        <w:t>— Правильно тобі здається, — сказала жінка, й її обличчя стало ще смутніше. Подивилася на стежку, якою прийшла до них дівчинка, і начебто задумалася, — О, я, здається, починаю, тебе розуміти…</w:t>
      </w:r>
    </w:p>
    <w:p>
      <w:r>
        <w:br/>
        <w:t>— Знаєте, де моя мама? — спитала дівчинка.</w:t>
      </w:r>
    </w:p>
    <w:p>
      <w:r>
        <w:br/>
        <w:t>— Може, й знаю, бо від мене всі такі речі відходять, — відказала жінка, — Он подивися, — показала вона на небо, — Бачиш, Хмара сяє? То і є палац, куди відходять такі, як твоя мама.</w:t>
      </w:r>
    </w:p>
    <w:p>
      <w:r>
        <w:br/>
        <w:t>— Як так — відходять? — спитала дівчинка.</w:t>
      </w:r>
    </w:p>
    <w:p>
      <w:r>
        <w:br/>
        <w:t>— Хтозна-як, — сумно сказала жінка, — Часом спускається з неба дивна світляна драбина — це тоді, коли сонце з-за Хмари визирає. То, може, по тій драбині такі, як твоя мама, і йдуть.</w:t>
      </w:r>
    </w:p>
    <w:p>
      <w:r>
        <w:br/>
        <w:t>— А можна й мені туди дістатися? — спитала дівчинка.</w:t>
      </w:r>
    </w:p>
    <w:p>
      <w:r>
        <w:br/>
        <w:t>— Колись дістанешся, — смутно відказала жінка, — Але через багато-багато років. За життя туди не доступишся.</w:t>
      </w:r>
    </w:p>
    <w:p>
      <w:r>
        <w:br/>
        <w:t>— А чому ви сказали, що від вас такі речі відходять? — спитала мала, — Які речі, чому відходять і чому від вас?</w:t>
      </w:r>
    </w:p>
    <w:p>
      <w:r>
        <w:br/>
        <w:t>— Ну, про це ти пізніше дізнаєшся, — смутно усміхнулася жінка.</w:t>
      </w:r>
    </w:p>
    <w:p>
      <w:r>
        <w:br/>
        <w:t>— Що ж мені робити? — спитала розпачливо маленька.</w:t>
      </w:r>
    </w:p>
    <w:p>
      <w:r>
        <w:br/>
        <w:t>— Знаєш, що роблять, коли в дитини загубиться іграшка? Їй купують таку саму, тільки іншу.</w:t>
      </w:r>
    </w:p>
    <w:p>
      <w:r>
        <w:br/>
        <w:t>— Хіба так можна? — спитала з сумнівом дівчинка, — Мама — не іграшка…</w:t>
      </w:r>
    </w:p>
    <w:p>
      <w:r>
        <w:br/>
        <w:t>— Правильно, — відказала жінка, — Але одне тобі залишається: коли нема в тебе мами, придумай її. Або ж знайди її в чужій людині. Хочеш, і в мене можеш залишитися. Я не маю дітей, то тебе б і взяла. Сама ж сказала, що я трохи подібна до твоєї мами. Допомагатимеш мені — й житимемо. Спробую стати тобі мамою.</w:t>
      </w:r>
    </w:p>
    <w:p>
      <w:r>
        <w:br/>
        <w:t>Казала це жінка, але на малу не дивилася. І голос у неї чудний був: повільний, розтяглий, смутний, ніби й неживий трохи.</w:t>
      </w:r>
    </w:p>
    <w:p>
      <w:r>
        <w:br/>
        <w:t>— Я вже пробувала, — мовила маленька, — Але та жінка, в якій я шукала маму, зовсім не моя мама.</w:t>
      </w:r>
    </w:p>
    <w:p>
      <w:r>
        <w:br/>
        <w:t>— Спробуй ще раз, — сказала жінка, — Коли будеш слухняною, старанною, коли добре працюватимеш, то, може, у мені й знайдеш свою маму.</w:t>
      </w:r>
    </w:p>
    <w:p>
      <w:r>
        <w:br/>
        <w:t>— Гаразд, — відповіла дівчинка і подивилася на чудову, срібно обрізану Хмару, — Коли й ви кажете, що так можна знайти маму, я спробую.</w:t>
      </w:r>
    </w:p>
    <w:p>
      <w:r>
        <w:br/>
        <w:t>— От-от, — мовила жінка трохи веселіше і навіть зирнула на малу, — Я ж спробую знайти в тобі свою доню, бо ніколи не мала дітей. Не кваплю тебе, подумай.</w:t>
      </w:r>
    </w:p>
    <w:p>
      <w:r>
        <w:br/>
        <w:t>Дівчинка подумала трошки, роззирнулася навчиш — онде стежка, яка її сюди привела. Подумала ще трошки, а тоді зирнула на Хмару — велика й весела та була. Подивилася на жінку, на її дім, на ґанок, де сиділа, й на павутину, що звисала з перила. Хотілося й не хотілося їй тут залишатися, але ноги їй гули від утоми, а очі аж по вінця налилися важкою сірою водою. В дорозі сукенка її забруднилася, а сандалики аж зовсім розтопталися.</w:t>
      </w:r>
    </w:p>
    <w:p>
      <w:r>
        <w:br/>
        <w:t>— Гаразд, — зітхнула дівчинка, — Хай буде так, як ви кажете…</w:t>
      </w:r>
    </w:p>
    <w:p>
      <w:r>
        <w:br/>
        <w:t>І вона почала жити в тієї жінки. Та ніколи її не сварила, навіть коли мала відро з водою перекидала, навіть коли та чашку розбила, навіть коли цукор висипала, бажаючи потай набрати собі ложечку. Ранками, коли сходило сонце, жінка розчісувала повільно довге, темне волосся малої і зав'язувала в коси стрічки, але все чорні. Вдягла її в чорну плахточку і у вишиту чорним сорочечку. На ніч співала гарних, але смутних пісень, і хоч тішилася дівчинкою й лагідно до неї говорила, сама ж весела не була ніколи. Часто й сльози капали їй з очей, а коли розпитувала дівчинка, що з нею таке, ніколи не відповідала. Навіть милуючи малу, ніколи не всміхалася, ніколи не раділа, ніколи не жартувала.</w:t>
      </w:r>
    </w:p>
    <w:p>
      <w:r>
        <w:br/>
        <w:t>А рухи мала жінка повільні, наче завчені, а коли ходила по хаті, здавалося — не жива людина це снує, а тінь. Від того дуже невесело було у їхній хаті, та й хата була темна, з мацюпусенькими сірими віконцями, вся сірим павутинням заснована. Тому й дівчинка рідко сміялася, рідко коли жартувала, а вночі їй снилися дивні сни.</w:t>
      </w:r>
    </w:p>
    <w:p>
      <w:r>
        <w:br/>
        <w:t>Бачила вона якихось дивних сірих істот, котрі скавуліли, плакали й ячали, чула пісні печальні й протяжні, і ходили ті істоти по чорній траві. І тільки раз привиділася їй стежка, ота сама срібна стежка, і тільки раз їй привиділася висока й гарна жінка. Така знайома й рідна, яка їй щось казала самими вустами. Та за тими скавулінням, плачем і ячанням не могла дівчинка розібрати її слів. І от саме в той ранок, коли прокинулася дівчинка після того видіння, побачила вона над собою схилене лице своєї нової матері — і здригнулася мимовільно й сахнулася: уздріла в тому обличчі щось безнадійно чуже.</w:t>
      </w:r>
    </w:p>
    <w:p>
      <w:r>
        <w:br/>
        <w:t>Після того задумалася дівчинка: ні, справжня мама повинна бути не така, справжній мамі чого б ото вічно смутитися, справжній мамі чому б не сміятися до своєї дитини? Тому втекла з дому, забилася у глухий кут, зарослий бур'яном, і довго дивилася на небо. Бачила там блискучу срібну Хмару й уявляла на ній блискучий срібний палац, у якому мала б жити висока й гарна, котра так чудово всміхається. І знову проступили в неї на очах сльози, кришталики сліз, і дивилася вона на райдужні кола, на барви, в яких найбільше було червоного, але цього разу на стежці не побачила нікого — жаль їй стало, дивний біль торкнувся її серця.</w:t>
      </w:r>
    </w:p>
    <w:p>
      <w:r>
        <w:br/>
        <w:t>— А що, Галю, — сказала вона своїй ляльці, — невесело нам живеться?</w:t>
      </w:r>
    </w:p>
    <w:p>
      <w:r>
        <w:br/>
        <w:t>— Невесело, — відповіла лялька і моргнула своїм єдиним оком.</w:t>
      </w:r>
    </w:p>
    <w:p>
      <w:r>
        <w:br/>
        <w:t>— Ця моя нова господиня чудна, — сказала ляльці, — Не знаєш чому?</w:t>
      </w:r>
    </w:p>
    <w:p>
      <w:r>
        <w:br/>
        <w:t>— Не знаю чому, — відповіла лялька.</w:t>
      </w:r>
    </w:p>
    <w:p>
      <w:r>
        <w:br/>
        <w:t>— Тому що вона смутна й невесела.</w:t>
      </w:r>
    </w:p>
    <w:p>
      <w:r>
        <w:br/>
        <w:t>— Сумна й невесела, — сказала лялька.</w:t>
      </w:r>
    </w:p>
    <w:p>
      <w:r>
        <w:br/>
        <w:t>— А сумна й невесела чи ж може стати моєю мамою?</w:t>
      </w:r>
    </w:p>
    <w:p>
      <w:r>
        <w:br/>
        <w:t>— Таки не може, — сказала лялька.</w:t>
      </w:r>
    </w:p>
    <w:p>
      <w:r>
        <w:br/>
        <w:t>— Що ж мені робити, Галю?</w:t>
      </w:r>
    </w:p>
    <w:p>
      <w:r>
        <w:br/>
        <w:t>— Щось роби, — сказала лялька, — Бо все, що ти зробиш, — зробиш.</w:t>
      </w:r>
    </w:p>
    <w:p>
      <w:r>
        <w:br/>
        <w:t>— Не смійся з мене! — мовила крізь сльози дівчинка, — Не смійся, бо я сама не знаю, що ліпше, а що гірше. Що воно і як воно?</w:t>
      </w:r>
    </w:p>
    <w:p>
      <w:r>
        <w:br/>
        <w:t>— А що воно і як воно? — спитала лялька.</w:t>
      </w:r>
    </w:p>
    <w:p>
      <w:r>
        <w:br/>
        <w:t>— Не базікай! — закричала дівчинка і навіть дала своїй ляльці Галі лупанця. І лялька після того й справді замовкла, бо чого б це вона не ображалася на лупани, коли її господиня через те і чужу жінку покинула? Ноги в неї мотилялися як неживі, єдина рука виставилася вперед, а єдине око аж заблищало від образи.</w:t>
      </w:r>
    </w:p>
    <w:p>
      <w:r>
        <w:br/>
        <w:t>— Отака я в тебе нерозумна, — сказала дівчинка, — набила тебе, а не знаю чому.</w:t>
      </w:r>
    </w:p>
    <w:p>
      <w:r>
        <w:br/>
        <w:t>— Бо ти нерозумна, — прошепотіла ледь чутно лялька.</w:t>
      </w:r>
    </w:p>
    <w:p>
      <w:r>
        <w:br/>
        <w:t>Тоді дівчинка пригорнула ляльку до себе, притулила до грудей, обцілувала її, і вони трошки разом і поплакали. А потім вони в тому закутку, в бур'янах, сміялися й шепотілися, бо хоч і сварилися часом, а одна без одної таки не могли…</w:t>
      </w:r>
    </w:p>
    <w:p>
      <w:r>
        <w:br/>
        <w:t>Чотири скрині було в їхній хаті. Чотири міддю й залізом окуті скрині. Спершу не відала дівчинка, що в тих скринях, бо коли мала відчиняти скрині, господиня відсилала маленьку надвір. Дівчинка була слухняна і йшла, навіть у вікно не підглядала, а коли поверталася, скрині були знову замкнуті і холодно світили начищеним залізом та міддю. Сама ж жінка ставала після того ще печальніша, тільки пригортала до себе малу, начебто трошки й розпогоджувалася. Працювати ж дівчинці у неї випадало небагато: пряли вони з жінкою пряжу і сукали з неї нитки.</w:t>
      </w:r>
    </w:p>
    <w:p>
      <w:r>
        <w:br/>
        <w:t>— Так мені дивно у вас жити, — сказала якось дівчинка.</w:t>
      </w:r>
    </w:p>
    <w:p>
      <w:r>
        <w:br/>
        <w:t>— Чому ж дивно? — спитала жінка.</w:t>
      </w:r>
    </w:p>
    <w:p>
      <w:r>
        <w:br/>
        <w:t>— Бо ви смутні й невеселі, — сказала маленька, — Мені біля вас самій смутно робиться. Чому ви смутні й невеселі?</w:t>
      </w:r>
    </w:p>
    <w:p>
      <w:r>
        <w:br/>
        <w:t>— Так і мусить бути, — сказала жінка й погладила малу по голові.</w:t>
      </w:r>
    </w:p>
    <w:p>
      <w:r>
        <w:br/>
        <w:t>— Чому ж мусить бути?</w:t>
      </w:r>
    </w:p>
    <w:p>
      <w:r>
        <w:br/>
        <w:t>— Могла б уже здогадатися, стільки в мене проживши. Я — королева Печалі, — сказала жінка, — А оці скрині… Не знаю, чи й казати тобі дочасно?.. Не доросла ти, не знаю, чи зрозумієш…</w:t>
      </w:r>
    </w:p>
    <w:p>
      <w:r>
        <w:br/>
        <w:t>Дівчинка подивилася на королеву Печалі широкими очима: трохи страшно їй стало.</w:t>
      </w:r>
    </w:p>
    <w:p>
      <w:r>
        <w:br/>
        <w:t>— Еге ж, я — королева Печалі, — повторила жінка і пригорнула до себе дитину, — І робота моя: посилати смуток і печаль на землю. У цих скринях вони й заховані: в одній — Смуток, а в другій — Печаль…</w:t>
      </w:r>
    </w:p>
    <w:p>
      <w:r>
        <w:br/>
        <w:t>— А що в тих двох? — спитала дівчинка.</w:t>
      </w:r>
    </w:p>
    <w:p>
      <w:r>
        <w:br/>
        <w:t>— А в тих двох — Горе й Біда, — сказала жінка й гірко похилилася, — Тяжко мені з такою роботою, от я й згодилася донечку собі взяти. Чи гаразд тобі в мене живеться, дитино?</w:t>
      </w:r>
    </w:p>
    <w:p>
      <w:r>
        <w:br/>
        <w:t>— Гаразд, — прошепотіла дівчинка, — Тільки дивно якось!</w:t>
      </w:r>
    </w:p>
    <w:p>
      <w:r>
        <w:br/>
        <w:t>— А ти не дивуй, — сказала жінка, в її чорних очах вперше заграли блискучі іскри, — Дивися на мене і знаходь у мені свою маму. Шукай її, шукай і люби. Тоді, може, і я веселіша стану.</w:t>
      </w:r>
    </w:p>
    <w:p>
      <w:r>
        <w:br/>
        <w:t>Але дівчинка в цей день найменше бачила в ній маму. Вона затремтіла, як осиковий листок, злякано зирнула на скрині, що стояли в хаті. І здалося їй, що почула тихий плач, стогони, скавуління і ячання: хтось ніби жалівся, скаржився — покотилися з її очей сльози.</w:t>
      </w:r>
    </w:p>
    <w:p>
      <w:r>
        <w:br/>
        <w:t>— Чому плачеш, маленька? — ніжно оповила її руками жінка, — Не хочу, щоб ти журилася.</w:t>
      </w:r>
    </w:p>
    <w:p>
      <w:r>
        <w:br/>
        <w:t>Але натомість і сама зронила на голівку малої холодну сльозу і заридала ще гіркіше, ніж та.</w:t>
      </w:r>
    </w:p>
    <w:p>
      <w:r>
        <w:br/>
        <w:t>— Ось бачиш, як ми з тобою веселимося, — відштовхнула легенько дівчинку королева, — Замість тішити одна одну, плачемо… А я тебе й справді полюбила… Справді хочу, щоб ти стала мені донькою.</w:t>
      </w:r>
    </w:p>
    <w:p>
      <w:r>
        <w:br/>
        <w:t>— А коли я виросту? — запитала тихо дівчинка.</w:t>
      </w:r>
    </w:p>
    <w:p>
      <w:r>
        <w:br/>
        <w:t>— Заміниш коло цих скринь мене…</w:t>
      </w:r>
    </w:p>
    <w:p>
      <w:r>
        <w:br/>
        <w:t>В той день знову пішла мала у свій зарослий бур'янами закуток і, як ніколи доти, задивилася в небо. З тугою вдивлялася вона в те небо, аж пристрасно простягала руки до блискучої й веселої Хмари. І сталося раптом диво: знову вибилися їй на очі два прозорі чарівні кришталики, і втретє побачила вона срібну стежку, а на ній — високу й гарну жінку.</w:t>
      </w:r>
    </w:p>
    <w:p>
      <w:r>
        <w:br/>
        <w:t>— Мамо, мамо! — зашепотіла дівчинка, ламаючи руки, — Мамо, мамо, як мені тебе знайти?</w:t>
      </w:r>
    </w:p>
    <w:p>
      <w:r>
        <w:br/>
        <w:t>І від того, що вона заламала так руки, чи від того, що струснула голівкою, знову зронилися на землю кришталики і знову порожньо засвітилася перед нею стежка, на якій виблискували чотири калюжі, і з однієї смішно пив воду горобець. І не було на тій стежці ніякої жінки, і ніхто не всміхався до заплаканої дівчинки, а раз так, жалко й боляче зробилося їй на серці і знову забалакала вона до своєї ляльки:</w:t>
      </w:r>
    </w:p>
    <w:p>
      <w:r>
        <w:br/>
        <w:t>— Недобре мені, Галю, в цій новій хаті, ой недобре!..</w:t>
      </w:r>
    </w:p>
    <w:p>
      <w:r>
        <w:br/>
        <w:t>— Недобре, — згодилася лялька.</w:t>
      </w:r>
    </w:p>
    <w:p>
      <w:r>
        <w:br/>
        <w:t>— Яка мені радість стати колись королевою Смутку й Печалі?</w:t>
      </w:r>
    </w:p>
    <w:p>
      <w:r>
        <w:br/>
        <w:t>— Нема радості від смутку й печалі, — зітхнула лялька.</w:t>
      </w:r>
    </w:p>
    <w:p>
      <w:r>
        <w:br/>
        <w:t>— Не знайду я в королеві Смутку своєї мами.</w:t>
      </w:r>
    </w:p>
    <w:p>
      <w:r>
        <w:br/>
        <w:t>— Еге ж, не знайдеш.</w:t>
      </w:r>
    </w:p>
    <w:p>
      <w:r>
        <w:br/>
        <w:t>— То що ж мені робити?</w:t>
      </w:r>
    </w:p>
    <w:p>
      <w:r>
        <w:br/>
        <w:t>— Щось роби, — сказала лялька, — Бо що тобі робити?</w:t>
      </w:r>
    </w:p>
    <w:p>
      <w:r>
        <w:br/>
        <w:t>— Втекти мені хочеться звідси.</w:t>
      </w:r>
    </w:p>
    <w:p>
      <w:r>
        <w:br/>
        <w:t>— То й треба тікать, — сказала лялька.</w:t>
      </w:r>
    </w:p>
    <w:p>
      <w:r>
        <w:br/>
        <w:t>— Ти так вважаєш?</w:t>
      </w:r>
    </w:p>
    <w:p>
      <w:r>
        <w:br/>
        <w:t>— Еге ж, я так вважаю.</w:t>
      </w:r>
    </w:p>
    <w:p>
      <w:r>
        <w:br/>
        <w:t>— А що, коли й на нас вона нашле Горе й Біду?</w:t>
      </w:r>
    </w:p>
    <w:p>
      <w:r>
        <w:br/>
        <w:t>— Коли нашле, втікати будемо. Й утечемо.</w:t>
      </w:r>
    </w:p>
    <w:p>
      <w:r>
        <w:br/>
        <w:t>— Еге ж, утечемо, а коли ні?</w:t>
      </w:r>
    </w:p>
    <w:p>
      <w:r>
        <w:br/>
        <w:t>— То щось тоді робити будемо, — сказала лялька.</w:t>
      </w:r>
    </w:p>
    <w:p>
      <w:r>
        <w:br/>
        <w:t>На те слово дівчинка встала і, недовго думаючи, пішла у світ, покинувши цей край і хату під солом'яною стріхою, на ґанку якої стояла вдягнена в чорне жінка і, приклавши долоню до лоба, смутно дивилася. Текли їй по щоках сльози, а губи кривилися від болю.</w:t>
      </w:r>
    </w:p>
    <w:p>
      <w:r>
        <w:br/>
        <w:t>Але раптом скинула рукою жінка, ніби хотіла затримати дівчинку, і на той рух самі собою розчинилися широко двері і викотилися з них Горе і Біда. Горе було високе й тонке і на худих ногах, а Біда широка, кругла, начебто бочка. Як побачили те дівчинка з лялькою Галею, кинулися вони тікати, а за ними помчалося довге Горе і котилася, гримлячи, кругла і груба Біда. Щось вони кричали, щось горлали, ячали, репетували, чимось рипіли, скавчали, свистіли, але дівчинка мчала і мчала, аж духу їй не ставало. Дорогу їй перерізав яр, і вона покотилася вниз, притискаючи до грудей ляльку. А в яру була глиняна печерка. Вискочила туди дівчинка, скулилася і зробилася маленька і дрібненька, а серденько їй у грудях колотилося і підстрибувало. Горе ж перескочило через яр і помчало далі, а Біда високо злетіла в повітря і так само промчала мимо. І кричали, й вищали, і свистіли, і подаленіли — були-бо нерозумні і в думку не клали, що хтось від них може в печерці сховатися.</w:t>
      </w:r>
    </w:p>
    <w:p>
      <w:r>
        <w:br/>
        <w:t>А коли все стихло, коли знову заспівали пташки, а на дні яру задзвенів струмок, коли перестало битися і вириватися з грудей серденько маленької, зітхнула вона й вилізла з яру. Тихо було і ясно, світило сонце і палало навдокіл осіннє листя.</w:t>
      </w:r>
    </w:p>
    <w:p>
      <w:r>
        <w:br/>
        <w:t>— От ми й утекли, Галю, чи не так? — спитала дівчинка.</w:t>
      </w:r>
    </w:p>
    <w:p>
      <w:r>
        <w:br/>
        <w:t>— Утекли, — сказала лялька, — Але не радій дочасно.</w:t>
      </w:r>
    </w:p>
    <w:p>
      <w:r>
        <w:br/>
        <w:t>— Чому ж не радіти?</w:t>
      </w:r>
    </w:p>
    <w:p>
      <w:r>
        <w:br/>
        <w:t>— Боюся, що ця королева мстива й так просто тебе не покине.</w:t>
      </w:r>
    </w:p>
    <w:p>
      <w:r>
        <w:br/>
        <w:t>— А я її вже й не боюся, — сказала згорда дівчинка.</w:t>
      </w:r>
    </w:p>
    <w:p>
      <w:r>
        <w:br/>
        <w:t>— Ой, як добре, що ти її не боїшся, — сказала лялька.</w:t>
      </w:r>
    </w:p>
    <w:p>
      <w:r>
        <w:br/>
        <w:t>— То що, знову в дорогу рушимо?</w:t>
      </w:r>
    </w:p>
    <w:p>
      <w:r>
        <w:br/>
        <w:t>— Еге ж, рушимо, — сказало лялька.</w:t>
      </w:r>
    </w:p>
    <w:p>
      <w:r>
        <w:br/>
        <w:t>— Куди ж підемо?</w:t>
      </w:r>
    </w:p>
    <w:p>
      <w:r>
        <w:br/>
        <w:t>— Туди, куди тобі треба, — мовила лялька.</w:t>
      </w:r>
    </w:p>
    <w:p>
      <w:r>
        <w:br/>
        <w:t>— Треба мені маму знайти.</w:t>
      </w:r>
    </w:p>
    <w:p>
      <w:r>
        <w:br/>
        <w:t>— Еге ж, підемо шукати тобі маму, — відповіла лялька.</w:t>
      </w:r>
    </w:p>
    <w:p>
      <w:r>
        <w:br/>
        <w:t>Отак і пішли вони по тій самій довгій і срібній стежці, яка не мала кінця. Роззиралася маленька пильно, одне — боялася, щоб не передибали її десь Горе та Біда, а друге — виглядала, чи не стріне оту високу й гарну, дивлячись на яку, схвильовано колотиться серце, і яка ніколи за нею ніякого Горя й Біди не посилатиме.</w:t>
      </w:r>
    </w:p>
    <w:p>
      <w:r>
        <w:br/>
        <w:t>Розділ З</w:t>
      </w:r>
    </w:p>
    <w:p>
      <w:r>
        <w:br/>
        <w:t>Так дійшла дівчинка до ще однієї хати, яка також стояла під солом'яною стріхою, а на порозі її також сиділа жінка, трохи схожа на ту високу й гарну. Як побачила маленька, кинулась бігти, а біля ґанку спинилася й задивилася — знову чужі риси уздріла в тій, яка сиділа на східцях.</w:t>
      </w:r>
    </w:p>
    <w:p>
      <w:r>
        <w:br/>
        <w:t>— Чого ти так дивишся на мене, дівчинко? — спитала жінка.</w:t>
      </w:r>
    </w:p>
    <w:p>
      <w:r>
        <w:br/>
        <w:t>— Маму шукаю, — відповіла маленька і закусила губу.</w:t>
      </w:r>
    </w:p>
    <w:p>
      <w:r>
        <w:br/>
        <w:t>— Чи ж я схожа на твою маму, що так кинулася?</w:t>
      </w:r>
    </w:p>
    <w:p>
      <w:r>
        <w:br/>
        <w:t>— Схожі, — схилила голову дівчинка, — А трохи й несхожі.</w:t>
      </w:r>
    </w:p>
    <w:p>
      <w:r>
        <w:br/>
        <w:t>— Ходи сядь біля мене.</w:t>
      </w:r>
    </w:p>
    <w:p>
      <w:r>
        <w:br/>
        <w:t>Дівчинка сіла на ґанок, вимитий, гарний, і ніяка павутина тут з перила не висіла.</w:t>
      </w:r>
    </w:p>
    <w:p>
      <w:r>
        <w:br/>
        <w:t>— В мене теж колись була дівчинка, — мовила жінка, — Жила біля мене така гарна і славна доня, як оце ти, а потім пішла, не бачила її більше. Кажуть люди, на Хмару пішла.</w:t>
      </w:r>
    </w:p>
    <w:p>
      <w:r>
        <w:br/>
        <w:t>— І ви знаєте про ту Хмару? — здригнулася дівчинка.</w:t>
      </w:r>
    </w:p>
    <w:p>
      <w:r>
        <w:br/>
        <w:t>— Про неї всі люди знають, — відказала жінка.</w:t>
      </w:r>
    </w:p>
    <w:p>
      <w:r>
        <w:br/>
        <w:t>— А я й справді схожа на вашу дівчинку?</w:t>
      </w:r>
    </w:p>
    <w:p>
      <w:r>
        <w:br/>
        <w:t>— Схожа, — сказала жінка, — А трохи й не схожа…</w:t>
      </w:r>
    </w:p>
    <w:p>
      <w:r>
        <w:br/>
        <w:t>— То знаєте що, — мовила дівчинка, — Ми, здається, одного шукаємо: я маму, а ви доню.</w:t>
      </w:r>
    </w:p>
    <w:p>
      <w:r>
        <w:br/>
        <w:t>— Звідкіля ж ти прийшла? — спитала жінка.</w:t>
      </w:r>
    </w:p>
    <w:p>
      <w:r>
        <w:br/>
        <w:t>— Жила я в чужих людей, — відповіла дівчинка, — І побили вони мене за розлиту воду, розбиту чашку й розсипаний цукор. Потім жила я в королеви Печалі, вона мене не сварила й не била, але не витримала я того життя. Смутно там і темно, а моя мама не смутна і не темна.</w:t>
      </w:r>
    </w:p>
    <w:p>
      <w:r>
        <w:br/>
        <w:t>— І ти прийшла до мене? — лагідно спитала жінка.</w:t>
      </w:r>
    </w:p>
    <w:p>
      <w:r>
        <w:br/>
        <w:t>— Еге ж, прийшла. Бо сказала мені королева Печалі: свою маму я в інших людях можу пошукати, бо хто може дістатися на ту Хмару?</w:t>
      </w:r>
    </w:p>
    <w:p>
      <w:r>
        <w:br/>
        <w:t>І показала вона пучкою вгору, де сяяла чудова біла пречиста Хмара. І подивилися вони туди, аж засліпилися обоє, така срібна була, лискуча і недосяжна.</w:t>
      </w:r>
    </w:p>
    <w:p>
      <w:r>
        <w:br/>
        <w:t>— Ну що ж, — сказала жінка, — Може, й правду тобі сказала королева Печалі. Зайди в мій дім, я тебе вмию й причепурю, бо хіба можна носити таку одежу, як на тобі?</w:t>
      </w:r>
    </w:p>
    <w:p>
      <w:r>
        <w:br/>
        <w:t>Взяла дівчинку за руку, і та мимохідь зирнула на її пальці — здалося їй, що вони вкриті ледь помітною позолотою. Встали вони і пішли в дім. І все в тому домі блищало й сяяло, світла там було багато, а в кутках — жодної павутини. Величезні вікна були прикрашені мармуровими лутками, чисті шибки висвічували ясним небом, а стіл посеред кімнати сяяв, ніби золотий. І так добре й радісно стало дівчинці у цій веселій хаті, що їй по-справжньому захотілося тут залишитися, щоб ця золотава жінка стала її матір'ю і щоб стала цій жінці вона донечкою. Поривно пригорнулася маленька до пишної одежі жінки, але не ніжне і ясне тепло до неї заструмувало, а начебто до металевої статуї вона доторкнулася.</w:t>
      </w:r>
    </w:p>
    <w:p>
      <w:r>
        <w:br/>
        <w:t>— У мене ти не бідуватимеш і не сумуватимеш, — сказала жінка, — Я ж бо найбагатша з усіх багатих.</w:t>
      </w:r>
    </w:p>
    <w:p>
      <w:r>
        <w:br/>
        <w:t>— Хто ж ви така? — задерла голову дівчинка.</w:t>
      </w:r>
    </w:p>
    <w:p>
      <w:r>
        <w:br/>
        <w:t>— Хіба не пізнала? — засміялася господиня, — Я — королева Багатства, і єдине, чого тобі в мене доведеться навчитися, — добре і безпомильно лічити.</w:t>
      </w:r>
    </w:p>
    <w:p>
      <w:r>
        <w:br/>
        <w:t>— Я вмію лічити, — сказала мала, — Минулого року я до ста лічила, а тепер — до тисячі!</w:t>
      </w:r>
    </w:p>
    <w:p>
      <w:r>
        <w:br/>
        <w:t>— Чудово! — зирнула на неї королева Багатства, — Навчу тебе лічити до мільйона, мільярда і трильйона.</w:t>
      </w:r>
    </w:p>
    <w:p>
      <w:r>
        <w:br/>
        <w:t>Стисла тендітні пальчики малої, і здалося дівчинці, що рука королеви Багатства теж металева, аж скрикнула вона тихенько — боляче їй зробилося…</w:t>
      </w:r>
    </w:p>
    <w:p>
      <w:r>
        <w:br/>
        <w:t>Так почала вона жити у тієї жінки. Ніколи не сварила королева Багатства малу і не била за розлиту воду, розбиту чашку чи розсипаний цукор, ніколи не сумувала маленька біля неї так, як біля королеви Печалі, але була королева суха й поважна і мала напрочуд холодні, хоч і золотисті, очі. Все тіло її теж було золотисте, але так само холодне, і хоч розчісувала вона дівчинці волосся, зав'язувала банти й прикрашала стрічками, хоч одягала її в пишні золототкані парчі і у вишиті сріблом та золотом сорочки, не зовсім затишно відчувала себе біля неї дівчинка. Ніколи-бо ця жінка не сміялася й ніколи не співала, ніколи не раділа й не веселилася, ніколи не обігрівала приймачку теплим словом і теплим дотиком. Поцілунки її були холодні, як і всі її ласки, а в хаті завжди висів гіркуватий присмак металу…</w:t>
      </w:r>
    </w:p>
    <w:p>
      <w:r>
        <w:br/>
        <w:t>— То як тобі подобається нова господиня? — спитала дівчинка в ляльки Галі, коли вискочила якось надвір.</w:t>
      </w:r>
    </w:p>
    <w:p>
      <w:r>
        <w:br/>
        <w:t>— Вона гарна, — сказала лялька, — Гарнішої бути не може.</w:t>
      </w:r>
    </w:p>
    <w:p>
      <w:r>
        <w:br/>
        <w:t>— Еге ж, вона гарна, — сказала дівчинка, — І в хаті в неї світло, але якось мені чудно в неї.</w:t>
      </w:r>
    </w:p>
    <w:p>
      <w:r>
        <w:br/>
        <w:t>— Бо ти вередуха, — сказала лялька Галя, — Не було ще у тебе такої гарної господині.</w:t>
      </w:r>
    </w:p>
    <w:p>
      <w:r>
        <w:br/>
        <w:t>— А не було, — згодилася дівчинка, — Може, я й справді вередуха?</w:t>
      </w:r>
    </w:p>
    <w:p>
      <w:r>
        <w:br/>
        <w:t>— Еге ж, ти й справді вередуха, — сказала їй лялька Галя…</w:t>
      </w:r>
    </w:p>
    <w:p>
      <w:r>
        <w:br/>
        <w:t>Чотири скрині стояли в хаті, і повела до них одного дня королева дівчинку. Були вони окуті золотими, срібними й мідними обручами, а коли відчинила королева першу скриню, здивувалася мала від величезної кількості мідних грошей.</w:t>
      </w:r>
    </w:p>
    <w:p>
      <w:r>
        <w:br/>
        <w:t>— Ці гроші, — сказала королева Багатства, — лічитимемо місяць.</w:t>
      </w:r>
    </w:p>
    <w:p>
      <w:r>
        <w:br/>
        <w:t>По тому відчинила другу скриню, і засліпило дівчинку срібне сяйво.</w:t>
      </w:r>
    </w:p>
    <w:p>
      <w:r>
        <w:br/>
        <w:t>— А ці гроші лічитимемо два місяці!</w:t>
      </w:r>
    </w:p>
    <w:p>
      <w:r>
        <w:br/>
        <w:t>Королева підійшла до третьої скрині і відкинула віко. Мусила примружитися дівчинка, бо побачила безліч золотих монет, од сяйва яких аж очі різало.</w:t>
      </w:r>
    </w:p>
    <w:p>
      <w:r>
        <w:br/>
        <w:t>— Велика сила в цих грошах, дитино, — сказала королева Багатства, — Цілий світ за них можна купити, всіх людей і все їхнє добро. Ці гроші ми будемо лічити три місяці, бо кожну монету треба буде потримати в пальцях і приласкавити. Так перелічуватимемо гроші двічі на рік. Коли ж захочемо розважитися й потішити себе, відчинимо четверту скриню.</w:t>
      </w:r>
    </w:p>
    <w:p>
      <w:r>
        <w:br/>
        <w:t>Вона відкинула четверте віко, і дівчинка аж приплющилася: засліпило її сяйвом золотих і срібних прикрас, густо поцяцькованих смарагдами, сапфірами, діамантами, аметистами, перлами, рубінами та ямшитами.</w:t>
      </w:r>
    </w:p>
    <w:p>
      <w:r>
        <w:br/>
        <w:t>— Вразило тебе, ягідко? — добродушно засміялася королева Багатства, — У все це ми вбиратимемося щоразу, коли кінчимо лічити одну із скринь. Ходи сюди!</w:t>
      </w:r>
    </w:p>
    <w:p>
      <w:r>
        <w:br/>
        <w:t>І вона штовхнула високі мідні двері — зайшли вони в срібну з позолотою кімнату, вщерть заставлену дзеркалами. І побачила дівчинка себе в тій кімнаті не в одній особі, а в дев'ятьох, і дев'ять королев стояло перед нею. А що було то в перший день по приході, саме тоді наказала королева дівчинці скинути її колишню темну одежу, що в неї вбрала малу королева Печалі.</w:t>
      </w:r>
    </w:p>
    <w:p>
      <w:r>
        <w:br/>
        <w:t>— Скидай усе, ягідко, бо ми не повинні нічого мати від Печалі, — сказала королева Багатства, — У тих, хто найбагатший із багатих, мусить бути й одежа найбагатша…</w:t>
      </w:r>
    </w:p>
    <w:p>
      <w:r>
        <w:br/>
        <w:t>Тоді-то й одягла королева на приймачку золототкані парчі і взула в золоті туфельки, і хоч важкими вони здалися дівчинці, промовчала вона, щоб не розгнівити свою добродійку.</w:t>
      </w:r>
    </w:p>
    <w:p>
      <w:r>
        <w:br/>
        <w:t>Від усього того запаморочилась у голові в малої, а коли подивилася вона на жінку, яка хотіла мати її за дочку, здалося, що в ній було куди більше від високої та гарної, котру розшукувала, ніж у забутої вже королеви Печалі…</w:t>
      </w:r>
    </w:p>
    <w:p>
      <w:r>
        <w:br/>
        <w:t>Перший місяць вони лічили мідні гроші. Вставали з першими променями сонця, а лягали з останніми. І стало трохи нудно дівчинці, хоч як вона старалася, — тільки й чула, що брязкіт монет і клацання кісточок на рахівниці. Вона й сама клацала на рахівниці й лічила, лічила. Все те потім перераховувала королева і виписували вони цифри крейдою на чорній дошці. Потім стирали й писали нові цифри, і так тяглося цілий тиждень. Навіть у неділю вони працювали, спершу і в вікно не мала коли виглянути дівчинка, бо не було для неї світу, навіть із лялькою Галею не мала як розмовитися, бо ляльку Галю королева викинула надвір, і там, надворі, під дощами й росами лялька Галя й мешкала. Дівчинка лише зуміла раз вискочити, щоб хоч під деревом свою ляльку прилаштувати, тоді й відбулася їхня перша розмова, але королева Багатства її виганьбила: навіщо тепер дівчинці обдерта, безрука й безока лялька, коли в неї є таке багатство! І щоб не сумувала вона за лялькою, їй було подаровано ще в третій день, відколи тут поселилася, ляльку порцелянову у пишнім, золотом шитім одіянні, у всипаній перлами шапочці і зі справжнім діамантовим намистом. Але що з того, коли ця лялька була глуха, німа і не вміла рухати ні руками, ні ногами — погралася трохи нею дівчинка та й покинула.</w:t>
      </w:r>
    </w:p>
    <w:p>
      <w:r>
        <w:br/>
        <w:t>Коли ж минув другий тиждень, ударилася раптом у вікно, біля якого сиділа маленька, барвиста синичка, застукала в шибку крильми. Зирнула дівчинка надвір — і вразилася: здавалося їй, що нема більше світла, як у цій кімнаті, а за вікном так палало голубе небо і так палахкотіло сонце, що їй аж сутінки в очах постали. А ще побачила дівчинка у вікно величезну купчасту Хмару, яка палала яскравіше всього золота і срібла в королевиних скринях. У дворі росли дерева, майже досягаючи тієї хмари, й були вони покриті густим цвітом. Від того здалося дівчинці, ніби спустила на дерева цвіт сама Хмара, і все буяло, грало, мінилося й тріпотіло.</w:t>
      </w:r>
    </w:p>
    <w:p>
      <w:r>
        <w:br/>
        <w:t>І здалося дівчинці, що в її серце вплив чи увійшов голубий повітряний хлопчик, приклав до вуст тоненьку, як сірник, дудочку і засюрчав у неї. Така чиста й гарна була його пісня, що захотілося дівчинці скочити на рівні й затанцювати, задзвонити сміхом, але зирнула на замислене, зосереджене й серйозне обличчя королеви Багатства й побачила, що з її посинених вуст почали виповзати, як чорні жуки, цифри. Так, були вони, ті жуки-цифри, чорні, як ніч, і повзали вони по столу, по руках королеви, по підлозі, по стінах і по стелі. Зирнула тоді дівчинка в один куток, другий, третій і четвертий і раптом побачила, що по тих кутках сиділи, поклавши голови на підставлені долоні, одна, друга, третя й четверта Нудьга. І були в тих Нудьг олов'яні очі, і шия в них на в'язах не трималася, а тіло було таке прозоре, що всі кісточки просвічувалися. Вряди-годи позіхали ті Нудьги, розводячи щелепи, і від того в хаті починало пахнути пусткою і цвіллю.</w:t>
      </w:r>
    </w:p>
    <w:p>
      <w:r>
        <w:br/>
        <w:t>— Чому не працюєш, дочко? — спитала королева.</w:t>
      </w:r>
    </w:p>
    <w:p>
      <w:r>
        <w:br/>
        <w:t>— Я подивилась у вікно, — сказала дівчинка, — А що, ми так і не виходитимемо надвір?</w:t>
      </w:r>
    </w:p>
    <w:p>
      <w:r>
        <w:br/>
        <w:t>— Навіщо нам той двір? — сказала королева, продовжуючи лічити, — Всі барви, які є там, знайдеш у цих скринях, а світла в них навіть більше, як у сонці.</w:t>
      </w:r>
    </w:p>
    <w:p>
      <w:r>
        <w:br/>
        <w:t>— Але є трава, і небо, і світ, — прошепотіла дівчинка.</w:t>
      </w:r>
    </w:p>
    <w:p>
      <w:r>
        <w:br/>
        <w:t>— Все те з'єдналось у металі і в коштовному камінні. Трава — у смарагді, сонце — у золоті, хмари — у сріблі, а небо — в аметисті. Світ же — це щось непевне й химерне: маючи те, що ми маємо, непотрібний він нам.</w:t>
      </w:r>
    </w:p>
    <w:p>
      <w:r>
        <w:br/>
        <w:t>— Але ж усі діти, — сказала трохи з відчаєм дівчинка, — повинні не тільки сидіти, але й бігати. І то на свіжому повітрі.</w:t>
      </w:r>
    </w:p>
    <w:p>
      <w:r>
        <w:br/>
        <w:t>Подивилася на неї пильно королева й задумалася.</w:t>
      </w:r>
    </w:p>
    <w:p>
      <w:r>
        <w:br/>
        <w:t>— Я теж про це десь чула, — сказала вона непевно, — Хтось мені про це колись уже казав… Не знаю, як бути…</w:t>
      </w:r>
    </w:p>
    <w:p>
      <w:r>
        <w:br/>
        <w:t>— Але це й справді так! — гаряче сказала дівчинка, — Навіть королева Печалі відпускала мене побігати й побавитися на свіжому повітрі.</w:t>
      </w:r>
    </w:p>
    <w:p>
      <w:r>
        <w:br/>
        <w:t>— Тому ти від неї і втекла, — сказала королева Багатства.</w:t>
      </w:r>
    </w:p>
    <w:p>
      <w:r>
        <w:br/>
        <w:t>— Але ж я не збираюся від вас тікати, — сказала дівчинка.</w:t>
      </w:r>
    </w:p>
    <w:p>
      <w:r>
        <w:br/>
        <w:t>— Ну гаразд, — мовила королева, — Була б ти дуже дурненька, коли б утекла від такого багатства, яке маю. Йди надвір і погуляй. За два тижні пізнаєш мою справжню радість, ніяка гульня її тобі не замінить. Одягнемо найбільші світові прикраси. Хочеш?</w:t>
      </w:r>
    </w:p>
    <w:p>
      <w:r>
        <w:br/>
        <w:t>— Ой, тьотю-мамо! — плеснула в долоньки дівчинка, — Тоді я стану така ж доросла й гарна, як Ви!</w:t>
      </w:r>
    </w:p>
    <w:p>
      <w:r>
        <w:br/>
        <w:t>— Еге ж. Тоді тебе не вабитиме до гульні. Іди, іди!</w:t>
      </w:r>
    </w:p>
    <w:p>
      <w:r>
        <w:br/>
        <w:t>І вона знову вдарила кісточками рахівниці, і знову поповзли їй із рота чорні жуки цифер, і ще сильніше порозводили щелепи, позіхаючи, чотири Нудьги. Дівчинка ж хутенько прослизнула в двері, щоб не передумала королева, адже там, під деревом, її давно зачекалася лялька Галя, адже там, за дверима, — трава, сонце і світ. Вона скинула на порозі золоті туфельки і, розкинувши руки, помчалась у світ дерев, сонячного проміння й синяви, що спадала з неба голубими хвилями.</w:t>
      </w:r>
    </w:p>
    <w:p>
      <w:r>
        <w:br/>
        <w:t>Потім вона впала у свіжу траву, поклала перед собою ляльку Галю, обіперши її об стовбур квітучого дерева, змружила серйозно брівки й спитала:</w:t>
      </w:r>
    </w:p>
    <w:p>
      <w:r>
        <w:br/>
        <w:t>— То що, Галю, здається, ми в непогане місце потрапили?</w:t>
      </w:r>
    </w:p>
    <w:p>
      <w:r>
        <w:br/>
        <w:t>— Не знаю, — сказала лялька, — Я живу під деревом. Мочить мене дощ і з'їдає роса.</w:t>
      </w:r>
    </w:p>
    <w:p>
      <w:r>
        <w:br/>
        <w:t>— Я попрошу господиню, щоб забрала тебе до хати, — сказала дівчинка, — Вона гарна і добра, чи не так?</w:t>
      </w:r>
    </w:p>
    <w:p>
      <w:r>
        <w:br/>
        <w:t>— Золота, — сказала лялька.</w:t>
      </w:r>
    </w:p>
    <w:p>
      <w:r>
        <w:br/>
        <w:t>— Вона не сварить мене і не б'є, — мовила дівчинка.</w:t>
      </w:r>
    </w:p>
    <w:p>
      <w:r>
        <w:br/>
        <w:t>— Еге ж, бо вона золота, — сказала лялька.</w:t>
      </w:r>
    </w:p>
    <w:p>
      <w:r>
        <w:br/>
        <w:t>— Я оце навіть подумала: вона дуже й дуже схожа на мою маму.</w:t>
      </w:r>
    </w:p>
    <w:p>
      <w:r>
        <w:br/>
        <w:t>— Не знаю, — відповіла лялька, — З двору мені не видно.</w:t>
      </w:r>
    </w:p>
    <w:p>
      <w:r>
        <w:br/>
        <w:t>— Ну, не сердься, — сказала дівчинка, — Хіба можна сердитися на таку гарну й золоту!</w:t>
      </w:r>
    </w:p>
    <w:p>
      <w:r>
        <w:br/>
        <w:t>— Золоту, — зітхнула лялька, — А золотим одноокі й однорукі не потрібні.</w:t>
      </w:r>
    </w:p>
    <w:p>
      <w:r>
        <w:br/>
        <w:t>— Одне лише недобре, — шепнула дівчинка, — Мені за тим рахуванням нудно.</w:t>
      </w:r>
    </w:p>
    <w:p>
      <w:r>
        <w:br/>
        <w:t>— Еге ж, — сказала лялька, — А мені хіба не нудно тут?</w:t>
      </w:r>
    </w:p>
    <w:p>
      <w:r>
        <w:br/>
        <w:t>— Але я стараюся, я дуже стараюся. Хочу, щоб вона мене полюбила.</w:t>
      </w:r>
    </w:p>
    <w:p>
      <w:r>
        <w:br/>
        <w:t>— Старайся, — сказала лялька.</w:t>
      </w:r>
    </w:p>
    <w:p>
      <w:r>
        <w:br/>
        <w:t>— Втомилася я блукати по світі, — зітхнула дівчинка.</w:t>
      </w:r>
    </w:p>
    <w:p>
      <w:r>
        <w:br/>
        <w:t>— А я стомилася валятися тут, під деревом.</w:t>
      </w:r>
    </w:p>
    <w:p>
      <w:r>
        <w:br/>
        <w:t>— Ех ти ж хитра! — вигукнула дівчинка, — Все про себе, все про себе. А про мене ти подумала?</w:t>
      </w:r>
    </w:p>
    <w:p>
      <w:r>
        <w:br/>
        <w:t>— А про мене ти подумала? — спитала лялька.</w:t>
      </w:r>
    </w:p>
    <w:p>
      <w:r>
        <w:br/>
        <w:t>— Така ж ти вредна, Галю! — спалахнула дівчинка, — Вредна й нерозумна.</w:t>
      </w:r>
    </w:p>
    <w:p>
      <w:r>
        <w:br/>
        <w:t>— Нерозумна, бо вредна, — зітхнула лялька.</w:t>
      </w:r>
    </w:p>
    <w:p>
      <w:r>
        <w:br/>
        <w:t>— То й сиди собі під цим деревом, — згорда сказала дівчинка, — Нащо ти мені, багатій, така обдерта потрібна!</w:t>
      </w:r>
    </w:p>
    <w:p>
      <w:r>
        <w:br/>
        <w:t>— Еге ж, я обдерта, — прошепотіла лялька, — Без руки і без ока. Покинь мене.</w:t>
      </w:r>
    </w:p>
    <w:p>
      <w:r>
        <w:br/>
        <w:t>— Моя нова мама, — довірливо прихилилася дівчинка до ляльки, — вбере на мене найбільші світові прикраси, уявляєш?</w:t>
      </w:r>
    </w:p>
    <w:p>
      <w:r>
        <w:br/>
        <w:t>— Ні, — відповіла лялька.</w:t>
      </w:r>
    </w:p>
    <w:p>
      <w:r>
        <w:br/>
        <w:t>— А я уявляю, бо вже бачила ті прикраси. Диво-прикраси! Тоді я стану гарна-гарна! Як вона!</w:t>
      </w:r>
    </w:p>
    <w:p>
      <w:r>
        <w:br/>
        <w:t>— Еге ж, золота станеш! — єхидненько мовила лялька.</w:t>
      </w:r>
    </w:p>
    <w:p>
      <w:r>
        <w:br/>
        <w:t>Тоді розсердилася дівчинка, скочила на ноги, тупнула ніжкою, гордо розпрямилася, задерла носика, зирнула на свою ляльку Галю, мізерну, брудну, мокру й покалічену, губи в дівчинки здригнулися погордливо і, не озираючись, пішла вона в дім, де все ще сиділа й лічила королева Багатства, аж дзенькіт монет сюди долинав…</w:t>
      </w:r>
    </w:p>
    <w:p>
      <w:r>
        <w:br/>
        <w:t>І так уже вона чекала, щоб минули ці два тижні, так чекала, що аж у вікно перестала дивитися, і вже не бачила ні жуків-цифр, ні чотирьох Нудьг по кутках. Так же вона старалася, так уважно лічила, аж потеплішав зір у її нової мами. Навіть сни у дівчинки змінилися, й снилася вона тільки сама собі, та все в отому уборі пишному, та все у тому камінні коштовному. Прожила вона сім літ на світі і добре знала: є на світі гарне й негарне, а нема такої дівчинки, котра хотіла б бути негарною. Тому заплющувала очі, коли з кутків голосно позіхали Нудьги, і сиділа якийсь час, мріючи. По тому збиралася на силі й знову лічила, бувало, й помиляючись. У такі хвилі зводила на дівчинку золотисті холодні очі королева Багатства і прикрикувала владно і гостро, а маленька, ховаючи очі, просила вибачення, і тільки раз пробурмотіла, що дітям потрібно трохи й побігати, і на свіжому повітрі побувати. І королева знову її відпустила, і дівчинка побігла до своєї ляльки, адже мала добре серце й не могла її забути. Але лялька там, під деревом, німа й нежива зробилася, і скільки не заговорювала до неї маленька, ані згуку у відповідь не почула.</w:t>
      </w:r>
    </w:p>
    <w:p>
      <w:r>
        <w:br/>
        <w:t>— І нехай! — сказала вона, — Дуже ти в мене прошена!</w:t>
      </w:r>
    </w:p>
    <w:p>
      <w:r>
        <w:br/>
        <w:t>Вона знову повернулася в хату, задерла носика, але серденько її все-таки щеміло.</w:t>
      </w:r>
    </w:p>
    <w:p>
      <w:r>
        <w:br/>
        <w:t>Чи не тому дівчинка почала прокидатися ночами, присувалася до вікна і дивилася на облиті місячним промінням краєвиди? Тоді ставалося маленьке диво, бо по місячному промені спускався до неї Місячний хлопчик, одягнений у темну керейку, ставав на підвіконня і дивився смутно.</w:t>
      </w:r>
    </w:p>
    <w:p>
      <w:r>
        <w:br/>
        <w:t>— Прийшов смутити мене? — спитала в нього дівчинка.</w:t>
      </w:r>
    </w:p>
    <w:p>
      <w:r>
        <w:br/>
        <w:t>— Авжеж, — мовив тихо Місячний хлопчик. — Це мене до тебе королева Печалі послала.</w:t>
      </w:r>
    </w:p>
    <w:p>
      <w:r>
        <w:br/>
        <w:t>— А що, не забула вона мене?</w:t>
      </w:r>
    </w:p>
    <w:p>
      <w:r>
        <w:br/>
        <w:t>— Вона нікого не забуває, — сказав Місячний хлопчик.</w:t>
      </w:r>
    </w:p>
    <w:p>
      <w:r>
        <w:br/>
        <w:t>— Сердиться на мене?</w:t>
      </w:r>
    </w:p>
    <w:p>
      <w:r>
        <w:br/>
        <w:t>— Ні, але не забуває. Пусти мене до себе в серце! — попросився Місячний хлопчик.</w:t>
      </w:r>
    </w:p>
    <w:p>
      <w:r>
        <w:br/>
        <w:t>— Ні, — сказала дівчинка. — Мені в цьому домі добре.</w:t>
      </w:r>
    </w:p>
    <w:p>
      <w:r>
        <w:br/>
        <w:t>— А от і неправда, — сказав Місячний хлопчик. — Коли було б добре, я б до тебе не прийшов.</w:t>
      </w:r>
    </w:p>
    <w:p>
      <w:r>
        <w:br/>
        <w:t>— Гаразд, заходь, — шепнула дівчинка. — Тільки тихо будь!</w:t>
      </w:r>
    </w:p>
    <w:p>
      <w:r>
        <w:br/>
        <w:t>Вона впустила його до себе в серце, і він, згорнувшись там клубочком, висвистував смутненьку мелодію. На те тихо зітхала дівчинка і неспокійно переверталася з боку на бік…</w:t>
      </w:r>
    </w:p>
    <w:p>
      <w:r>
        <w:br/>
        <w:t>І ось прийшов той день, якого так чекала. Сонце було велике, аж сміялося, королева була гарна, аж світилася. Здавалося дівчинці, що саме в той день побачить вона в королеві Багатства високу й гарну, що знову почала їй снитися, адже королева в той день справді мала бути (так воно й сталося) найгарнішою з гарних, а хіба мама не є найгарнішою з гарних, думала дівчинка. Сподівалася вона, що, надягши прикраси, потепліє королева й усміхнеться до неї так, як того дівчинка давно сподівається, — як ота висока і гарна зі срібної стежки. Тільки тоді маленька знайде справжнє щастя.</w:t>
      </w:r>
    </w:p>
    <w:p>
      <w:r>
        <w:br/>
        <w:t>Королева встала того дня вранці-рано. Була урочиста й поважна і цілу годину вмивалася у джерельній воді, яку сама принесла у золотому глеку. Маленька ішла побіч неї із меншим, срібним глеком, і їй здавалося, що цілий світ навколо неї заспівав. Їй подобалося йти по вранішній росі, тримаючи на плечі глека й зберігаючи на обличчі таку ж поважність, яка була у королеви. Але цілу годину вмиватися (а вмивалися вони кожна в своїй кімнаті) не мала терпіння, тому підійшла до вікна й задивилася на сяючий простір найяснішого з ясних ранку. А коли дивилася вона у вікно в цьому домі, щось з нею конче приключалося. От і тепер очі її мимохіть зупинилися на блискучій Хмарі, що стояла посеред неба, відтак прилетіло до її серця щось мале й волохате і вкусило, наче комар. Невідь-чому згадала дівчинка свою німу й покинуту ляльку Галю і пошкодувала, що не побачить та її у пишному вбранні.</w:t>
      </w:r>
    </w:p>
    <w:p>
      <w:r>
        <w:br/>
        <w:t>Але сьогодні був надто урочистий день, і дівчинка перестала дивитися на ту Хмару і перестала згадувати ляльку Галю, хоч серце її й продовжувало легесенько щеміти — пішла вона у дзеркальну кімнату, де вже й королева Багатства була. Прегарне лице вона побачила, що цвіло двома свіжими рум'янцями, і золотаві холодні очі, що мигнули до неї відсвітом золота.</w:t>
      </w:r>
    </w:p>
    <w:p>
      <w:r>
        <w:br/>
        <w:t>— Ходи за мною! — сказала королева Багатства і повела її до комірчини, де ховалося вбрання. Відчинила двері й запахло звідтіля неземними пахощами — дівчинка простояла з відкритим ротом весь час, доки підбирала собі шати королева. Коли ж одягла вона пишну з найпишніших сукню, стала ще привабливіша, але начебто й холодніша. Звела гордо підборіддя, а обличчя набралося пихи, в той час як очі запалали холодним сяйвом коштовного каміння. Потім одягла дівчинку, і маленька також перетворилась у пишну красунечку. Тканина важко лежала в неї на тілі, і їй теж захотілося звести підборіддя, але погляд її знову упав на вікно і знову побачила вона лискучу білу Хмару серед неба. І знову згадала вона свою викинуту ляльку Галю, і знову щіпнуло її за серце, начебто комар укусив. Здалося їй навіть, що в серці ворухнувся й отой її новий приятель, Місячний хлопчик, — насвистував безперервно свою пісеньку, а може, почула звідти, знадвору, гіркий і осудливий шепіт своєї товаришки ляльки Галі.</w:t>
      </w:r>
    </w:p>
    <w:p>
      <w:r>
        <w:br/>
        <w:t>— Тепер примірятимемо прикраси, — урочисто звістила королева Багатства і поважно рушила до дзеркальної кімнати.</w:t>
      </w:r>
    </w:p>
    <w:p>
      <w:r>
        <w:br/>
        <w:t>Заіскрилися й засвітилися коштовності четвертої скрині, і дівчинка на мент зовсім забула про Місячного хлопчика в своєму серці, вона сплеснула долоньками й кинулася до скарбу. Королева виймала одну за одною оздоби. Були вони двох познак: одні — на дорослу жінку, а другі — на дитину. Королева приміряла дорослі оздоби, а дівчинка — дитячі, й ходили вони від дзеркала до дзеркала в щоразу новій прикрасі. Навіть одна на одну забулися дивитися. Від тих одеж та коштовностей і справді порозквітали вони, ніби пишні квіти, а дзеркала улесливо показували їм їхню красу, навіть до маленької прийшло таке товсте і горде Пишенятко — задерла дівчинка носика й аж захлинулася від самозакоханості.</w:t>
      </w:r>
    </w:p>
    <w:p>
      <w:r>
        <w:br/>
        <w:t>— Немає над нас, — сказала поважно королева. — Ми — найбагатші, найвродливіші й наймогутніші, адже все в світі купується і все грішми виміряється.</w:t>
      </w:r>
    </w:p>
    <w:p>
      <w:r>
        <w:br/>
        <w:t>— І можна навіть маму купити? — спитала дівчинка, крутнувшись перед дзеркалом.</w:t>
      </w:r>
    </w:p>
    <w:p>
      <w:r>
        <w:br/>
        <w:t>— Й маму теж, — сказала королева Багатства, — Але тобі не потрібно купувати маму, можеш вважати, що ти її уже знайшла. Згодна зі мною?</w:t>
      </w:r>
    </w:p>
    <w:p>
      <w:r>
        <w:br/>
        <w:t>— У кожній жінці, яку я зустрічала і в якої жила, — сказала дівчинка, приміряючи до голівки діамантову діадему з привісками, — було тільки трошки від мами. І знаєте, що дивно, — чим більше я у них жила, тим меншало оте "трошки"…</w:t>
      </w:r>
    </w:p>
    <w:p>
      <w:r>
        <w:br/>
        <w:t>— Тепер не поменшає, — сказала урочисто королева, — Ану глянь на мене!</w:t>
      </w:r>
    </w:p>
    <w:p>
      <w:r>
        <w:br/>
        <w:t>Дівчинка звела очі на королеву, і здалося їй, що зараз станеться те, чого сподівалася, що побачить вона срібну стежку, а на ній — високу й гарну, котра вміє усміхатися, аж весь світ змінюється й веселішає, аж весь світ починає купатись у веселих барвах і барвами покривається. Саме таку усмішку сподівалася й жадала побачити під той час дівчинка, але на неї дивилася холодноока й зовсім чужа красуня, очі в якої — крижинки, а вуста в якої аж побіліли, так гордо стулилися. І коли уздріла те маленька, всі пишні шати, що покривали королеву Багатства, і всі її надкоштовні прикраси раптом потьмяніли. І дівчинка мимохіть відступила крок назад, а на її обличчя раптом поклався непідробний ляк, що аж тихий згук вирвався з її ротика. Тоді насупилася королева Багатства, бо все зрозуміла, й гнівно блиснула очима, ніби вогнистою шабелькою її вдарила.</w:t>
      </w:r>
    </w:p>
    <w:p>
      <w:r>
        <w:br/>
        <w:t>— Та ти що! — скрикнула вона сердито, — Що це з тобою? Хіба ти бачила десь пишнішу й гарнішу жінку? Хіба не повинна ти відчувати за те, що я згодилася бути твоєю мамою, найприниженішої вдячності?</w:t>
      </w:r>
    </w:p>
    <w:p>
      <w:r>
        <w:br/>
        <w:t>Тоді здригнулося серце в маленької, і відчула вона, що тіло її холодним потом укривається. І сама не тямила чому, а зняла вона із себе діадему з привісочками й поклала в скриню. Постягала із пальчиків персні й колечка, а з вух познімала сережки. Скинула із шиї намисто, покірно стала перед королевою Багатства і смиренно похилила голову.</w:t>
      </w:r>
    </w:p>
    <w:p>
      <w:r>
        <w:br/>
        <w:t>— Що це ти зробила, негіднице! — крикнула королева Багатства, і коли зирнула на неї маленька, ще більший ляк відбився на її обличчі. Ота гарна й золота, ота красуня неземна раптом перетворилася в темну почварну відьмугу. Крутнулася дівчинка на закаблучку і, гублячи золоті туфельки, спершу одну, а тоді й другу, кинулася притьма в двері, бахнула в них долоньками, рвонулася з того дому, а вслід за нею полетіла золота діадема з привісочками, яку розгнівана королева зірвала собі з голови.</w:t>
      </w:r>
    </w:p>
    <w:p>
      <w:r>
        <w:br/>
        <w:t>Одне тільки встигла дівчинка — схопити під деревом свою бідну й самотню ляльку Галю, й побігла, побігла, аж світ колом їй заточувався. І це тривало аж доти, доки не витекла з неї вся сила, а в боці не заколола колька. Тоді вона пішла. І йшла, йшла, йшла, а на очах у неї виросли чарівні кришталеві сльозинки. І крізь ці сльозинки вже вкотре побачила вона срібну стежку перед собою і зупинилася заворожено, бо світ покрився барвистими колами, в яких найбільше було червоного, і назустріч дівчинці вже вкотре пішла висока й гарна жінка, від усмішки якої заграло ніжною музикою розіпнуте довкола сонячне проміння. Упала дівчинка на коліна і простягла руки до високої й гарної:</w:t>
      </w:r>
    </w:p>
    <w:p>
      <w:r>
        <w:br/>
        <w:t>— Мамо, мамо, — сказала вона з розпачем, — Чи довго ще шукати мені тебе в цьому світі? Чому не можу знайти тебе в інших жінках? Чому, чому я тільки трошки тебе в них знаходжу і чому, чому те "трошки" не росте в них, а зникає?</w:t>
      </w:r>
    </w:p>
    <w:p>
      <w:r>
        <w:br/>
        <w:t>І вона заплакала гірко, і сльози її змили два прозорі кришталики, які так дивовижно оббарвлювали світ, а висока й гарна жінка розмилася тими сльозами і знову перетворилася в тінь. І тільки усмішка ще жила на її вустах, але й та скоро розчинилася, і дівчинка впала на траву, бо вже вся сила з неї витекла, бо вже не могла вона ані смутитися, ані плакати.</w:t>
      </w:r>
    </w:p>
    <w:p>
      <w:r>
        <w:br/>
        <w:t>Розділ 4</w:t>
      </w:r>
    </w:p>
    <w:p>
      <w:r>
        <w:br/>
        <w:t>Вона отямилася від того, що почула: біля неї хтось ходить і сміється. Розплющила око й побачила, що й справді ходить біля неї лялька Галя й невідь-чому їй страшенно весело. Так весело, що аж образою закипіла маленька.</w:t>
      </w:r>
    </w:p>
    <w:p>
      <w:r>
        <w:br/>
        <w:t>— Чого смієшся, Галю? — сказала вона крізь сльози, — Могла б мене й пожаліти.</w:t>
      </w:r>
    </w:p>
    <w:p>
      <w:r>
        <w:br/>
        <w:t>— А я й жалію, — відповіла лялька Галя, — Але смішно мені, і то від того, що не розумніша ти від мене.</w:t>
      </w:r>
    </w:p>
    <w:p>
      <w:r>
        <w:br/>
        <w:t>— Чому це я не розумніша? — спитала дівчинка.</w:t>
      </w:r>
    </w:p>
    <w:p>
      <w:r>
        <w:br/>
        <w:t>— А тому, що й сама не знаєш, чого хочеш, — відказала лялька Галя, — А тому, що всі тебе дурять, через це ти й дурненька.</w:t>
      </w:r>
    </w:p>
    <w:p>
      <w:r>
        <w:br/>
        <w:t>— То з того сміятися треба? — обурено спитала дівчинка.</w:t>
      </w:r>
    </w:p>
    <w:p>
      <w:r>
        <w:br/>
        <w:t>— А може, й не треба, — сказала лялька й перестала сміятися, — Я ж також дурненька і не знаю, що треба, а що не треба.</w:t>
      </w:r>
    </w:p>
    <w:p>
      <w:r>
        <w:br/>
        <w:t>— Що ж мені робити далі, Галю? — спитала мала.</w:t>
      </w:r>
    </w:p>
    <w:p>
      <w:r>
        <w:br/>
        <w:t>— І цього я не знаю, — сказала лялька Галя, — Дивися, як усе навколо цвіте й росте. Бджоли на квітах танцюють, метелики й навіть мухи. Птахи співають і цвіркуни — може, тобі треба веселитися, а не смутитись?</w:t>
      </w:r>
    </w:p>
    <w:p>
      <w:r>
        <w:br/>
        <w:t>— Дивне кажеш, — мовила дівчинка, — І легко тобі сміятися й таке казати. А я от блукаю, блукаю і не знаходжу своєї мами. Світ такий широкий і великий, і не знаю я, чи вже її й знайду.</w:t>
      </w:r>
    </w:p>
    <w:p>
      <w:r>
        <w:br/>
        <w:t>— Знайдеш, — сказала лялька Галя, — Коли кажеш, що світ такий широкий і великий, — знайдеш!</w:t>
      </w:r>
    </w:p>
    <w:p>
      <w:r>
        <w:br/>
        <w:t>— Але ж я вже стільки обходила…</w:t>
      </w:r>
    </w:p>
    <w:p>
      <w:r>
        <w:br/>
        <w:t>— Пхе, скільки ти там обходила! Світ же, сама кажеш, широкий і великий.</w:t>
      </w:r>
    </w:p>
    <w:p>
      <w:r>
        <w:br/>
        <w:t>Маленька втерла пишним, вишитим золотом і сріблом рукавом очі і спробувала усміхнутися.</w:t>
      </w:r>
    </w:p>
    <w:p>
      <w:r>
        <w:br/>
        <w:t>— То що, спробувати ще раз? — спитала, — Може, ти мені підкажеш, Галю, куди маю йти?</w:t>
      </w:r>
    </w:p>
    <w:p>
      <w:r>
        <w:br/>
        <w:t>— А чого ж, підкажу, — відповіла Галя, — Я там довго під деревом сиділа й довго думала. А коли сидиш, викинута, і довго думаєш, то щось і придумається. Хочеш, піди туди, — показала вона на схід, — або й туди, — показала на захід, — А хочеш, піди туди чи й туди, — показала на північ і південь, — Світ широкий і великий скрізь є.</w:t>
      </w:r>
    </w:p>
    <w:p>
      <w:r>
        <w:br/>
        <w:t>Тоді погладила дівчинка свою бідну, безруку й безоку і все-таки дурненьку ляльку Галю по голівці, аж та зраділа і затанцювала раптом, закрутилася, як дзига, а тоді спинилася й ніжкою притупнула.</w:t>
      </w:r>
    </w:p>
    <w:p>
      <w:r>
        <w:br/>
        <w:t>— Ух, як добре! — сказала вона, — То я від радості засміялася. І знаєш чому? Ми знову разом, і я вже не викинута. Ходімо, чи що?</w:t>
      </w:r>
    </w:p>
    <w:p>
      <w:r>
        <w:br/>
        <w:t>Дівчинка теж недовго роздумувала. Встала, притулила свою веселу ляльку до грудей і пішла у світ, покинувши цей край. Навіть не озиралася, щоб побачити, чи видно звідсіля хату із солом'яною стріхою, з-під якої вона щойно втекла, і жінку в пишному строї. І чи дивиться та жінка їй услід. Ішла собі і йшла, а в оченятах її горіло по іскорці, бо чимось вона себе втішила, бо щось собі, здається, придумала…</w:t>
      </w:r>
    </w:p>
    <w:p>
      <w:r>
        <w:br/>
        <w:t>Спершу дівчинка почула веселу, легку і грайливу музику, і це одразу її підбадьорило. Звернула зі стежки на вкочену дорогу, але відразу мусила зійти на узбіччя, бо дорогою котилися карети, з яких визирали веселі люди. Візники на каретах помахували довжелезними батогами, і ті батоги вряди-годи ляскали над запряженими в два чи три ряди білими й чорними кіньми. І гукали ті візники пронизливо, а все те: і рух карет, і ляскання батогів, і покрики візників — улягало в ритм легкої, грайливої музики.</w:t>
      </w:r>
    </w:p>
    <w:p>
      <w:r>
        <w:br/>
        <w:t>Карети звертали на іншу дорогу — алею, а вздовж неї з одного й другого боків висаджено було по два ряди дерев. І в глибині тієї дороги-алеї побачила дівчинка ще одну хату під солом'яною стріхою, але куди вищу й просторішу за попередні. Побачила вона на ґанку й високу, гарну жінку, аж серце їй ледве не зупинилося. Онде вона, її справжня мама! Але цього разу була дівчинка обережненька, не побігла до неї, а поволеньки пішла, ледве ногами пересуваючи.</w:t>
      </w:r>
    </w:p>
    <w:p>
      <w:r>
        <w:br/>
        <w:t>Карети ж під'їжджали до ґанку, і з кожної, ніби бджоли з вулика, висипали по-святковому вдягнені чоловіки й жінки. Побіч завзято вигравали музики, і люди, котрі вискакували з карет, зразу ж ладнались у пари і відразу ж входили у танок. Було їх так багато в широкому дворі, тих танцюристів, що й ціла левада була запруджена ними. Танцювали всі й вигецували, а висока й гарна жінка, зустрічаючи кожну пару, щось заохочувальне їм викрикувала. Збоку від танцюристів, біля самої хати, розкладено було довгі, застелені вишитими убрусами столи, на яких красувалося повно наїдків і напоїв, і танцюристи раз-у-раз покидали танок і бігли до тих столів підкріпитися.</w:t>
      </w:r>
    </w:p>
    <w:p>
      <w:r>
        <w:br/>
        <w:t>Тоді відчула й собі дівчинка, що вона голодна, бо в королеви Багатства харч був мізерний, та й давно вже вона звідти пішла. Отож аж голова їй крутилася, так хотілося їсти, а ще йшла завертом од того, що все навкруги вертілося, та й музика звучала ритмова, аж поривало її до танцю. А ще мала хвилювалася, бо жінка, до якої йшла, аж нітрохи не втрачала подібності з тією, котру бачила на срібній стежці крізь чарівні кришталики.</w:t>
      </w:r>
    </w:p>
    <w:p>
      <w:r>
        <w:br/>
        <w:t>Спинилася й роззирнулася. І щось таке дивне помітила: музиками були пси, коти, пацюки і кози; окрім того, навчено їх було, певне, однієї мелодії, отієї веселої, легкої і грайливої, вони весь час одну й ту ж мелодію грали, і так це було незвичайно, що дівчинка не відала: радіти їй чи дивуватися.</w:t>
      </w:r>
    </w:p>
    <w:p>
      <w:r>
        <w:br/>
        <w:t>Її вже помітила господиня двору й дому і рушила назустріч, світячи весело пустотливою усмішкою й пританцьовуючи при ході.</w:t>
      </w:r>
    </w:p>
    <w:p>
      <w:r>
        <w:br/>
        <w:t>— Дивіться, мої гостеньки, дивіться! — загукала вона, — Яке чарівне і втішне маля до нас прийшло! Гляньте, як пишно воно вдягнене! Ходіть, дівчата, привітаємо нашу маленьку дорогу гостю!</w:t>
      </w:r>
    </w:p>
    <w:p>
      <w:r>
        <w:br/>
        <w:t>На те з танцюючого тлуму випурхнуло кілька легких дівочих постатей і обступили вони дівчинку, зацвірінчали, закричали, гладячи її вишиту золотом та сріблом сорочечку і її золототкану плахточку.</w:t>
      </w:r>
    </w:p>
    <w:p>
      <w:r>
        <w:br/>
        <w:t>— Звідкіля ти взялася, дівчинко? — спитала жінка, — Дивіться, а воно босе. Ти що, черевички згубило?</w:t>
      </w:r>
    </w:p>
    <w:p>
      <w:r>
        <w:br/>
        <w:t>— Босе, босе, босе! — закричали дівчата, — Воно черевички загубило.</w:t>
      </w:r>
    </w:p>
    <w:p>
      <w:r>
        <w:br/>
        <w:t>Жінка підійшла зовсім близько, а маленька так на неї задивилася, так задивилася, аж розсміялася весела господиня:</w:t>
      </w:r>
    </w:p>
    <w:p>
      <w:r>
        <w:br/>
        <w:t>— Ну й чудне маля до нас прибилося! — вигукнула вона крізь сміх, — Гляньте, подруженьки, чи не смутне воно?</w:t>
      </w:r>
    </w:p>
    <w:p>
      <w:r>
        <w:br/>
        <w:t>— Смутне, смутне! — закричали тонкими голосами дівчата. — Але ми її зараз розвеселимо.</w:t>
      </w:r>
    </w:p>
    <w:p>
      <w:r>
        <w:br/>
        <w:t>І вони почали тіпати малу, смикати й повертати.</w:t>
      </w:r>
    </w:p>
    <w:p>
      <w:r>
        <w:br/>
        <w:t>— У моєму королівстві не повинно бути смутних! — владно сказала жінка, — Розвеселіть її, а я згодом вийду до неї побалакати.</w:t>
      </w:r>
    </w:p>
    <w:p>
      <w:r>
        <w:br/>
        <w:t>Повернулася і відійшла легким, танцівливим кроком. Дівчата знову засміялися та, склавши коло, й собі пішли у танок. Кожна з них корчила смішні й утішні мордочки, аж дівчинка не витримала й засміялася.</w:t>
      </w:r>
    </w:p>
    <w:p>
      <w:r>
        <w:br/>
        <w:t>— Вона сміється, сміється! — заплескали в долоні дівчата, — Королево Веселості, вона уже сміється!</w:t>
      </w:r>
    </w:p>
    <w:p>
      <w:r>
        <w:br/>
        <w:t>Одна з них схопила дівчинку за руку й повела її до ґанку, а інші веселою юрмою йшли слідом.</w:t>
      </w:r>
    </w:p>
    <w:p>
      <w:r>
        <w:br/>
        <w:t>Королева стояла на ґанку, тримаючи на вустах усмішку. І дівчинці захотілося кинутися до неї з криком: "Мамо!", обхопити її коліна й заплакати від щастя. Але щось легеньке й остережне торкнулося її серця, щось там у ньому загучало, від чого дівчинка спинилася й завмерла. А що обличчя її все ще сміялося, то й уступила вона в розмову з королевою Веселості.</w:t>
      </w:r>
    </w:p>
    <w:p>
      <w:r>
        <w:br/>
        <w:t>— Хто ти й куди йдеш? — спитала жінка, не перестаючи усміхатися й пританцьовувати.</w:t>
      </w:r>
    </w:p>
    <w:p>
      <w:r>
        <w:br/>
        <w:t>— Я шукаю маму, — сказала дівчинка, — Мені сказали, що вона живе на Хмарі, — дівчинка показала на велику купчасту Хмару, — але туди ще ніхто з живих не діставався. Через це мені порадили йти у широкий і великий світ і спробувати знайти свою маму в інших жінках. От я і ходжу.</w:t>
      </w:r>
    </w:p>
    <w:p>
      <w:r>
        <w:br/>
        <w:t>Королева Веселості задумалася на мить, але оскільки не могла вона задумуватися, то махнула рукою й засміялася.</w:t>
      </w:r>
    </w:p>
    <w:p>
      <w:r>
        <w:br/>
        <w:t>— І треба таке придумати, — сказала вона, не перестаючи пританцьовувати в той час, як дівчата навколо кружляли й вигиналися, маючи білими осяйними одежами, — Навіщо тобі взагалі щось шукати, коли в світі так весело? Слухай, як чарівно звучить музика, глянь, які всі навколо веселі й задоволені, отож веселися й танцюй!</w:t>
      </w:r>
    </w:p>
    <w:p>
      <w:r>
        <w:br/>
        <w:t>— А чому у вас такі чудні музиканти? — спитала дівчинка.</w:t>
      </w:r>
    </w:p>
    <w:p>
      <w:r>
        <w:br/>
        <w:t>— Бо вони не вміють танцювати, — озвалася королева, — Коли б я посадила музиками людей, то образила б їх: всі танцюють і веселяться, а вони — ні! Веселися й ти!</w:t>
      </w:r>
    </w:p>
    <w:p>
      <w:r>
        <w:br/>
        <w:t>— Музика у вас гарна, — сказала дівчинка, — Але хіба може бути по-справжньому весело без мами?</w:t>
      </w:r>
    </w:p>
    <w:p>
      <w:r>
        <w:br/>
        <w:t>— От чудна! — клацнула пальцями королева, — Таж у мене ніхто, чуєш, ніхто ніколи не думає ні про мам, ні про тат і, взагалі, ні про що химерне і зайве. Тут тільки веселяться й танцюють… Тут ніхто нічого не думає і ні про що не турбується.</w:t>
      </w:r>
    </w:p>
    <w:p>
      <w:r>
        <w:br/>
        <w:t>— В дорослих це може бути й так, — сказала дівчинка, — а в дітей інакше. В дітей повинна бути мама.</w:t>
      </w:r>
    </w:p>
    <w:p>
      <w:r>
        <w:br/>
        <w:t>— От уперта дівчинка! — сказала королева, — Я вже, здається, знаю, що сталося з твоєю мамою… Але даремно ти себе трудиш. Ходи у гурт і веселися. Коли тобі так хочеться, обійди всіх жінок і подивися. Можеш і мене за свою маму вважати, теж мені клопіт! А коли не знайдеш, приходь сюди до мене, і я тобі скажу, де маєш шукати. А найліпше забудь про все і веселись!</w:t>
      </w:r>
    </w:p>
    <w:p>
      <w:r>
        <w:br/>
        <w:t>Вона знову розсміялася легковажно й підморгнула своїм подружкам. І хоч було в її обличчі щось і справді схоже до високої та гарної, вперше на ньому промайнуло щось чуже.</w:t>
      </w:r>
    </w:p>
    <w:p>
      <w:r>
        <w:br/>
        <w:t>— Одне запам'ятай! — сказала королева, — У нас не можна просто ходити — танцювати треба. І суму на серці в нас не можна мати. До речі, що це ти там тулиш до себе?</w:t>
      </w:r>
    </w:p>
    <w:p>
      <w:r>
        <w:br/>
        <w:t>— Це моя лялька Галя, — сказала дівчинка, — Це моя подружка, і ми з нею разом блукаємо.</w:t>
      </w:r>
    </w:p>
    <w:p>
      <w:r>
        <w:br/>
        <w:t>— Фу, яка нечупара! — сказала королева, — Викинь її. Знайдеш собі тут кращих подружок. Ми всі тут старих подруг покидали й понаходили нових, правда, дівчата?</w:t>
      </w:r>
    </w:p>
    <w:p>
      <w:r>
        <w:br/>
        <w:t>— Правда, правда! — закричали дівчата і засміялися, затанцювали.</w:t>
      </w:r>
    </w:p>
    <w:p>
      <w:r>
        <w:br/>
        <w:t>— Заберіть, подруженьки, в неї те опудало, — наказала королева, — Хай веселиться і хай ніщо її не смутить.</w:t>
      </w:r>
    </w:p>
    <w:p>
      <w:r>
        <w:br/>
        <w:t>Дівчата кинулися до малої, вирвали в неї з рук ляльку Галю, підкинули як м'яча й почали перекидатися нею з реготом.</w:t>
      </w:r>
    </w:p>
    <w:p>
      <w:r>
        <w:br/>
        <w:t>— Не чіпайте моєї Галі! — закричала з розпачем дівчинка, — Це моя найкраща подружка, і я її не хочу кидати!</w:t>
      </w:r>
    </w:p>
    <w:p>
      <w:r>
        <w:br/>
        <w:t>Вона кинулася в гурт, вихопила ляльку Галю й притисла її до грудей, аж тремтячи від обурення.</w:t>
      </w:r>
    </w:p>
    <w:p>
      <w:r>
        <w:br/>
        <w:t>— Ці діти й справді чудні, — весело сказала королева, — Не чіпайте того одоробла, подруженьки, хай бавиться.</w:t>
      </w:r>
    </w:p>
    <w:p>
      <w:r>
        <w:br/>
        <w:t>Вона махнула рукою, і раптом зойкнула біля грудей маленької лялька Галя і стала холодна, німа й нежива…</w:t>
      </w:r>
    </w:p>
    <w:p>
      <w:r>
        <w:br/>
        <w:t>І перший страх упав у серце малої, але вона й оком не моргнула, бо за час мандрувань мудра зробилася. Отож удала, що й справді хоче танцювати й веселитися, й засміялася, тулячи до грудей холодну ляльку. Вже й до самої королеви її не вабило, бо через те, що повелася вона так негарно з її лялькою, зовсім перестала бути подібною королева до тієї високої і гарної. Не могла вона й не послухатися королеви, отож хитнула тільцем, вловлюючи ритм легкої й грайливої музики, і пішла танцівливим кроком, як ходять тут усі, щоб сховатися від очей королеви Веселості і вкрутитись у шумливий та витупуючий нурт. Адже й правду сказала їй та жінка: так багато тут зібралося людей, скільки тут жінок — чи ж не знайде вона поміж них маму. Отак ішла вона, йшла, пританцьовуючи, зазирала в обличчя кожній жінці і за короткий час побачила безліч гарних, завзятих і невтомних. І до кожної пильно придивлялася дівчинка, жодної не оминула, проходячи в танку, хоч і нелегко це їй було, адже танцюристи змішувалися й переміщувалися. І ще одне помітила дівчинка, таке, що найдужче її здивувало і від чого друга крапля страху пропекла її, наче розтоплене срібло. Уздріла, що більшість цих веселих облич вкрито потом і, хоч усі вони сміються й веселяться, не в одного розширені й наче перелякані очі. І ще третє помітила дівчинка: коли хтось із танцюристів притомлювався і коли в когось із них зникала з обличчя усмішка, тоді земля починала похитуватися, а за хвилю розверзалася під тим утомленим, чути було короткий розпачливий крик — земля навіки ковтала нещасного. По тому знову сходилася, ніби стулювала неситі вуста. І вже не було серед танцюристів жодного втомленого і смутного, жодного, хто б розширював зі страху очі, а всі веселилися й танцювали. І ще четверте помітила дівчинка: людей від того на леваді не меншало, бо по засадженій деревами дорозі-алеї їхали й їхали нові карети і з них висипалися, як бджоли з вуликів, одягнені у святкову одежу люди. До них підходила королева Веселості, легка, грайлива і радісна, і щось їм гукала. І люди поспішливо, не обтрусивши й куряву з дороги, кидались у танцівливий тлум і танцювали, танцювали, перериваючи танок тільки для того, щоб прискочити до столів і щось похапцем з нього хапнути. Тоді дівчинка кидалася до тих нових людей, сподіваючись побачити серед них ту, котру так довго й безнадійно шукала, але довкола снували тільки чужі люди. Малу вже починав і жах пробирати, хоч на обличчі в неї і зблискувала незмінна весела всмішка. Їй здалося, що все тіло її також покривається потом, а ноги й умлівати почали. І вона, може, дотанцювалася б до того, що ковтнула б і її земля, але в цей час сонце сховалося за обрій, і королева Веселості плеснула в долоні і гукнула всім весело й бадьоро:</w:t>
      </w:r>
    </w:p>
    <w:p>
      <w:r>
        <w:br/>
        <w:t>— Спати всім, спати! До завтрашнього дня спати!</w:t>
      </w:r>
    </w:p>
    <w:p>
      <w:r>
        <w:br/>
        <w:t>Тоді всі танцюристи, як підкошені, почали валитися на землю, де хто був, і відразу ж засинали, викидаючи з ротів втомлене й гаркаве хропіння. Маленька теж лягла на вільний клаптик поораної ногами землі, а що не могла заснути, то задивилася на великий і повний місяць, який спинився просто над нею. І побачила, як по місячному промінні з'їжджає безліч маленьких Місячних хлопчиків, а серед них і той, якого вона вже знала. Так, це був той самий, що приходив до неї, коли жила вона в королеви Багатства. І дівчинка раптом зраділа йому, як радіють доброму приятелеві, адже так багато незрозумілого й дивовижного вона побачила.</w:t>
      </w:r>
    </w:p>
    <w:p>
      <w:r>
        <w:br/>
        <w:t>Місячний хлопчик був одягнений у темну керейку, підійшов він до малої й постукав у груди.</w:t>
      </w:r>
    </w:p>
    <w:p>
      <w:r>
        <w:br/>
        <w:t>— Знову прийшов смутити мене? — спитала дівчинка, — Хіба не знаєш, що земля тут проковтує сумних?</w:t>
      </w:r>
    </w:p>
    <w:p>
      <w:r>
        <w:br/>
        <w:t>— Це тільки вдень, — сказав Місячний хлопчик, — Вночі всім дозволено смутитися. Вночі не королева Веселощів панує, а королева Печалі.</w:t>
      </w:r>
    </w:p>
    <w:p>
      <w:r>
        <w:br/>
        <w:t>— Як вона там? — спитала дівчинка, — Не забула ще мене?</w:t>
      </w:r>
    </w:p>
    <w:p>
      <w:r>
        <w:br/>
        <w:t>— Коли б забула, не прийшов би я до тебе, — сказав Місячний хлопчик.</w:t>
      </w:r>
    </w:p>
    <w:p>
      <w:r>
        <w:br/>
        <w:t>— А я вже гадала, що зустріну тут маму, — мовила мала, — Але й тут її нема! Ніде-ніде її нема!</w:t>
      </w:r>
    </w:p>
    <w:p>
      <w:r>
        <w:br/>
        <w:t>— Чому ж не підеш звідси? — спитав Місячний хлопчик.</w:t>
      </w:r>
    </w:p>
    <w:p>
      <w:r>
        <w:br/>
        <w:t>— Бо королева Веселощів щось таке мені пообіцяла. Щось таке: ніби покаже мені маму.</w:t>
      </w:r>
    </w:p>
    <w:p>
      <w:r>
        <w:br/>
        <w:t>Місячний хлопчик стояв біля неї й трусився, навіть зубами поклацував.</w:t>
      </w:r>
    </w:p>
    <w:p>
      <w:r>
        <w:br/>
        <w:t>— Що з тобою? — спитала його дівчинка.</w:t>
      </w:r>
    </w:p>
    <w:p>
      <w:r>
        <w:br/>
        <w:t>— Холодно мені біля тебе, — сказав Місячний хлопчик, — Пусти мене собі в серце.</w:t>
      </w:r>
    </w:p>
    <w:p>
      <w:r>
        <w:br/>
        <w:t>— Я тебе пущу, — сказала дівчинка, — але давай ще трохи порозмовляємо. Лялька моя Галя німа й глуха зробилася, і не маю я ані з ким словом перекинутися. Чуєш, як усі хропуть?</w:t>
      </w:r>
    </w:p>
    <w:p>
      <w:r>
        <w:br/>
        <w:t>— Гадаєш, вони сплять? — спитав Місячний хлопчик, — Це вони з нами розмовляють, з Місячними хлопчиками. Саме сюди насилає нас найбільше королева Печалі. Саме тут ми знаходимо найбільше сердець, що згодні нас пригріти. Зрештою, можеш розмовляти зі мною й інакше. Пусти мене в серце й говори, я тебе почую, та й ти мене добре чутимеш.</w:t>
      </w:r>
    </w:p>
    <w:p>
      <w:r>
        <w:br/>
        <w:t>— Заходь! — зітхнула дівчинка.</w:t>
      </w:r>
    </w:p>
    <w:p>
      <w:r>
        <w:br/>
        <w:t>І він пройшов крізь її груди і вступив у серце. Згорнувся там клубочком і почав висвистувати найсмутнішу із смутних мелодію. Прислухалася маленька й почула, що крізь рокітливий хропіт зусібіч на цьому полі проривається ця ж таки мелодія. Вся поорана ногами левада, хоч і повна сонних та змучених людей, покрита тією музикою, як прозорою сіткою, бринить тут кожен міліметр повітря. Дівчинка пригорнула до грудей свою німу ляльку Галю і подумала під ту музику: а що, як і її мама приїжджала сюди в кареті, а що, коли й вона серед тих, кого проковтнула земля. Коли так, ніколи не знайде вона своєї мами, хоч би й довіку її шукала. А ще вона подумала, що королева Веселощів дуже хитра — пустила шукати її маму серед цих людей, хоч добре знала: ніколи дівчинці не передивитися всіх облич. Адже прибувають сюди щодня нові й нові люди і щодня вона їх переглядатиме, тобто доведеться їй танцювати без кінця, і це триватиме доти, доки не висякне її сила.</w:t>
      </w:r>
    </w:p>
    <w:p>
      <w:r>
        <w:br/>
        <w:t>— Земле, земле! — прошепотіла дівчинка, — Я знаю, що ти добра, що ти милостива. Скажи мені, земле, де моя мама?</w:t>
      </w:r>
    </w:p>
    <w:p>
      <w:r>
        <w:br/>
        <w:t>Але натомість вона почула тільки музику, тільки мелодію, що її висвистував Місячний хлопчик. Мовчала земля, бо й сама була втомлена, і сама спала.</w:t>
      </w:r>
    </w:p>
    <w:p>
      <w:r>
        <w:br/>
        <w:t>— Ні, — сказала тоді дівчинка, прислухаючись до музики, що її награвав Місячний хлопчик, — Не залишуся я на цьому полі, адже це таке поле, що з нього нема повороту…</w:t>
      </w:r>
    </w:p>
    <w:p>
      <w:r>
        <w:br/>
        <w:t>Вона сіла на тому клаптику землі, що їй дістався, і, натятій на коліна плахточку, бережно поклала біля себе німу ляльку й поставила лікті на коліна. Сиділа так і дивилася на Місяць, який і тепер спускав по блідому тонкому промінні Місячних хлопчиків. Вони сплигували на землю і йшли, шукаючи того, хто їх погукав. До того, хто вдає із себе сплячого, щоб постукати йому в груди і завітати в серце…</w:t>
      </w:r>
    </w:p>
    <w:p>
      <w:r>
        <w:br/>
        <w:t>Маленька просиділа так доти, доки не поблідли в небі зорі. Трохи вона балакала з Місячним хлопчиком, але нічого розумного він їй не сказав і нічого не порадив. Коли ж поблідли зорі, Місячні хлопчики зробилися нетлями й полетіли з першими хвилями світанку геть. Дівчинка встала, взяла ляльку Галю й почала пробиратися між сонного люду — в цю передсвітанкову годину всі спали. Сіре світло обливало сплячих, і вони з розтуленими ротами і змореними сірими обличчями виглядали як неживі. Жоден із них не всміхався уві сні, бо кожен донесхочу насміявся вдень.</w:t>
      </w:r>
    </w:p>
    <w:p>
      <w:r>
        <w:br/>
        <w:t>Вона дісталася до хати під солом'яним дахом, двері тут було відчинено, на ґанку сиділи, посхилявши голови на коліна, дівчата в сірих сукнях. Всі вони спали також. Дехто відкинувся до стіни — і в дівчат обличчя були сірі й ніби паперові.</w:t>
      </w:r>
    </w:p>
    <w:p>
      <w:r>
        <w:br/>
        <w:t>Маленька ступила на сходи, які голосно під її босими ногами зарипіли. Одна із дівчат прокинулася, глипнула на дівчинку і знову відкинулася до стіни, з її рота вирвалося хрипке дихання.</w:t>
      </w:r>
    </w:p>
    <w:p>
      <w:r>
        <w:br/>
        <w:t>Зайшла в хату й побачила королеву. Та лежала вшир ліжка нероздягнена й нерозплетена. У волосся її було зашпилено майже зів'ялу квітку, а ноги впиралися об підлогу. Один туфель спав, і крізь порвану панчоху виглядали сірі пальці.</w:t>
      </w:r>
    </w:p>
    <w:p>
      <w:r>
        <w:br/>
        <w:t>Маленька боязко простягла руку й торкнула королеву. Та злякано підхопилася, і тоді вже дорешти переконалася дівчинка: анітрохи не схожа ця жінка на її маму.</w:t>
      </w:r>
    </w:p>
    <w:p>
      <w:r>
        <w:br/>
        <w:t>— Хто мене будить? Хіба вже день? — вигукнула королева.</w:t>
      </w:r>
    </w:p>
    <w:p>
      <w:r>
        <w:br/>
        <w:t>— Ще не день, але вже й не ніч, — сказала дівчинка, — І всі ще сплять…</w:t>
      </w:r>
    </w:p>
    <w:p>
      <w:r>
        <w:br/>
        <w:t>— Чого хочеш від мене? — спитала сердито королева Веселості.</w:t>
      </w:r>
    </w:p>
    <w:p>
      <w:r>
        <w:br/>
        <w:t>— Мені не подобається у Вас, — сказала дівчинка.</w:t>
      </w:r>
    </w:p>
    <w:p>
      <w:r>
        <w:br/>
        <w:t>— То, може, ти смутишся? — спитала насторожено королева.</w:t>
      </w:r>
    </w:p>
    <w:p>
      <w:r>
        <w:br/>
        <w:t>— Ні, — всміхнулася якнайвеселіше дівчинка, — Я не смучусь. Ви ж знаєте, чого я сюди прийшла?</w:t>
      </w:r>
    </w:p>
    <w:p>
      <w:r>
        <w:br/>
        <w:t>— Скільки вас є, не можу запам'ятати, чого кожен сюди приходить, — мовила королева, позіхаючи.</w:t>
      </w:r>
    </w:p>
    <w:p>
      <w:r>
        <w:br/>
        <w:t>— Я шукаю свою маму, — сказала дівчинка, — Не веселощів у цьому світі шукаю, а маму. І ви обіцяли показати, де вона.</w:t>
      </w:r>
    </w:p>
    <w:p>
      <w:r>
        <w:br/>
        <w:t>— Таке чудне обіцяла? — засміялася королева Веселості, — Як же ти згубила свою маму? Розійшлися ви, чи що? Загубилася ти чи пропала?</w:t>
      </w:r>
    </w:p>
    <w:p>
      <w:r>
        <w:br/>
        <w:t>— Не загубилася я ані пропала, — сказала дівчинка, — Вона пішла від мене аж так давно, що я й не пам'ятаю. Але не один мені казав: світ широкий і великий. І не може бути, щоб я її не знайшла! Допоможете мені?</w:t>
      </w:r>
    </w:p>
    <w:p>
      <w:r>
        <w:br/>
        <w:t>— Дуже мала ти і дуже дурненька, — сказала королева Веселості, — А чи не подумала ти, що твоя мама могла померти?</w:t>
      </w:r>
    </w:p>
    <w:p>
      <w:r>
        <w:br/>
        <w:t>— Померти? — перепитала дівчинка, — Ні, я про це не думала… Та й не хочу я про це думати. Бо коли мені стає дуже гірко, коли кладуться мені на очі чарівні кришталики, я бачу крізь них срібну стежку і високу й гарну жінку на тій стежці. І я напевне знаю, що то моя мама — вона часом навіть кличе мене…</w:t>
      </w:r>
    </w:p>
    <w:p>
      <w:r>
        <w:br/>
        <w:t>— Все зрозуміло, — сказала королева Веселості і знову позіхнула, широко розтуляючи рота. І було в неї під ту хвилю несвіже й немолоде обличчя, а очі сухі й порожні, — Так що ти хочеш від мене? Тільки не розбалакуй, вже день настає.</w:t>
      </w:r>
    </w:p>
    <w:p>
      <w:r>
        <w:br/>
        <w:t>— Ви казали, що покажете, де мені шукати маму, — сказала мала.</w:t>
      </w:r>
    </w:p>
    <w:p>
      <w:r>
        <w:br/>
        <w:t>Тоді королева Веселості розсміялася.</w:t>
      </w:r>
    </w:p>
    <w:p>
      <w:r>
        <w:br/>
        <w:t>— Я таке тобі обіцяла? — спитала вона крізь сміх.</w:t>
      </w:r>
    </w:p>
    <w:p>
      <w:r>
        <w:br/>
        <w:t>— Еге ж!</w:t>
      </w:r>
    </w:p>
    <w:p>
      <w:r>
        <w:br/>
        <w:t>— Ну, то й гаразд, — мовила королева, — І не тільки покажу, а можу тобі її повернути, — Вона вийняла з волосся зів'ялу квітку й недбало кинула її дівчинці, — Візьми, — мовила зі сміхом, — Оце, здається, твоя мама.</w:t>
      </w:r>
    </w:p>
    <w:p>
      <w:r>
        <w:br/>
        <w:t>Тоді скочила на рівні і заплескала в долоні.</w:t>
      </w:r>
    </w:p>
    <w:p>
      <w:r>
        <w:br/>
        <w:t>— Дівчата! Дівчата! — закричала весело й пронизливо, — Хутчіше вставайте, чепуріться, я вам розповім таку веселу історію, що ми знову сміхом почнемо день.</w:t>
      </w:r>
    </w:p>
    <w:p>
      <w:r>
        <w:br/>
        <w:t>У двері почали впурхувати, причісуючись на ходу, одна за одною юні й щебетливі дівчата, і королева почала зі сміхом розказувати їм про дівчинку, яка так кумедно шукає маму у величезному й широкому світі, а знайшла, зрештою, зів'ялу квітку. І дівчата чавилися з реготу, і так їм було весело, так радісно і так моторно вони прокручувалися довкруж королеви, аж їхній сміх і щебіт збудив музик: собак, котів, пацюків та кіз. І музики наладнали інструменти, вивіряючи звуки на мекіт кози, а за хвилю вони вже грали ту ж таки веселу і грайливу мелодію, що й учора. Тоді заворушився, запосміхався людський мурашник, що спав на леваді, і почав весело лаштуватись у пари, а вловивши ритм, вони пускалися танцювати. Саме тоді королева доказала свою історію й озирнулася, щоб подивитися, а де ж це та маленька із зів'ялою квіткою? Але дівчинки ніде не було, і королева вийняла із зачіски шпильки, легковажно струснула волоссям, миттю забувши й про маленьку, і про чудне її шукання. І це тим більше пора було їй зробити, бо до її двору вже почали під'їжджати одна за одною карети, а гостей вона обов'язково мала зустріти й лагідно привітати.</w:t>
      </w:r>
    </w:p>
    <w:p>
      <w:r>
        <w:br/>
        <w:t>Розділ 5</w:t>
      </w:r>
    </w:p>
    <w:p>
      <w:r>
        <w:br/>
        <w:t>А дівчинка йшла тим часом порожнім полем, однією рукою тулила до себе холодну, німу й глуху ляльку Галю, а в другій тримала зів'ялу квітку. Квітка безсило похилила голівку і тихо спала, а маленька йшла і губила в траву сльози.</w:t>
      </w:r>
    </w:p>
    <w:p>
      <w:r>
        <w:br/>
        <w:t>— Дивно мені, дивно, — шепотіли її вуста, — Дивно мені, що шукала я маму в широкому і великому світі, а знайшла тільки зів'ялу квітку. Невже це й справді ти, мамо, і невже оці прив'ялі пелюстки — твоє обличчя? Невже ці листочки — руки твої, а стебло — тіло? Я боюся, що розпадешся ти в моїх руках, мамо-квітко, і я вже ніколи тебе не знайду.</w:t>
      </w:r>
    </w:p>
    <w:p>
      <w:r>
        <w:br/>
        <w:t>Дивилася вона на квітку із тихим жалем — захотілося їй, щоб заговорила до неї ця зів'яла красуня і щоб навчила, як їй бути і що робити. Але квітка, звісна річ, мовчала, була-бо зірвана і майже нежива, тож дівчинка й безнадію відчула.</w:t>
      </w:r>
    </w:p>
    <w:p>
      <w:r>
        <w:br/>
        <w:t>— Неправду мені сказала королева Печалі, — прошепотіла вона сама до себе, — Не можна знайти мами в інших жінках. Мама одна, і не буває мами ні в кому чужому…</w:t>
      </w:r>
    </w:p>
    <w:p>
      <w:r>
        <w:br/>
        <w:t>На неї повіяв сухий теплий вітер і підсушив їй сльози, роздивилася вона навколо, наче сподівалася, що хтось мудрий і великий прийде до неї і таки навчить, як їй бути і як діяти. Але поле, по якому йшла, було порожнє й німе, і не було видно на ньому навіть стежки. Тоді опустилася маленька просто на траву, поклала біля себе німу, холодну й глуху ляльку Галю й пригорнула, приголубила зів'ялу квітку.</w:t>
      </w:r>
    </w:p>
    <w:p>
      <w:r>
        <w:br/>
        <w:t>— Квітко, не в'янь! — сказала вона, — Не покидай мене хоч ти. Адже ти — це те, що залишилося від моєї любої, гарної й доброї мами.</w:t>
      </w:r>
    </w:p>
    <w:p>
      <w:r>
        <w:br/>
        <w:t>І їй до болю в серці захотілося знову побачити срібну стежку, і щоб світ навколо був прикрашений яскравими барвами, і щоб знову пішла до неї по тій стежці висока й гарна жінка. Вже не зіскакуватиме їй на зустріч і не гукатиме, а сидітиме, як мишка, й чекатиме. І, може, та жінка до неї дійде. Погладить її по голові й навчить, як жити і як бути, і маленька хоч на трошки пригорнеться до неї, хоч трошки надивиться на неї.</w:t>
      </w:r>
    </w:p>
    <w:p>
      <w:r>
        <w:br/>
        <w:t>Сиділа й дивилася на велику, блискучу, купчасту Хмару, яка розросталася по небі, і її очі, здавалося, просили щось у тієї Хмари. Кликали її до себе й манили. Маленька навіть забула про німу ляльку Галю в траві і про зів'ялу квітку в руці, вона забула про цілий світ. Здалося, що все тіло її стає легке й прозоре, що трохи ще, і вона знайде дорогу на Хмару. Затремтіла від зворушення й напруги: від хмари раптом відкололася біла цятка. Летіла сюди, просто до малої, і чим ближче наближалася, тим більшала. Ось вона вже як жайворон, а ще за хвилину — як голуб. Росла і росла, і дівчинка виразно побачила білі крила. Серце затремтіло їй у грудях, а тоді шалено закалаталося, але вона боялася поворухнутися: чи тому, що спала, чи тому, що боялася злякати птаха. А птах уже ширяв над головою. Побачила мала, що це великий, білий красень, що це великий білий Лебідь. Засвистіло повітря під його крилами — Лебідь повільно спустився і майже впав біля дівчинки.</w:t>
      </w:r>
    </w:p>
    <w:p>
      <w:r>
        <w:br/>
        <w:t>— Доброго тобі дня! — сказав він над силу, — Дай-но напитися, бо здорожився я і втомився.</w:t>
      </w:r>
    </w:p>
    <w:p>
      <w:r>
        <w:br/>
        <w:t>Дівчинка, занепокоєно скочила. Але поблизу не було ні річки, ні криниці, ні калюжі, і вона розгублено озирнулася.</w:t>
      </w:r>
    </w:p>
    <w:p>
      <w:r>
        <w:br/>
        <w:t>— Нічого нема, крім роси, — сказала.</w:t>
      </w:r>
    </w:p>
    <w:p>
      <w:r>
        <w:br/>
        <w:t>— Збери росу, — мовив, надсадно дихаючи Лебідь, — Самому несила вже…</w:t>
      </w:r>
    </w:p>
    <w:p>
      <w:r>
        <w:br/>
        <w:t>Дівчинка обережно поклала на траву біля ляльки Галі зів'ялу квітку й почала повзати на колінах, струшуючи в жменю росу. Довго вона так повзала, і терпляче чекав Лебідь — виривалося вряди-годи з його грудей перепалене повітря, і хрипко постогнував він, ніби конав.</w:t>
      </w:r>
    </w:p>
    <w:p>
      <w:r>
        <w:br/>
        <w:t>Тоді піднесла йому дівчинка те, що зібрала, і Лебідь не випив, а висмоктав вологу.</w:t>
      </w:r>
    </w:p>
    <w:p>
      <w:r>
        <w:br/>
        <w:t>— Звідкіля це ви летите, Лебедю, — спитала вона, — що не маєте сили й до річки дістатися?</w:t>
      </w:r>
    </w:p>
    <w:p>
      <w:r>
        <w:br/>
        <w:t>— Звідкіля лечу? — усміхнувся гордо Лебідь, — Літав так високо, куди жодна пташка не долетить. Літав так швидко й так стрімко, що часом і Хмари досягав.</w:t>
      </w:r>
    </w:p>
    <w:p>
      <w:r>
        <w:br/>
        <w:t>— Досягли Хмари? — захоплено вигукнула дівчинка.</w:t>
      </w:r>
    </w:p>
    <w:p>
      <w:r>
        <w:br/>
        <w:t>— Чому дивуєшся? — звів голову Лебідь, — Глянь, яка в мене довга й гарна шия, які в мене чудові груди, а які могутні у мене крила!</w:t>
      </w:r>
    </w:p>
    <w:p>
      <w:r>
        <w:br/>
        <w:t>— Далеко до тієї Хмари? — спитала дівчинка.</w:t>
      </w:r>
    </w:p>
    <w:p>
      <w:r>
        <w:br/>
        <w:t>— Дуже далеко, — сказав Лебідь, — Через це і впав я притомлений, бо з далекої мандрівки повернувся. Вся сила висякла з мене. Але коли буду в силі, знову полечу…</w:t>
      </w:r>
    </w:p>
    <w:p>
      <w:r>
        <w:br/>
        <w:t>— Лебедю! Лебедю! — прошепотіла дівчинка, — А мене ви не могли б занести на ту Хмару? Кажуть, палац там є срібний, а в ньому моя мама.</w:t>
      </w:r>
    </w:p>
    <w:p>
      <w:r>
        <w:br/>
        <w:t>— Не знаю, — сказав Лебідь, — Ніколи на Хмарі не сідав. Черкну крилом і повертаюся назад. Дай-но мені ще напитися, дівчинко! Не маю я ще сили й розмовляти…</w:t>
      </w:r>
    </w:p>
    <w:p>
      <w:r>
        <w:br/>
        <w:t>І знову маленька повзала на колінах, бруднячи золототкану плахточку, і збирала для Лебедя по краплині росу.</w:t>
      </w:r>
    </w:p>
    <w:p>
      <w:r>
        <w:br/>
        <w:t>— Чудова це вода, чарівна, — сказав Лебідь, напившись удруге, — Мені вже прибуло сили, і я скоро знову готовий буду летіти. Кажеш, на тій Хмарі є чудовий палац?</w:t>
      </w:r>
    </w:p>
    <w:p>
      <w:r>
        <w:br/>
        <w:t>— Так кажуть, — мовила дівчинка, — І ще одне, Лебедю. Чи можна оживити квітку, яка майже зів'яла? І чи можна оживити ляльку, яка раптом стала холодна, німа й глуха, але яка по-справжньому мене любить?</w:t>
      </w:r>
    </w:p>
    <w:p>
      <w:r>
        <w:br/>
        <w:t>— Мене ж ти оживила, хоч я майже зів'яв, — сказав Лебідь, звівся на ноги й пройшовся.</w:t>
      </w:r>
    </w:p>
    <w:p>
      <w:r>
        <w:br/>
        <w:t>— На Хмарі є чудові криниці, — сказав, — Вони голубі, як небо, бо це і є небесні криниці. І в тих криницях не вода, а напій чудовий і цілющий. Дай-но мені втретє напитися, дівчинко, бо далеко нам летіти і нелегко мені буде нести ще й тебе з твоїми подругами.</w:t>
      </w:r>
    </w:p>
    <w:p>
      <w:r>
        <w:br/>
        <w:t>Цього разу маленька повзала ще довше, бо сонце підбилося високо і роса з трави пропадала. Але зібрала вона й цього разу жменьку зеленої води і, висмоктавши її, змахнув Лебідь крильми.</w:t>
      </w:r>
    </w:p>
    <w:p>
      <w:r>
        <w:br/>
        <w:t>— Я готовий, — сказав він, — Бери свою квітку й ляльку і сідай. Полетимо!</w:t>
      </w:r>
    </w:p>
    <w:p>
      <w:r>
        <w:br/>
        <w:t>Дівчинка взяла квітку і ляльку Галю і сіла Лебедю на шию. І білі крила замахали біля неї, як сон, котрий вона снила, білий простір оповив її довкола знову ж таки, як сон, що його вона снила, і припала маленька до птаха, охопивши міцно його руками, притисла, щоб не впали, зів'ялу квітку і німу, холодну ляльку Галю. І полетіли вони так, як це буває в усіх снах, що їх снять утомлені діти, а Лебідь вряди-годи викидав із горлянки довгі, пронизливі крики й набирався щоразу нової сили, бо йому й справді нелегко було летіти з тягарем на спині. Але він летів і летів, і блискуча, срібна Хмара наближалася до них. Побачила маленька спершу голубі криниці, до яких вони й полетіли. І оповив їх неземний запах, і, наче жива, стрепенулася біля грудей у дівчинки квітка й ожила, напруживши стебло й пелюстки. І так само стрепенулася в неї біля грудей лялька Галя і засвітила вже двома очима і зарухала вже двома руками.</w:t>
      </w:r>
    </w:p>
    <w:p>
      <w:r>
        <w:br/>
        <w:t>— Квітка й лялька ожили, Лебедю, ожили! — закричала радісно дівчинка й побачила себе вже майже біля Хмари.</w:t>
      </w:r>
    </w:p>
    <w:p>
      <w:r>
        <w:br/>
        <w:t>І видно стало на Хмарі срібні стіни срібного міста, і срібний палац вивищувався в голубому, тремтливому, осяйному просторі, а навколо заграла тисяча барв, заіскріла й заполум'яніла, і зовсім виразно уздріла дівчинка срібну, лискучу стежку, по якій назустріч їй заспішила висока й гарна жінка. І була в неї така чарівна усмішка, що дівчинка заплакала від щастя, бо цього разу вона напевне знала, хоч і спала, що не помилилася, адже йде їй назустріч таки та, котру вона так довго й безнадійно шукала і кращої й добрішої за яку нема й не буде в усьому великому й широкому світі.</w:t>
      </w:r>
    </w:p>
    <w:p>
      <w:r>
        <w:br/>
        <w:t>— Не зникай, мамо, не зникай, — шепотіла дівчинка крізь сон, бо насправді лежала вона під кущем, укрита лопушиним листком, — Я знаю, що це все мені тільки сниться, але не зникай! Знаю, що, прокинувшись, я знову виглядатиму стежку до тебе і знову буду тебе шукати, але трохи ще біля мене побудь. Знаю, нелегко тебе в цьому світі знайти, тож дай я на тебе трохи подивлюся, дай надивлюся, мамо, — не зникай!..</w:t>
      </w:r>
    </w:p>
    <w:p>
      <w:r>
        <w:br/>
        <w:t>Біла стежка тяглася через велике, порожнє поле. Жовте, піщане поле, де-не-де поросле рідкою травою. Гуляв над тим полем жовтий вітер, а по стежці дибцяла маленька дівчинка років на сім, а може, й менше. Тулила ота дівчинка до грудей ляльку без одного ока і без однієї руки, щось шепотіла й говорила до неї, і лялька щось тоненько їй відповідала. А стежка вела її все далі, адже бувають у цьому світі такі стежки, яким немає кінця, зате не піти по них також годі.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Дівчинка, котра шукала маму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