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Дівчинка і гриби</w:t>
      </w:r>
    </w:p>
    <w:p>
      <w:r>
        <w:br/>
        <w:t xml:space="preserve"> &lt;p&gt;Дві дівчинки йшли додому з грибами, їм треба було переходити через залізницю.</w:t>
      </w:r>
    </w:p>
    <w:p>
      <w:r>
        <w:br/>
        <w:t>Вони думали, що машина далеко, вилізли на насип і пішли через рейки.</w:t>
      </w:r>
    </w:p>
    <w:p>
      <w:r>
        <w:br/>
        <w:t>Раптом загуркотіла машина. Старша дівчинка побігла назад, а менша перебігла через колію.</w:t>
      </w:r>
    </w:p>
    <w:p>
      <w:r>
        <w:br/>
        <w:t>Старша дівчинка гукнула сестрі:</w:t>
      </w:r>
    </w:p>
    <w:p>
      <w:r>
        <w:br/>
        <w:t>— Не йди назад!</w:t>
      </w:r>
    </w:p>
    <w:p>
      <w:r>
        <w:br/>
        <w:t>Але машина була так близько і так сильно гуркотіла, що менша дівчинка не розчула: вона подумала, що їй велять бігти назад. Вона побігла назад через рейки, спіткнулася, впустила гриби й почала їх збирати.</w:t>
      </w:r>
    </w:p>
    <w:p>
      <w:r>
        <w:br/>
        <w:t>Машина вже була близько, і машиніст свистів з усієї сили.</w:t>
      </w:r>
    </w:p>
    <w:p>
      <w:r>
        <w:br/>
        <w:t>Старша дівчинка кричала: "Покинь гриби!", а маленька дівчинка думала, що їй велять зібрати гриби, і повзла колією...</w:t>
      </w:r>
    </w:p>
    <w:p>
      <w:r>
        <w:br/>
        <w:t>Машиніст не міг спинити машини. Вона свистіла з усієї сили і наїхала на дівчинку.</w:t>
      </w:r>
    </w:p>
    <w:p>
      <w:r>
        <w:br/>
        <w:t>Старша дівчинка кричала й плакала. Всі пасажири виглядали з вікон вагонів, а кондуктор побіг у кінець поїзда, аби поглянути, що сталося з дівчинкою.</w:t>
      </w:r>
    </w:p>
    <w:p>
      <w:r>
        <w:br/>
        <w:t>Коли поїзд пройшов, усі побачили, що дівчинка лежить між рейками головою вниз і не рухається.</w:t>
      </w:r>
    </w:p>
    <w:p>
      <w:r>
        <w:br/>
        <w:t>Потім, коли поїзд уже від'їхав далеко, дівчинка підвела голову, стала на коліна, зібрала гриби й побігла до сестри.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Дівчинка і гриби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