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Діва з чужини</w:t>
      </w:r>
    </w:p>
    <w:p>
      <w:r>
        <w:br/>
        <w:t xml:space="preserve"> Під перші жайворонків співи,&lt;br /&gt;</w:t>
        <w:br/>
        <w:t>Щорік, з теплом погожих днів&lt;br /&gt;</w:t>
        <w:br/>
        <w:t>З'являлась дивна красна діва&lt;br /&gt;</w:t>
        <w:br/>
        <w:t>В долину вбогих пастухів.</w:t>
      </w:r>
    </w:p>
    <w:p>
      <w:r>
        <w:br/>
        <w:t>З якого краю, неназванна,&lt;br /&gt;</w:t>
        <w:br/>
        <w:t>Приходила, ніхто не знав;&lt;br /&gt;</w:t>
        <w:br/>
        <w:t>Прощалась діва осіянна —&lt;br /&gt;</w:t>
        <w:br/>
        <w:t>I слід за нею пропадав.</w:t>
      </w:r>
    </w:p>
    <w:p>
      <w:r>
        <w:br/>
        <w:t>Вона щасливила ласкаво,&lt;br /&gt;</w:t>
        <w:br/>
        <w:t>Блаженством повнила серця,&lt;br /&gt;</w:t>
        <w:br/>
        <w:t>Але бентежив величавий&lt;br /&gt;</w:t>
        <w:br/>
        <w:t>I чистий блиск її лиця.</w:t>
      </w:r>
    </w:p>
    <w:p>
      <w:r>
        <w:br/>
        <w:t>Плоди пахучі, розбуялі&lt;br /&gt;</w:t>
        <w:br/>
        <w:t>I пишний цвіт несла вона,&lt;br /&gt;</w:t>
        <w:br/>
        <w:t>Що в світлі іншому зростали,&lt;br /&gt;</w:t>
        <w:br/>
        <w:t>Де інша, ліпша сторона.</w:t>
      </w:r>
    </w:p>
    <w:p>
      <w:r>
        <w:br/>
        <w:t>Вона між людом їх ділила,&lt;br /&gt;</w:t>
        <w:br/>
        <w:t>Тому плоди, тому квітки;&lt;br /&gt;</w:t>
        <w:br/>
        <w:t>Юнак, і муж, і дід похилий —&lt;br /&gt;</w:t>
        <w:br/>
        <w:t>Всі мали дар її руки.</w:t>
      </w:r>
    </w:p>
    <w:p>
      <w:r>
        <w:br/>
        <w:t>I всім уміла догодити,-&lt;br /&gt;</w:t>
        <w:br/>
        <w:t>Та юна пара надійшла,&lt;br /&gt;</w:t>
        <w:br/>
        <w:t>I їй вона найкращі квіти,&lt;br /&gt;</w:t>
        <w:br/>
        <w:t>Дар найрозкішніший дала.</w:t>
      </w:r>
    </w:p>
    <w:p>
      <w:r>
        <w:br/>
      </w:r>
    </w:p>
    <w:p>
      <w:r>
        <w:br/>
        <w:t>Переклад М. Ореста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Діва з чужини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