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Дитяча залізниця</w:t>
      </w:r>
    </w:p>
    <w:p>
      <w:r>
        <w:br/>
        <w:t xml:space="preserve"> Від вуличного дощу тікаючи в аудиторії,&lt;br /&gt;</w:t>
        <w:br/>
        <w:t>в березні, коли містом товчеться безліч божевільних,&lt;br /&gt;</w:t>
        <w:br/>
        <w:t>гріючись в книгарнях і безкоштовних туалетах,&lt;br /&gt;</w:t>
        <w:br/>
        <w:t>як тритони обертаючи за світлом коричневі очі;&lt;br /&gt;</w:t>
        <w:br/>
        <w:t>щедрою рукою час зачерпує зі своїх водоймищ&lt;br /&gt;</w:t>
        <w:br/>
        <w:t>і сипле в твої долоні&lt;br /&gt;</w:t>
        <w:br/>
        <w:t>пригоршні молюсків і равликів,&lt;br /&gt;</w:t>
        <w:br/>
        <w:t>комет і річкового каміння.</w:t>
      </w:r>
    </w:p>
    <w:p>
      <w:r>
        <w:br/>
        <w:t>Колись всі вокзали в моєму місті о такій порі&lt;br /&gt;</w:t>
        <w:br/>
        <w:t>зупинялись, наче будильники&lt;br /&gt;</w:t>
        <w:br/>
        <w:t>з тисячею ослаблених пружин;&lt;br /&gt;</w:t>
        <w:br/>
        <w:t>сховавшись під небо,&lt;br /&gt;</w:t>
        <w:br/>
        <w:t>котре летіло з двома світилами,&lt;br /&gt;</w:t>
        <w:br/>
        <w:t>мовби людина з двома серцями,&lt;br /&gt;</w:t>
        <w:br/>
        <w:t>рудоволосі дівчата які тримали сутінки на кінчиках язиків,&lt;br /&gt;</w:t>
        <w:br/>
        <w:t>співали пісню, що в ній, ніби в вугіллі,&lt;br /&gt;</w:t>
        <w:br/>
        <w:t>було багато старої зброї, одягу і зотлілих тарантулів;&lt;br /&gt;</w:t>
        <w:br/>
        <w:t>і з пагорбу, де закінчувалось місто,&lt;br /&gt;</w:t>
        <w:br/>
        <w:t>видно було залізницю,&lt;br /&gt;</w:t>
        <w:br/>
        <w:t>якою добирались додому робітники.</w:t>
      </w:r>
    </w:p>
    <w:p>
      <w:r>
        <w:br/>
        <w:t>Скільки вогню, скільки сліз, скільки вугілля&lt;br /&gt;</w:t>
        <w:br/>
        <w:t>вигоріло в легенях, вітрилах, що напиналися&lt;br /&gt;</w:t>
        <w:br/>
        <w:t>в шахтарському селищі.&lt;br /&gt;</w:t>
        <w:br/>
        <w:t>Пощо, скажи, небо збирає всі свої ласощі,&lt;br /&gt;</w:t>
        <w:br/>
        <w:t>крам і світила,&lt;br /&gt;</w:t>
        <w:br/>
        <w:t>і повернувшись, зникає за пагорбом?</w:t>
      </w:r>
    </w:p>
    <w:p>
      <w:r>
        <w:br/>
        <w:t>За кожен невидимий видих вимучених за ніч метеликів,&lt;br /&gt;</w:t>
        <w:br/>
        <w:t>за кожного із сиріт, котрі кожного ранку складали постіль, мов парашути,&lt;br /&gt;</w:t>
        <w:br/>
        <w:t>за кожен з кларнетів в твоєму горлі, які не дають тобі просто дихати,&lt;br /&gt;</w:t>
        <w:br/>
        <w:t>перетворюючи голос на тінь і джаз на хворобу,&lt;br /&gt;</w:t>
        <w:br/>
        <w:t>заплачено нашим життям.&lt;br /&gt;</w:t>
        <w:br/>
        <w:t>Тримайся ближче до мене. Винесений в заголовок,&lt;br /&gt;</w:t>
        <w:br/>
        <w:t>досвід постане, мов риштування,&lt;br /&gt;</w:t>
        <w:br/>
        <w:t>кріплячи ще нестійкі дитячі легені&lt;br /&gt;</w:t>
        <w:br/>
        <w:t>дротами і крейдою.</w:t>
      </w:r>
    </w:p>
    <w:p>
      <w:r>
        <w:br/>
        <w:t>І цей сніг також, наче старе полотно&lt;br /&gt;</w:t>
        <w:br/>
        <w:t>складений в громіздких шухлядах неба,&lt;br /&gt;</w:t>
        <w:br/>
        <w:t>не накриє твоєї печалі. Лише дивись —&lt;br /&gt;</w:t>
        <w:br/>
        <w:t>протяги гуляють від кордону до кордону&lt;br /&gt;</w:t>
        <w:br/>
        <w:t>і нерозірваними бомбами в темряві лежать вокзали&lt;br /&gt;</w:t>
        <w:br/>
        <w:t>і нічні самотні експреси, мовби вужі в озерах,&lt;br /&gt;</w:t>
        <w:br/>
        <w:t>плавають в темряві, сплескуючи хвостами,&lt;br /&gt;</w:t>
        <w:br/>
        <w:t>довкола твого серця.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Дитяча залізниця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