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Діти з Долини Райдуг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Діти з Долини Райдуг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