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Диспут</w:t>
      </w:r>
    </w:p>
    <w:p>
      <w:r>
        <w:br/>
        <w:t xml:space="preserve"> В залі пишному Толедо1&lt;br /&gt;</w:t>
        <w:br/>
        <w:t>Сурм дзвінких лунають кличі.&lt;br /&gt;</w:t>
        <w:br/>
        <w:t>Суне розмаїтий люд&lt;br /&gt;</w:t>
        <w:br/>
        <w:t>На змагання духівниче.</w:t>
      </w:r>
    </w:p>
    <w:p>
      <w:r>
        <w:br/>
        <w:t>Тут не світська колотнеча&lt;br /&gt;</w:t>
        <w:br/>
        <w:t>Піднесе мечі сердиті,-&lt;br /&gt;</w:t>
        <w:br/>
        <w:t>Будуть зброєю слова,&lt;br /&gt;</w:t>
        <w:br/>
        <w:t>Схоластичним гартом вкриті.</w:t>
      </w:r>
    </w:p>
    <w:p>
      <w:r>
        <w:br/>
        <w:t>Не в галантний бій піде&lt;br /&gt;</w:t>
        <w:br/>
        <w:t>Паладин на паладина,-&lt;br /&gt;</w:t>
        <w:br/>
        <w:t>Поєдинок буде тут&lt;br /&gt;</w:t>
        <w:br/>
        <w:t>Рабина і капуцина.</w:t>
      </w:r>
    </w:p>
    <w:p>
      <w:r>
        <w:br/>
        <w:t>Їх ярмулка і каптур,&lt;br /&gt;</w:t>
        <w:br/>
        <w:t>Мов шоломи, прикрашають,&lt;br /&gt;</w:t>
        <w:br/>
        <w:t>Арбеканфес2 і наплічник,&lt;br /&gt;</w:t>
        <w:br/>
        <w:t>Наче панцирі, вкривають.</w:t>
      </w:r>
    </w:p>
    <w:p>
      <w:r>
        <w:br/>
        <w:t>Чий господь є справжній бог?&lt;br /&gt;</w:t>
        <w:br/>
        <w:t>Чи єврейський, на покари&lt;br /&gt;</w:t>
        <w:br/>
        <w:t>Щедрий бог, що став за нього&lt;br /&gt;</w:t>
        <w:br/>
        <w:t>Раббі Юда із Наварри?</w:t>
      </w:r>
    </w:p>
    <w:p>
      <w:r>
        <w:br/>
        <w:t>Чи є богом триєдиний&lt;br /&gt;</w:t>
        <w:br/>
        <w:t>Бог ласкавий, християнський,&lt;br /&gt;</w:t>
        <w:br/>
        <w:t>Що за нього став брат Хозе,&lt;br /&gt;</w:t>
        <w:br/>
        <w:t>Настоятель францисканський?</w:t>
      </w:r>
    </w:p>
    <w:p>
      <w:r>
        <w:br/>
        <w:t>Міццю певних аргументів,&lt;br /&gt;</w:t>
        <w:br/>
        <w:t>Ланцюгом логічних речень&lt;br /&gt;</w:t>
        <w:br/>
        <w:t>І цитатами з трактатів,&lt;br /&gt;</w:t>
        <w:br/>
        <w:t>Визнаних без заперечень,</w:t>
      </w:r>
    </w:p>
    <w:p>
      <w:r>
        <w:br/>
        <w:t>Кожен прагнув&lt;br /&gt;</w:t>
        <w:br/>
        <w:t>Супротивника загнати&lt;br /&gt;</w:t>
        <w:br/>
        <w:t>І божественне єство&lt;br /&gt;</w:t>
        <w:br/>
        <w:t>Свого бога показати.</w:t>
      </w:r>
    </w:p>
    <w:p>
      <w:r>
        <w:br/>
        <w:t>Встановили, хто потрапить&lt;br /&gt;</w:t>
        <w:br/>
        <w:t>У поразку безсумнівну,&lt;br /&gt;</w:t>
        <w:br/>
        <w:t>Той повинен перейти&lt;br /&gt;</w:t>
        <w:br/>
        <w:t>Сам у віру супротивну,-</w:t>
      </w:r>
    </w:p>
    <w:p>
      <w:r>
        <w:br/>
        <w:t>Іудей святим обрядом&lt;br /&gt;</w:t>
        <w:br/>
        <w:t>Має вихрещений бути,&lt;br /&gt;</w:t>
        <w:br/>
        <w:t>А ченцеві — навпаки —&lt;br /&gt;</w:t>
        <w:br/>
        <w:t>Обрізання не минути.</w:t>
      </w:r>
    </w:p>
    <w:p>
      <w:r>
        <w:br/>
        <w:t>Кожного з борців побожних&lt;br /&gt;</w:t>
        <w:br/>
        <w:t>Оточили вірні друзі,&lt;br /&gt;</w:t>
        <w:br/>
        <w:t>Згодні долю ватажка&lt;br /&gt;</w:t>
        <w:br/>
        <w:t>Поділить і в щасті, й в тузі.</w:t>
      </w:r>
    </w:p>
    <w:p>
      <w:r>
        <w:br/>
        <w:t>Твердо вірили монахи,&lt;br /&gt;</w:t>
        <w:br/>
        <w:t>Що їх вчитель переможе,&lt;br /&gt;</w:t>
        <w:br/>
        <w:t>Притягли уже й купелю,&lt;br /&gt;</w:t>
        <w:br/>
        <w:t>Щоб зробить хрестини гоже.</w:t>
      </w:r>
    </w:p>
    <w:p>
      <w:r>
        <w:br/>
        <w:t>Почалося в них кропилом&lt;br /&gt;</w:t>
        <w:br/>
        <w:t>І кадилами махання,&lt;br /&gt;</w:t>
        <w:br/>
        <w:t>Та й суперники тим часом&lt;br /&gt;</w:t>
        <w:br/>
        <w:t>Гострять ніж для обрізання.</w:t>
      </w:r>
    </w:p>
    <w:p>
      <w:r>
        <w:br/>
        <w:t>Два гуртки, готові битись,&lt;br /&gt;</w:t>
        <w:br/>
        <w:t>Зупинились серед залу,&lt;br /&gt;</w:t>
        <w:br/>
        <w:t>І навколо них юрба&lt;br /&gt;</w:t>
        <w:br/>
        <w:t>Нетерпляче жде сигналу.</w:t>
      </w:r>
    </w:p>
    <w:p>
      <w:r>
        <w:br/>
        <w:t>Під наметом золотим&lt;br /&gt;</w:t>
        <w:br/>
        <w:t>З почетом, що вийшов слідом,&lt;br /&gt;</w:t>
        <w:br/>
        <w:t>Сів король і королева,&lt;br /&gt;</w:t>
        <w:br/>
        <w:t>Схожа на дитинку видом.</w:t>
      </w:r>
    </w:p>
    <w:p>
      <w:r>
        <w:br/>
        <w:t>Ніс кирпатенький, французький,&lt;br /&gt;</w:t>
        <w:br/>
        <w:t>Хитрі і грайливі міни,&lt;br /&gt;</w:t>
        <w:br/>
        <w:t>Ротик — мовби чарівливі,&lt;br /&gt;</w:t>
        <w:br/>
        <w:t>Завше всміхнені рубіни.</w:t>
      </w:r>
    </w:p>
    <w:p>
      <w:r>
        <w:br/>
        <w:t>Гарну, легковажну квітку,-&lt;br /&gt;</w:t>
        <w:br/>
        <w:t>Боже, стань їй на помогу! —&lt;br /&gt;</w:t>
        <w:br/>
        <w:t>З берегів веселих Сени&lt;br /&gt;</w:t>
        <w:br/>
        <w:t>Привезли сюди, небогу,</w:t>
      </w:r>
    </w:p>
    <w:p>
      <w:r>
        <w:br/>
        <w:t>В край іспанських етикетів&lt;br /&gt;</w:t>
        <w:br/>
        <w:t>І суворої гордині.&lt;br /&gt;</w:t>
        <w:br/>
        <w:t>Бланш Бурбон — вона там звалась,&lt;br /&gt;</w:t>
        <w:br/>
        <w:t>Донна Бланка зветься нині.</w:t>
      </w:r>
    </w:p>
    <w:p>
      <w:r>
        <w:br/>
        <w:t>Короля "Жорстоким Педро"3&lt;br /&gt;</w:t>
        <w:br/>
        <w:t>Звало людство тогочасне,&lt;br /&gt;</w:t>
        <w:br/>
        <w:t>Та сьогодні, подобрівши,&lt;br /&gt;</w:t>
        <w:br/>
        <w:t>Кращий він за ймення власне.</w:t>
      </w:r>
    </w:p>
    <w:p>
      <w:r>
        <w:br/>
        <w:t>Він до зібраних вельмож&lt;br /&gt;</w:t>
        <w:br/>
        <w:t>Ставлення являє чемне,&lt;br /&gt;</w:t>
        <w:br/>
        <w:t>Навіть маврам та євреям&lt;br /&gt;</w:t>
        <w:br/>
        <w:t>Слово кидає приємне.</w:t>
      </w:r>
    </w:p>
    <w:p>
      <w:r>
        <w:br/>
        <w:t>Це обрізане шляхетство&lt;br /&gt;</w:t>
        <w:br/>
        <w:t>За його підпору стало,-&lt;br /&gt;</w:t>
        <w:br/>
        <w:t>Має провід над військами,&lt;br /&gt;</w:t>
        <w:br/>
        <w:t>Порядкує грішми дбало.</w:t>
      </w:r>
    </w:p>
    <w:p>
      <w:r>
        <w:br/>
        <w:t>Ось вістують раптом сурми&lt;br /&gt;</w:t>
        <w:br/>
        <w:t>Й гуркотіння барабанів,&lt;br /&gt;</w:t>
        <w:br/>
        <w:t>Що почався поєдинок,&lt;br /&gt;</w:t>
        <w:br/>
        <w:t>Диспут поміж двох титанів.</w:t>
      </w:r>
    </w:p>
    <w:p>
      <w:r>
        <w:br/>
        <w:t>Францисканець виліз перший,&lt;br /&gt;</w:t>
        <w:br/>
        <w:t>Сповнений святого гніву,-&lt;br /&gt;</w:t>
        <w:br/>
        <w:t>Грізно виє, лунко скиглить,-&lt;br /&gt;</w:t>
        <w:br/>
        <w:t>Репетує верескливо.</w:t>
      </w:r>
    </w:p>
    <w:p>
      <w:r>
        <w:br/>
        <w:t>Іменем отця і сина,&lt;br /&gt;</w:t>
        <w:br/>
        <w:t>Іменем святого духа&lt;br /&gt;</w:t>
        <w:br/>
        <w:t>Чорта він закляв, якого&lt;br /&gt;</w:t>
        <w:br/>
        <w:t>Рабин безвідмовно слуха;</w:t>
      </w:r>
    </w:p>
    <w:p>
      <w:r>
        <w:br/>
        <w:t>Адже часто чорт залазить&lt;br /&gt;</w:t>
        <w:br/>
        <w:t>В час таких от суперечок&lt;br /&gt;</w:t>
        <w:br/>
        <w:t>У єврея, щоб докинуть&lt;br /&gt;</w:t>
        <w:br/>
        <w:t>Гострих жартів та словечок.</w:t>
      </w:r>
    </w:p>
    <w:p>
      <w:r>
        <w:br/>
        <w:t>Чорта силою молитви&lt;br /&gt;</w:t>
        <w:br/>
        <w:t>Закінчивши заклинати,&lt;br /&gt;</w:t>
        <w:br/>
        <w:t>Взявсь монах за катехізис,&lt;br /&gt;</w:t>
        <w:br/>
        <w:t>Ухопився за догмати.</w:t>
      </w:r>
    </w:p>
    <w:p>
      <w:r>
        <w:br/>
        <w:t>Він казав, що бог в трьох лицях&lt;br /&gt;</w:t>
        <w:br/>
        <w:t>Вірним побажав явитись,&lt;br /&gt;</w:t>
        <w:br/>
        <w:t>Та всі три в одне обличчя,&lt;br /&gt;</w:t>
        <w:br/>
        <w:t>Якщо треба, можуть злитись.-</w:t>
      </w:r>
    </w:p>
    <w:p>
      <w:r>
        <w:br/>
        <w:t>А для того, щоб збагнуть&lt;br /&gt;</w:t>
        <w:br/>
        <w:t>Суть цієї таємниці,&lt;br /&gt;</w:t>
        <w:br/>
        <w:t>Треба розуму зректися&lt;br /&gt;</w:t>
        <w:br/>
        <w:t>І втекти з його в'язниці.</w:t>
      </w:r>
    </w:p>
    <w:p>
      <w:r>
        <w:br/>
        <w:t>Він казав: у Віфліємі&lt;br /&gt;</w:t>
        <w:br/>
        <w:t>Пана бога породила&lt;br /&gt;</w:t>
        <w:br/>
        <w:t>Діва, що чеснот дівочих&lt;br /&gt;</w:t>
        <w:br/>
        <w:t>Аніколи не губила;</w:t>
      </w:r>
    </w:p>
    <w:p>
      <w:r>
        <w:br/>
        <w:t>І коли лежав у яслах&lt;br /&gt;</w:t>
        <w:br/>
        <w:t>Бог, то стали біля нього&lt;br /&gt;</w:t>
        <w:br/>
        <w:t>Корівки й бички, побожно&lt;br /&gt;</w:t>
        <w:br/>
        <w:t>Подивляючись на бога.</w:t>
      </w:r>
    </w:p>
    <w:p>
      <w:r>
        <w:br/>
        <w:t>Він казав, що мусив бог&lt;br /&gt;</w:t>
        <w:br/>
        <w:t>Геть од Ірода тікати&lt;br /&gt;</w:t>
        <w:br/>
        <w:t>До Єгипту, але згодом&lt;br /&gt;</w:t>
        <w:br/>
        <w:t>Повернувсь, щоб мук зазнати,</w:t>
      </w:r>
    </w:p>
    <w:p>
      <w:r>
        <w:br/>
        <w:t>Бо за вироком Пілата&lt;br /&gt;</w:t>
        <w:br/>
        <w:t>Був він відданий на муки&lt;br /&gt;</w:t>
        <w:br/>
        <w:t>Твердосердим фарисеям,&lt;br /&gt;</w:t>
        <w:br/>
        <w:t>Іудеям в їхні руки.</w:t>
      </w:r>
    </w:p>
    <w:p>
      <w:r>
        <w:br/>
        <w:t>Він казав: на третій день&lt;br /&gt;</w:t>
        <w:br/>
        <w:t>Бог свою труну покинув&lt;br /&gt;</w:t>
        <w:br/>
        <w:t>І простісінько до неба,&lt;br /&gt;</w:t>
        <w:br/>
        <w:t>Знявшись, мов на крилах, злинув,-</w:t>
      </w:r>
    </w:p>
    <w:p>
      <w:r>
        <w:br/>
        <w:t>Та, коли настане час,&lt;br /&gt;</w:t>
        <w:br/>
        <w:t>Знов на землю він прибуде&lt;br /&gt;</w:t>
        <w:br/>
        <w:t>І всіх мертвих та живих&lt;br /&gt;</w:t>
        <w:br/>
        <w:t>Скличе до страшного суду.</w:t>
      </w:r>
    </w:p>
    <w:p>
      <w:r>
        <w:br/>
        <w:t>"Затремтіть,— гукнув монах,-&lt;br /&gt;</w:t>
        <w:br/>
        <w:t>Перед богом, що його ви&lt;br /&gt;</w:t>
        <w:br/>
        <w:t>Мордували, бичували&lt;br /&gt;</w:t>
        <w:br/>
        <w:t>І вінець вдягли терновий.</w:t>
      </w:r>
    </w:p>
    <w:p>
      <w:r>
        <w:br/>
        <w:t>О євреї, люті вбивці,&lt;br /&gt;</w:t>
        <w:br/>
        <w:t>Мстиві і прагнущі крові!&lt;br /&gt;</w:t>
        <w:br/>
        <w:t>Якби бог з'явився знову,&lt;br /&gt;</w:t>
        <w:br/>
        <w:t>Ви його забить готові.</w:t>
      </w:r>
    </w:p>
    <w:p>
      <w:r>
        <w:br/>
        <w:t>Ти, єврейський роде,— кишло,&lt;br /&gt;</w:t>
        <w:br/>
        <w:t>Де чортів гніздиться сила,-&lt;br /&gt;</w:t>
        <w:br/>
        <w:t>Тої нечисті мільйони&lt;br /&gt;</w:t>
        <w:br/>
        <w:t>Влізли до твойого тіла.</w:t>
      </w:r>
    </w:p>
    <w:p>
      <w:r>
        <w:br/>
        <w:t>Так учив Фома Аквінський,&lt;br /&gt;</w:t>
        <w:br/>
        <w:t>Що заради знань незмірних&lt;br /&gt;</w:t>
        <w:br/>
        <w:t>Названий стовпом,— він є&lt;br /&gt;</w:t>
        <w:br/>
        <w:t>Й нині сяйвом правовірних.</w:t>
      </w:r>
    </w:p>
    <w:p>
      <w:r>
        <w:br/>
        <w:t>О євреї,— ви гієни,&lt;br /&gt;</w:t>
        <w:br/>
        <w:t>Ви жадни?х шакалів зграя,&lt;br /&gt;</w:t>
        <w:br/>
        <w:t>Що на цвинтарях могили&lt;br /&gt;</w:t>
        <w:br/>
        <w:t>Кровожерно розриває,-</w:t>
      </w:r>
    </w:p>
    <w:p>
      <w:r>
        <w:br/>
        <w:t>Ви, євреї,— павіани,&lt;br /&gt;</w:t>
        <w:br/>
        <w:t>Кабани, гіпопотами,&lt;br /&gt;</w:t>
        <w:br/>
        <w:t>Крокодили і вампіри,&lt;br /&gt;</w:t>
        <w:br/>
        <w:t>Хижаки над хижаками.</w:t>
      </w:r>
    </w:p>
    <w:p>
      <w:r>
        <w:br/>
        <w:t>Ви — шуліки, сови, круки,&lt;br /&gt;</w:t>
        <w:br/>
        <w:t>Кажани, сичі, оду?ди,&lt;br /&gt;</w:t>
        <w:br/>
        <w:t>Трупоїди, василіски,&lt;br /&gt;</w:t>
        <w:br/>
        <w:t>Погань ночі, дня паскуди.</w:t>
      </w:r>
    </w:p>
    <w:p>
      <w:r>
        <w:br/>
        <w:t>Ви — черва, єхидни, змії,&lt;br /&gt;</w:t>
        <w:br/>
        <w:t>За шкаруп гидкіші навіть,&lt;br /&gt;</w:t>
        <w:br/>
        <w:t>Жаби, гади,— хай Христос&lt;br /&gt;</w:t>
        <w:br/>
        <w:t>Ваші голови розчавить!</w:t>
      </w:r>
    </w:p>
    <w:p>
      <w:r>
        <w:br/>
        <w:t>Чи ви хочете, прокляті,&lt;br /&gt;</w:t>
        <w:br/>
        <w:t>Зрятувати душу власну?&lt;br /&gt;</w:t>
        <w:br/>
        <w:t>Тож з бридкої синагоги&lt;br /&gt;</w:t>
        <w:br/>
        <w:t>Йдіть в оселю нашу ясну.</w:t>
      </w:r>
    </w:p>
    <w:p>
      <w:r>
        <w:br/>
        <w:t>Там, в любові світлім храмі,&lt;br /&gt;</w:t>
        <w:br/>
        <w:t>Наче із святої чаші,&lt;br /&gt;</w:t>
        <w:br/>
        <w:t>Джерело щедрот господніх&lt;br /&gt;</w:t>
        <w:br/>
        <w:t>Голови омиє ваші.</w:t>
      </w:r>
    </w:p>
    <w:p>
      <w:r>
        <w:br/>
        <w:t>Змийте ветхого Адама,&lt;br /&gt;</w:t>
        <w:br/>
        <w:t>Скиньте гніт нестерпний бруду,&lt;br /&gt;</w:t>
        <w:br/>
        <w:t>Змийте з ваших серць дощенту&lt;br /&gt;</w:t>
        <w:br/>
        <w:t>Давню лють, олжу, облуду!</w:t>
      </w:r>
    </w:p>
    <w:p>
      <w:r>
        <w:br/>
        <w:t>Чуєте ви голос божий?&lt;br /&gt;</w:t>
        <w:br/>
        <w:t>Він вас знову кличе, люди,-&lt;br /&gt;</w:t>
        <w:br/>
        <w:t>Ваших паразитів гидь&lt;br /&gt;</w:t>
        <w:br/>
        <w:t>Скиньте господу на груди.</w:t>
      </w:r>
    </w:p>
    <w:p>
      <w:r>
        <w:br/>
        <w:t>Наш господь — господь любові,&lt;br /&gt;</w:t>
        <w:br/>
        <w:t>Він подібний до ягняти,-&lt;br /&gt;</w:t>
        <w:br/>
        <w:t>За гріхи людей він смерть&lt;br /&gt;</w:t>
        <w:br/>
        <w:t>Мусив на хресті прийняти.</w:t>
      </w:r>
    </w:p>
    <w:p>
      <w:r>
        <w:br/>
        <w:t>Наш господь — господь любові.&lt;br /&gt;</w:t>
        <w:br/>
        <w:t>Носить він Христа наймення,&lt;br /&gt;</w:t>
        <w:br/>
        <w:t>Прагнем ми сягти його&lt;br /&gt;</w:t>
        <w:br/>
        <w:t>Милосердя й всепрощення.</w:t>
      </w:r>
    </w:p>
    <w:p>
      <w:r>
        <w:br/>
        <w:t>Ось чому такі ми добрі,&lt;br /&gt;</w:t>
        <w:br/>
        <w:t>Милосердні, незлобиві,&lt;br /&gt;</w:t>
        <w:br/>
        <w:t>Тихомирні, мов телятка,&lt;br /&gt;</w:t>
        <w:br/>
        <w:t>Добрості зразки правдиві.</w:t>
      </w:r>
    </w:p>
    <w:p>
      <w:r>
        <w:br/>
        <w:t>Ми, у рай попавши, будем&lt;br /&gt;</w:t>
        <w:br/>
        <w:t>Там між янголяток світлих&lt;br /&gt;</w:t>
        <w:br/>
        <w:t>Походжать, в руках піднісши&lt;br /&gt;</w:t>
        <w:br/>
        <w:t>Кетяги лілей розквітлих.</w:t>
      </w:r>
    </w:p>
    <w:p>
      <w:r>
        <w:br/>
        <w:t>Замість ряс шорстких зодягнем&lt;br /&gt;</w:t>
        <w:br/>
        <w:t>Найчистіші білі шати,&lt;br /&gt;</w:t>
        <w:br/>
        <w:t>Вберемось в стрічки та бинди,&lt;br /&gt;</w:t>
        <w:br/>
        <w:t>В шовк, мусліни і брокати.</w:t>
      </w:r>
    </w:p>
    <w:p>
      <w:r>
        <w:br/>
        <w:t>Зникнуть лисини! На тім'ї&lt;br /&gt;</w:t>
        <w:br/>
        <w:t>Пишні кучері зав'ються,&lt;br /&gt;</w:t>
        <w:br/>
        <w:t>Найгарніші юні діви&lt;br /&gt;</w:t>
        <w:br/>
        <w:t>Їх косичити візьмуться.</w:t>
      </w:r>
    </w:p>
    <w:p>
      <w:r>
        <w:br/>
        <w:t>Келихи на небі будуть&lt;br /&gt;</w:t>
        <w:br/>
        <w:t>Більш глибокі і широкі,&lt;br /&gt;</w:t>
        <w:br/>
        <w:t>Ніж отут, внизу, бокали,&lt;br /&gt;</w:t>
        <w:br/>
        <w:t>Де п'янкі шумують соки.</w:t>
      </w:r>
    </w:p>
    <w:p>
      <w:r>
        <w:br/>
        <w:t>А от ротики жіночі —&lt;br /&gt;</w:t>
        <w:br/>
        <w:t>Навпаки — на небі вужчі,&lt;br /&gt;</w:t>
        <w:br/>
        <w:t>Аніж мають їх красуні,&lt;br /&gt;</w:t>
        <w:br/>
        <w:t>На землі оцій живущі.</w:t>
      </w:r>
    </w:p>
    <w:p>
      <w:r>
        <w:br/>
        <w:t>Так в цілунках, в жартах, в учтах&lt;br /&gt;</w:t>
        <w:br/>
        <w:t>Проживать ми будем завше,&lt;br /&gt;</w:t>
        <w:br/>
        <w:t>Дружно "Кіріє елейсон"&lt;br /&gt;</w:t>
        <w:br/>
        <w:t>Й "Алілуя" заспівавши".</w:t>
      </w:r>
    </w:p>
    <w:p>
      <w:r>
        <w:br/>
        <w:t>От замовк чернець. Монахи,&lt;br /&gt;</w:t>
        <w:br/>
        <w:t>Певні, що в поганськім серці&lt;br /&gt;</w:t>
        <w:br/>
        <w:t>Тьму здолали, до купелі&lt;br /&gt;</w:t>
        <w:br/>
        <w:t>Воду вже тягли в цеберці,-</w:t>
      </w:r>
    </w:p>
    <w:p>
      <w:r>
        <w:br/>
        <w:t>Та євреї мають зроду&lt;br /&gt;</w:t>
        <w:br/>
        <w:t>До води якусь відразу.&lt;br /&gt;</w:t>
        <w:br/>
        <w:t>Тож наваррець раббі Юда&lt;br /&gt;</w:t>
        <w:br/>
        <w:t>Розпочав промову зразу:</w:t>
      </w:r>
    </w:p>
    <w:p>
      <w:r>
        <w:br/>
        <w:t>"Щоб своїм зерном засіять&lt;br /&gt;</w:t>
        <w:br/>
        <w:t>Грунт сухий мойого духу,&lt;br /&gt;</w:t>
        <w:br/>
        <w:t>Гноєм лайки, кпин і глуму&lt;br /&gt;</w:t>
        <w:br/>
        <w:t>Ти жбурляв мені на скруху.</w:t>
      </w:r>
    </w:p>
    <w:p>
      <w:r>
        <w:br/>
        <w:t>Я в цих методах вбачаю&lt;br /&gt;</w:t>
        <w:br/>
        <w:t>Ваших звичаїв ознаку,&lt;br /&gt;</w:t>
        <w:br/>
        <w:t>І тебе не буду шпетить,&lt;br /&gt;</w:t>
        <w:br/>
        <w:t>А складу натомість дяку.</w:t>
      </w:r>
    </w:p>
    <w:p>
      <w:r>
        <w:br/>
        <w:t>З ваших догмів про триєдність&lt;br /&gt;</w:t>
        <w:br/>
        <w:t>Наші люди не дивують,&lt;br /&gt;</w:t>
        <w:br/>
        <w:t>Адже з правилом потрійним&lt;br /&gt;</w:t>
        <w:br/>
        <w:t>Ще з дитинства порядкують.</w:t>
      </w:r>
    </w:p>
    <w:p>
      <w:r>
        <w:br/>
        <w:t>Що три постаті в собі&lt;br /&gt;</w:t>
        <w:br/>
        <w:t>Бог ваш має — це не чудо,&lt;br /&gt;</w:t>
        <w:br/>
        <w:t>Бо в поганців тих богів&lt;br /&gt;</w:t>
        <w:br/>
        <w:t>Тисяч шість, напевне, буде.</w:t>
      </w:r>
    </w:p>
    <w:p>
      <w:r>
        <w:br/>
        <w:t>Бог, що названий Христом,&lt;br /&gt;</w:t>
        <w:br/>
        <w:t>Нам, признатись, не відомий,&lt;br /&gt;</w:t>
        <w:br/>
        <w:t>З його матір'ю святою&lt;br /&gt;</w:t>
        <w:br/>
        <w:t>Теж, на жаль, я не знайомий,</w:t>
      </w:r>
    </w:p>
    <w:p>
      <w:r>
        <w:br/>
        <w:t>Та мені шкода, коли&lt;br /&gt;</w:t>
        <w:br/>
        <w:t>Десь віків тому дванадцять&lt;br /&gt;</w:t>
        <w:br/>
        <w:t>Мусив він в Єрусалимі&lt;br /&gt;</w:t>
        <w:br/>
        <w:t>Гірко так поневіряться.</w:t>
      </w:r>
    </w:p>
    <w:p>
      <w:r>
        <w:br/>
        <w:t>Чи його євреї вбили,-&lt;br /&gt;</w:t>
        <w:br/>
        <w:t>Хто б у цім переконався,&lt;br /&gt;</w:t>
        <w:br/>
        <w:t>Якщо сам Delicti corpus4&lt;br /&gt;</w:t>
        <w:br/>
        <w:t>За три дні кудись подався.</w:t>
      </w:r>
    </w:p>
    <w:p>
      <w:r>
        <w:br/>
        <w:t>Кажуть, наче з нашим богом&lt;br /&gt;</w:t>
        <w:br/>
        <w:t>Він — в рідні, тому й в пошані,&lt;br /&gt;</w:t>
        <w:br/>
        <w:t>Але брешуть, бо ми знаєм,&lt;br /&gt;</w:t>
        <w:br/>
        <w:t>Що бездітний цей останній.</w:t>
      </w:r>
    </w:p>
    <w:p>
      <w:r>
        <w:br/>
        <w:t>Наш господь — це не ягнятко,&lt;br /&gt;</w:t>
        <w:br/>
        <w:t>Що за людство вмре охоче,&lt;br /&gt;</w:t>
        <w:br/>
        <w:t>Філантропіком нікчемним&lt;br /&gt;</w:t>
        <w:br/>
        <w:t>Бути наш господь не хоче.</w:t>
      </w:r>
    </w:p>
    <w:p>
      <w:r>
        <w:br/>
        <w:t>Наш господь — не бог любові.&lt;br /&gt;</w:t>
        <w:br/>
        <w:t>Поцілунки не для нього!&lt;br /&gt;</w:t>
        <w:br/>
        <w:t>Помсти й громовиці бог,&lt;br /&gt;</w:t>
        <w:br/>
        <w:t>Править він суворо й строго.</w:t>
      </w:r>
    </w:p>
    <w:p>
      <w:r>
        <w:br/>
        <w:t>Він на грішників метає&lt;br /&gt;</w:t>
        <w:br/>
        <w:t>Блискавиць своїх удари.&lt;br /&gt;</w:t>
        <w:br/>
        <w:t>За гріхи дідів нащадки&lt;br /&gt;</w:t>
        <w:br/>
        <w:t>Часто зазнають покари.</w:t>
      </w:r>
    </w:p>
    <w:p>
      <w:r>
        <w:br/>
        <w:t>Наш господь живе одвіку,&lt;br /&gt;</w:t>
        <w:br/>
        <w:t>І в палаці серед неба&lt;br /&gt;</w:t>
        <w:br/>
        <w:t>Існувати буде він&lt;br /&gt;</w:t>
        <w:br/>
        <w:t>Цілу вічність, думать треба.</w:t>
      </w:r>
    </w:p>
    <w:p>
      <w:r>
        <w:br/>
        <w:t>Наш господь — він не мара.&lt;br /&gt;</w:t>
        <w:br/>
        <w:t>Він — здоровий, повний сили,&lt;br /&gt;</w:t>
        <w:br/>
        <w:t>А не щуплий, мов облатка&lt;br /&gt;</w:t>
        <w:br/>
        <w:t>Чи мов привид із могили.</w:t>
      </w:r>
    </w:p>
    <w:p>
      <w:r>
        <w:br/>
        <w:t>Наш господь — силач. Він в жмені&lt;br /&gt;</w:t>
        <w:br/>
        <w:t>Держить сонце, місяць, зорі.&lt;br /&gt;</w:t>
        <w:br/>
        <w:t>Гинуть люди й трони, тільки&lt;br /&gt;</w:t>
        <w:br/>
        <w:t>Гнів у нього блисне в зорі.</w:t>
      </w:r>
    </w:p>
    <w:p>
      <w:r>
        <w:br/>
        <w:t>Справді він великий бог.&lt;br /&gt;</w:t>
        <w:br/>
        <w:t>Зрік Давид: немає змоги&lt;br /&gt;</w:t>
        <w:br/>
        <w:t>Велич цю збагнути, всесвіт —&lt;br /&gt;</w:t>
        <w:br/>
        <w:t>Це ослін йому під ноги.</w:t>
      </w:r>
    </w:p>
    <w:p>
      <w:r>
        <w:br/>
        <w:t>Любить тішитись наш бог&lt;br /&gt;</w:t>
        <w:br/>
        <w:t>Музикою і співанням,&lt;br /&gt;</w:t>
        <w:br/>
        <w:t>То лиш дзвін йому здається&lt;br /&gt;</w:t>
        <w:br/>
        <w:t>Поросячим верещанням.</w:t>
      </w:r>
    </w:p>
    <w:p>
      <w:r>
        <w:br/>
        <w:t>Риба водиться в морях,-&lt;br /&gt;</w:t>
        <w:br/>
        <w:t>Звуть Левіафан рибину.&lt;br /&gt;</w:t>
        <w:br/>
        <w:t>З нею бавиться господь&lt;br /&gt;</w:t>
        <w:br/>
        <w:t>Щодоби одну годину;</w:t>
      </w:r>
    </w:p>
    <w:p>
      <w:r>
        <w:br/>
        <w:t>Тільки на дев'ятий день&lt;br /&gt;</w:t>
        <w:br/>
        <w:t>В місяць Аб, коли до краю&lt;br /&gt;</w:t>
        <w:br/>
        <w:t>Був зруйнований наш храм,&lt;br /&gt;</w:t>
        <w:br/>
        <w:t>З нею бог смутний не грає.</w:t>
      </w:r>
    </w:p>
    <w:p>
      <w:r>
        <w:br/>
        <w:t>Сотня миль — така велика&lt;br /&gt;</w:t>
        <w:br/>
        <w:t>Довжина Левіафана,&lt;br /&gt;</w:t>
        <w:br/>
        <w:t>Хвіст — мов кедр, плавці — мов тулуб&lt;br /&gt;</w:t>
        <w:br/>
        <w:t>Ока5 владаря Васана.</w:t>
      </w:r>
    </w:p>
    <w:p>
      <w:r>
        <w:br/>
        <w:t>М'ясо в нього пресмачне,&lt;br /&gt;</w:t>
        <w:br/>
        <w:t>З черепашим не рівняти!&lt;br /&gt;</w:t>
        <w:br/>
        <w:t>В судний день господь запросить&lt;br /&gt;</w:t>
        <w:br/>
        <w:t>На обід в свої палати</w:t>
      </w:r>
    </w:p>
    <w:p>
      <w:r>
        <w:br/>
        <w:t>Всіх обранців правовірних,&lt;br /&gt;</w:t>
        <w:br/>
        <w:t>Щоб вони отут могли би&lt;br /&gt;</w:t>
        <w:br/>
        <w:t>Досхочу покуштувати&lt;br /&gt;</w:t>
        <w:br/>
        <w:t>Страв з улюбленої риби.</w:t>
      </w:r>
    </w:p>
    <w:p>
      <w:r>
        <w:br/>
        <w:t>Бог з вина зготує соус,&lt;br /&gt;</w:t>
        <w:br/>
        <w:t>Зробить з часника підливи,&lt;br /&gt;</w:t>
        <w:br/>
        <w:t>Покладе присмак, родзинок,-&lt;br /&gt;</w:t>
        <w:br/>
        <w:t>Просто мателот на диво!</w:t>
      </w:r>
    </w:p>
    <w:p>
      <w:r>
        <w:br/>
        <w:t>В білій часниковій юшці&lt;br /&gt;</w:t>
        <w:br/>
        <w:t>Редьки плаватимуть скибки,-&lt;br /&gt;</w:t>
        <w:br/>
        <w:t>Ти б охоче, брате Хозе,&lt;br /&gt;</w:t>
        <w:br/>
        <w:t>Попоїв тієї рибки!</w:t>
      </w:r>
    </w:p>
    <w:p>
      <w:r>
        <w:br/>
        <w:t>До смаку й з вина підлива,&lt;br /&gt;</w:t>
        <w:br/>
        <w:t>Де родзинки та горіхи,-&lt;br /&gt;</w:t>
        <w:br/>
        <w:t>Раювало б, друже Хозе,&lt;br /&gt;</w:t>
        <w:br/>
        <w:t>Черевце твоє од втіхи!</w:t>
      </w:r>
    </w:p>
    <w:p>
      <w:r>
        <w:br/>
        <w:t>Божі страви — добра річ!&lt;br /&gt;</w:t>
        <w:br/>
        <w:t>Тож не стій бовван бовваном,&lt;br /&gt;</w:t>
        <w:br/>
        <w:t>Плоттю зайвою пожертвуй&lt;br /&gt;</w:t>
        <w:br/>
        <w:t>Та й ласуй Левіафаном!"</w:t>
      </w:r>
    </w:p>
    <w:p>
      <w:r>
        <w:br/>
        <w:t>Так принадно мовив рабин,&lt;br /&gt;</w:t>
        <w:br/>
        <w:t>Знадно, кучеряво, пишно,-&lt;br /&gt;</w:t>
        <w:br/>
        <w:t>І свої ножі євреї&lt;br /&gt;</w:t>
        <w:br/>
        <w:t>Зводять, хрюкаючи втішно,</w:t>
      </w:r>
    </w:p>
    <w:p>
      <w:r>
        <w:br/>
        <w:t>Щоб здобувши перемогу,&lt;br /&gt;</w:t>
        <w:br/>
        <w:t>Зайву плоть в ченця відтяти,&lt;br /&gt;</w:t>
        <w:br/>
        <w:t>Цінним втішитись трофеєм,&lt;br /&gt;</w:t>
        <w:br/>
        <w:t>Закінчивши бій завзятий.</w:t>
      </w:r>
    </w:p>
    <w:p>
      <w:r>
        <w:br/>
        <w:t>Та ченці тримались міцно&lt;br /&gt;</w:t>
        <w:br/>
        <w:t>За дідівську давню віру&lt;br /&gt;</w:t>
        <w:br/>
        <w:t>І за плоть свою, затявшись&lt;br /&gt;</w:t>
        <w:br/>
        <w:t>Не віддать її в офіру.</w:t>
      </w:r>
    </w:p>
    <w:p>
      <w:r>
        <w:br/>
        <w:t>Знову ганити єврея&lt;br /&gt;</w:t>
        <w:br/>
        <w:t>Розпочав чернець побожний.&lt;br /&gt;</w:t>
        <w:br/>
        <w:t>Кожне слово — таз нічний,&lt;br /&gt;</w:t>
        <w:br/>
        <w:t>Ще й до того не порожній.</w:t>
      </w:r>
    </w:p>
    <w:p>
      <w:r>
        <w:br/>
        <w:t>Рабин теж монаха шпетив,&lt;br /&gt;</w:t>
        <w:br/>
        <w:t>Знов одчувши пал подвійний,&lt;br /&gt;</w:t>
        <w:br/>
        <w:t>Хоч кипіло на душі,&lt;br /&gt;</w:t>
        <w:br/>
        <w:t>Та з обличчя був спокійний.</w:t>
      </w:r>
    </w:p>
    <w:p>
      <w:r>
        <w:br/>
        <w:t>Покликався він на "Мішни"6&lt;br /&gt;</w:t>
        <w:br/>
        <w:t>Коментарії й трактати,&lt;br /&gt;</w:t>
        <w:br/>
        <w:t>Витягав із "Таусфес-Йонтоф"&lt;br /&gt;</w:t>
        <w:br/>
        <w:t>Найзмістовніші цитати.</w:t>
      </w:r>
    </w:p>
    <w:p>
      <w:r>
        <w:br/>
        <w:t>Та яких блюзнірств страшних&lt;br /&gt;</w:t>
        <w:br/>
        <w:t>Припустився піп-гульвіса!&lt;br /&gt;</w:t>
        <w:br/>
        <w:t>Він сказав: цей "Таусфес-Йонтоф"&lt;br /&gt;</w:t>
        <w:br/>
        <w:t>Хай іде собі до біса.</w:t>
      </w:r>
    </w:p>
    <w:p>
      <w:r>
        <w:br/>
        <w:t>"Боже, чуєш ти таке?" —&lt;br /&gt;</w:t>
        <w:br/>
        <w:t>Рабин скрикнув гарячково,&lt;br /&gt;</w:t>
        <w:br/>
        <w:t>Увірвавсь йому терпець&lt;br /&gt;</w:t>
        <w:br/>
        <w:t>І сказився він раптово:</w:t>
      </w:r>
    </w:p>
    <w:p>
      <w:r>
        <w:br/>
        <w:t>"Ти посмів на "Таусфес-Йонтоф"&lt;br /&gt;</w:t>
        <w:br/>
        <w:t>Це сказати? Леле! Леле!&lt;br /&gt;</w:t>
        <w:br/>
        <w:t>Боже, відомсти блюзніру,&lt;br /&gt;</w:t>
        <w:br/>
        <w:t>Хай твій гнів його розмеле!</w:t>
      </w:r>
    </w:p>
    <w:p>
      <w:r>
        <w:br/>
        <w:t>"Таусфес-Йонтоф" — це сам бог!&lt;br /&gt;</w:t>
        <w:br/>
        <w:t>Тож скарай своєю мстою&lt;br /&gt;</w:t>
        <w:br/>
        <w:t>Тих, хто честь твою образив,&lt;br /&gt;</w:t>
        <w:br/>
        <w:t>"Таусфес-Йонтоф" вкрив ганьбою.</w:t>
      </w:r>
    </w:p>
    <w:p>
      <w:r>
        <w:br/>
        <w:t>Хай проваляться крізь землю&lt;br /&gt;</w:t>
        <w:br/>
        <w:t>Так, як вояки Корая7,&lt;br /&gt;</w:t>
        <w:br/>
        <w:t>Що колись тобі чинила&lt;br /&gt;</w:t>
        <w:br/>
        <w:t>Опір їхня люта зграя.</w:t>
      </w:r>
    </w:p>
    <w:p>
      <w:r>
        <w:br/>
        <w:t>Вдар своїм найкращим громом,&lt;br /&gt;</w:t>
        <w:br/>
        <w:t>Щоб помститись недовірку,-&lt;br /&gt;</w:t>
        <w:br/>
        <w:t>Для Содома і Гоморри&lt;br /&gt;</w:t>
        <w:br/>
        <w:t>Ти ж знайшов смолу і сірку!</w:t>
      </w:r>
    </w:p>
    <w:p>
      <w:r>
        <w:br/>
        <w:t>Боже, знищи капуцинів&lt;br /&gt;</w:t>
        <w:br/>
        <w:t>Так, як військо фараона,&lt;br /&gt;</w:t>
        <w:br/>
        <w:t>Від якого ми тікали,&lt;br /&gt;</w:t>
        <w:br/>
        <w:t>Давши драла із полону.</w:t>
      </w:r>
    </w:p>
    <w:p>
      <w:r>
        <w:br/>
        <w:t>Виставив цей цар Єгипту&lt;br /&gt;</w:t>
        <w:br/>
        <w:t>Більше як сто тисяч воїв,&lt;br /&gt;</w:t>
        <w:br/>
        <w:t>Вбрав у лати і мечами&lt;br /&gt;</w:t>
        <w:br/>
        <w:t>Руки їх страшні озброїв,</w:t>
      </w:r>
    </w:p>
    <w:p>
      <w:r>
        <w:br/>
        <w:t>Та правицю звів наш бог,-&lt;br /&gt;</w:t>
        <w:br/>
        <w:t>Всі ті воїни суворі,&lt;br /&gt;</w:t>
        <w:br/>
        <w:t>Мов нікчемні кошенята,&lt;br /&gt;</w:t>
        <w:br/>
        <w:t>Потопились в Чермнім морі.</w:t>
      </w:r>
    </w:p>
    <w:p>
      <w:r>
        <w:br/>
        <w:t>Боже, вдар по капуцинах,&lt;br /&gt;</w:t>
        <w:br/>
        <w:t>Щоб мерзотники дізнались,&lt;br /&gt;</w:t>
        <w:br/>
        <w:t>Що громи твойого гніву&lt;br /&gt;</w:t>
        <w:br/>
        <w:t>Не ступились, не зламались.</w:t>
      </w:r>
    </w:p>
    <w:p>
      <w:r>
        <w:br/>
        <w:t>Я тоді твою звитягу&lt;br /&gt;</w:t>
        <w:br/>
        <w:t>Буду піснею хвалити,&lt;br /&gt;</w:t>
        <w:br/>
        <w:t>Буду, наче Міріам8&lt;br /&gt;</w:t>
        <w:br/>
        <w:t>Танцювати й в бубон бити!"</w:t>
      </w:r>
    </w:p>
    <w:p>
      <w:r>
        <w:br/>
        <w:t>Цю промову перебив&lt;br /&gt;</w:t>
        <w:br/>
        <w:t>Піп, одчувши гнів огненний:&lt;br /&gt;</w:t>
        <w:br/>
        <w:t>"З волі бога сам загинеш&lt;br /&gt;</w:t>
        <w:br/>
        <w:t>Ти, проклятий, ти, скажений!</w:t>
      </w:r>
    </w:p>
    <w:p>
      <w:r>
        <w:br/>
        <w:t>Що мені твій бог бруднющий&lt;br /&gt;</w:t>
        <w:br/>
        <w:t>І чортів твоїх навала!&lt;br /&gt;</w:t>
        <w:br/>
        <w:t>Не боюся Вельзевула,&lt;br /&gt;</w:t>
        <w:br/>
        <w:t>Астарота й Веліала!9</w:t>
      </w:r>
    </w:p>
    <w:p>
      <w:r>
        <w:br/>
        <w:t>Не піддамсь нечистій силі,&lt;br /&gt;</w:t>
        <w:br/>
        <w:t>Їх облуді і мерзоті!&lt;br /&gt;</w:t>
        <w:br/>
        <w:t>Сам Христос вселився в мене,&lt;br /&gt;</w:t>
        <w:br/>
        <w:t>Я його наївся плоті.</w:t>
      </w:r>
    </w:p>
    <w:p>
      <w:r>
        <w:br/>
        <w:t>Причастився я Христом&lt;br /&gt;</w:t>
        <w:br/>
        <w:t>І мені він більш смакує,&lt;br /&gt;</w:t>
        <w:br/>
        <w:t>Ніж юха з Левіафану,&lt;br /&gt;</w:t>
        <w:br/>
        <w:t>Що її сам чорт готує.</w:t>
      </w:r>
    </w:p>
    <w:p>
      <w:r>
        <w:br/>
        <w:t>Ах, навіщо сперечатись?&lt;br /&gt;</w:t>
        <w:br/>
        <w:t>Краще я вас всіх, прокляті,&lt;br /&gt;</w:t>
        <w:br/>
        <w:t>Розіклав би, пік і смажив&lt;br /&gt;</w:t>
        <w:br/>
        <w:t>На гарячому багатті!"</w:t>
      </w:r>
    </w:p>
    <w:p>
      <w:r>
        <w:br/>
        <w:t>Так у гніві і злобі&lt;br /&gt;</w:t>
        <w:br/>
        <w:t>Бій за господа точився.&lt;br /&gt;</w:t>
        <w:br/>
        <w:t>Лаяти, сопти, казитись&lt;br /&gt;</w:t>
        <w:br/>
        <w:t>Кожен із борців втомився.</w:t>
      </w:r>
    </w:p>
    <w:p>
      <w:r>
        <w:br/>
        <w:t>Битва йде вже цілий день.&lt;br /&gt;</w:t>
        <w:br/>
        <w:t>Їй нема кінця і тями,-&lt;br /&gt;</w:t>
        <w:br/>
        <w:t>Публіка зморилась геть,&lt;br /&gt;</w:t>
        <w:br/>
        <w:t>І зопріли сильно дами.</w:t>
      </w:r>
    </w:p>
    <w:p>
      <w:r>
        <w:br/>
        <w:t>Почет геть терплячість втратив,&lt;br /&gt;</w:t>
        <w:br/>
        <w:t>Закуняли челядинці,&lt;br /&gt;</w:t>
        <w:br/>
        <w:t>І тоді сказав король&lt;br /&gt;</w:t>
        <w:br/>
        <w:t>Молодій красуні жінці:</w:t>
      </w:r>
    </w:p>
    <w:p>
      <w:r>
        <w:br/>
        <w:t>"Хто з обох промовців правий?&lt;br /&gt;</w:t>
        <w:br/>
        <w:t>Просим вашої ухвали:&lt;br /&gt;</w:t>
        <w:br/>
        <w:t>Чи ви згодні із монахом,&lt;br /&gt;</w:t>
        <w:br/>
        <w:t>Чи за рабина обстали?"</w:t>
      </w:r>
    </w:p>
    <w:p>
      <w:r>
        <w:br/>
        <w:t>Донна Бланка, королю&lt;br /&gt;</w:t>
        <w:br/>
        <w:t>В очі глянувши, приклала&lt;br /&gt;</w:t>
        <w:br/>
        <w:t>До чола свого долоньку&lt;br /&gt;</w:t>
        <w:br/>
        <w:t>І нарешті відказала:</w:t>
      </w:r>
    </w:p>
    <w:p>
      <w:r>
        <w:br/>
        <w:t>"Хто з них правий — не збагну,&lt;br /&gt;</w:t>
        <w:br/>
        <w:t>Та оця доводить битва,&lt;br /&gt;</w:t>
        <w:br/>
        <w:t>Що і рабин, і монах&lt;br /&gt;</w:t>
        <w:br/>
        <w:t>Дуже зле смердять обидва".</w:t>
      </w:r>
    </w:p>
    <w:p>
      <w:r>
        <w:br/>
        <w:t>1851</w:t>
      </w:r>
    </w:p>
    <w:p>
      <w:r>
        <w:br/>
        <w:t>---------------------&lt;br /&gt;</w:t>
        <w:br/>
        <w:t>1 Толедо — місто в Іспанії.&lt;br /&gt;</w:t>
        <w:br/>
        <w:t>2 Арбеканфес — молитовний одяг.&lt;br /&gt;</w:t>
        <w:br/>
        <w:t>3 Педро І Жорстокий — королював&lt;br /&gt;</w:t>
        <w:br/>
        <w:t>в Іспанії 1350-1369 роках.&lt;br /&gt;</w:t>
        <w:br/>
        <w:t>4 Delicti corpus — речовий доказ.&lt;br /&gt;</w:t>
        <w:br/>
        <w:t>5 Ок — Цар Васану — біблійний персонаж.&lt;br /&gt;</w:t>
        <w:br/>
        <w:t>6 "Мішна", "Таусфес-Йонтоф" — книги&lt;br /&gt;</w:t>
        <w:br/>
        <w:t>релігійних єврейських законів.&lt;br /&gt;</w:t>
        <w:br/>
        <w:t>7 Корай — біблійний персонаж,&lt;br /&gt;</w:t>
        <w:br/>
        <w:t>повстав проти Мойсея і був богом&lt;br /&gt;</w:t>
        <w:br/>
        <w:t>знищений разом зі своїм військом.&lt;br /&gt;</w:t>
        <w:br/>
        <w:t>8 Міріам — біблійний персонаж, сестра&lt;br /&gt;</w:t>
        <w:br/>
        <w:t>Мойсея.&lt;br /&gt;</w:t>
        <w:br/>
        <w:t>9 Імена дияволів.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Диспут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