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Диктатор</w:t>
      </w:r>
    </w:p>
    <w:p>
      <w:r>
        <w:br/>
        <w:t xml:space="preserve"> я диктатор і можу собі дозволити все&lt;br /&gt;</w:t>
        <w:br/>
        <w:t>палити вішати мордувати&lt;br /&gt;</w:t>
        <w:br/>
        <w:t>у всіх на очах ґвалтувати&lt;br /&gt;</w:t>
        <w:br/>
        <w:t>найцнотливіших жінок і дівчат&lt;br /&gt;</w:t>
        <w:br/>
        <w:t>дарувати повіям брильянтові забавки&lt;br /&gt;</w:t>
        <w:br/>
        <w:t>тоді коли нарід жере коржики з висівок&lt;br /&gt;</w:t>
        <w:br/>
        <w:t>говорити своїм міністрам&lt;br /&gt;</w:t>
        <w:br/>
        <w:t>а поцілуйте мене точнісінько в задницю&lt;br /&gt;</w:t>
        <w:br/>
        <w:t>і знімати штани посеред зали сойму&lt;br /&gt;</w:t>
        <w:br/>
        <w:t>вони ж ідіоти лише радітимуть з цього</w:t>
      </w:r>
    </w:p>
    <w:p>
      <w:r>
        <w:br/>
        <w:t>вечорами лелію плани&lt;br /&gt;</w:t>
        <w:br/>
        <w:t>накажу із усіх троянд з усієї країни&lt;br /&gt;</w:t>
        <w:br/>
        <w:t>посплітати гірлянди і уквітчати ними&lt;br /&gt;</w:t>
        <w:br/>
        <w:t>кожне місто аби мої піддані&lt;br /&gt;</w:t>
        <w:br/>
        <w:t>жили посеред літаючих квітів&lt;br /&gt;</w:t>
        <w:br/>
        <w:t>а тоді вгамуюся&lt;br /&gt;</w:t>
        <w:br/>
        <w:t>і жорстокість мене вже&lt;br /&gt;</w:t>
        <w:br/>
        <w:t>не забавлятиме</w:t>
      </w:r>
    </w:p>
    <w:p>
      <w:r>
        <w:br/>
        <w:t>і то буде моя найбільша помилка&lt;br /&gt;</w:t>
        <w:br/>
        <w:t>бо незчуюсь як вилечу&lt;br /&gt;</w:t>
        <w:br/>
        <w:t>мордою в мурашник&lt;br /&gt;</w:t>
        <w:br/>
        <w:t>і мене розірвуть на шматочки&lt;br /&gt;</w:t>
        <w:br/>
        <w:t>адже люди можуть витерпіти усе&lt;br /&gt;</w:t>
        <w:br/>
        <w:t>але вони хочуть щоб їх&lt;br /&gt;</w:t>
        <w:br/>
        <w:t>сприймали серйозно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Диктатор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