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Дикий ангел</w:t>
      </w:r>
    </w:p>
    <w:p>
      <w:r>
        <w:br/>
        <w:t xml:space="preserve"> &lt;p&gt;Повiсть про сiм'ю</w:t>
      </w:r>
    </w:p>
    <w:p>
      <w:r>
        <w:br/>
        <w:t>на двi дiї</w:t>
      </w:r>
    </w:p>
    <w:p>
      <w:r>
        <w:br/>
        <w:t>ДIЙОВI ОСОБИ</w:t>
      </w:r>
    </w:p>
    <w:p>
      <w:r>
        <w:br/>
        <w:t>Ангел Платон Микитович.</w:t>
      </w:r>
    </w:p>
    <w:p>
      <w:r>
        <w:br/>
        <w:t>Уляна — його дружина.</w:t>
      </w:r>
    </w:p>
    <w:p>
      <w:r>
        <w:br/>
        <w:t>Петро —</w:t>
      </w:r>
    </w:p>
    <w:p>
      <w:r>
        <w:br/>
        <w:t>Федiр — їхнi сини.</w:t>
      </w:r>
    </w:p>
    <w:p>
      <w:r>
        <w:br/>
        <w:t>Павлик —</w:t>
      </w:r>
    </w:p>
    <w:p>
      <w:r>
        <w:br/>
        <w:t>Таня — їхня дочка.</w:t>
      </w:r>
    </w:p>
    <w:p>
      <w:r>
        <w:br/>
        <w:t>Лiда — Петрова дружина.</w:t>
      </w:r>
    </w:p>
    <w:p>
      <w:r>
        <w:br/>
        <w:t>Клава — дiльничний лiкар.</w:t>
      </w:r>
    </w:p>
    <w:p>
      <w:r>
        <w:br/>
        <w:t>Маляр — Клавин чоловiк.</w:t>
      </w:r>
    </w:p>
    <w:p>
      <w:r>
        <w:br/>
        <w:t>Крячко — пенсiонер.</w:t>
      </w:r>
    </w:p>
    <w:p>
      <w:r>
        <w:br/>
        <w:t>Клоков — кореспондент.</w:t>
      </w:r>
    </w:p>
    <w:p>
      <w:r>
        <w:br/>
        <w:t>Бiля — художник.</w:t>
      </w:r>
    </w:p>
    <w:p>
      <w:r>
        <w:br/>
        <w:t>Оля — Павликова дружина.</w:t>
      </w:r>
    </w:p>
    <w:p>
      <w:r>
        <w:br/>
        <w:t>ДIЯ ПЕРША</w:t>
      </w:r>
    </w:p>
    <w:p>
      <w:r>
        <w:br/>
        <w:t>КАРТИНА ПЕРША</w:t>
      </w:r>
    </w:p>
    <w:p>
      <w:r>
        <w:br/>
        <w:t>Невеличке подвiр'я. Ганок одноповерхового будиночка з прибудовою — домашньою майстернею. Посеред двору збитий з дощок стiл. Стовп. На ньому умивальник i прилаштований телефон пiд дашком. Саморобне крiсло-гойдалка. Осторонь — ослiнчик.</w:t>
      </w:r>
    </w:p>
    <w:p>
      <w:r>
        <w:br/>
        <w:t>Таня зачiсується бiля умивальника. Федiр лагодить стiлець. Лiда в крiслi-гойдалцi. Уляна накриває стiл.</w:t>
      </w:r>
    </w:p>
    <w:p>
      <w:r>
        <w:br/>
        <w:t>Л i д а. У вас мовби маленька неприступна фортеця. Спокiй i якесь особливе вiдчуття безпеки. В минулий приїзд на вулицi мене застала гроза. Блискавицi й громи, здавалося, на тротуари падали. Я так злякалася! А забiгла сюди, у двiр, — i страх пропав. Наче громи i блискавицi боялися сюди вдарити.</w:t>
      </w:r>
    </w:p>
    <w:p>
      <w:r>
        <w:br/>
        <w:t>Т а н я. Якщо тато були вдома, звичайно, побоялися.</w:t>
      </w:r>
    </w:p>
    <w:p>
      <w:r>
        <w:br/>
        <w:t>У л я н а. Не пащекуй, Таню!</w:t>
      </w:r>
    </w:p>
    <w:p>
      <w:r>
        <w:br/>
        <w:t>Л i д а. I кольоровий телевiзор, i оце саморобне крiсло у вас напрочуд пасують одне до одного.</w:t>
      </w:r>
    </w:p>
    <w:p>
      <w:r>
        <w:br/>
        <w:t>У л я н а. Коли вже тобi так усе подобається, то в нас би й вiдпочила, а не їхала на курорт.</w:t>
      </w:r>
    </w:p>
    <w:p>
      <w:r>
        <w:br/>
        <w:t>Л i д а. Море...</w:t>
      </w:r>
    </w:p>
    <w:p>
      <w:r>
        <w:br/>
        <w:t>Т а н я. З великої висоти море здається калюжею.</w:t>
      </w:r>
    </w:p>
    <w:p>
      <w:r>
        <w:br/>
        <w:t>У л я н а. Ти його бачила з висоти?</w:t>
      </w:r>
    </w:p>
    <w:p>
      <w:r>
        <w:br/>
        <w:t>Т а н я. Побачу.</w:t>
      </w:r>
    </w:p>
    <w:p>
      <w:r>
        <w:br/>
        <w:t>У л я н а. Забила собi в голову стюардесою стати.</w:t>
      </w:r>
    </w:p>
    <w:p>
      <w:r>
        <w:br/>
        <w:t>Л i д а. А батько?</w:t>
      </w:r>
    </w:p>
    <w:p>
      <w:r>
        <w:br/>
        <w:t>У л я н а. Вона така, що й батька умовить.</w:t>
      </w:r>
    </w:p>
    <w:p>
      <w:r>
        <w:br/>
        <w:t>Ф е д i р. Скiльки ж ти, Лiдо, не добула на курортi?</w:t>
      </w:r>
    </w:p>
    <w:p>
      <w:r>
        <w:br/>
        <w:t>Л i д а. Сiм днiв.</w:t>
      </w:r>
    </w:p>
    <w:p>
      <w:r>
        <w:br/>
        <w:t>У л я н а. А грошi повернули?</w:t>
      </w:r>
    </w:p>
    <w:p>
      <w:r>
        <w:br/>
        <w:t>Л i д а. Нi.</w:t>
      </w:r>
    </w:p>
    <w:p>
      <w:r>
        <w:br/>
        <w:t>У л я н а. То вже б добула.</w:t>
      </w:r>
    </w:p>
    <w:p>
      <w:r>
        <w:br/>
        <w:t>Л i д а. Захотiлося вас провiдати, i за домом скучила. За Петром. I синка треба забрати вiд мами. Ми з Петром без нього не можемо.</w:t>
      </w:r>
    </w:p>
    <w:p>
      <w:r>
        <w:br/>
        <w:t>У л я н а. Петро i минулий рiк, i цей без вiдпустки, хоч би до нас навiдався.</w:t>
      </w:r>
    </w:p>
    <w:p>
      <w:r>
        <w:br/>
        <w:t>Ф е д i р. Запанiв Петро.</w:t>
      </w:r>
    </w:p>
    <w:p>
      <w:r>
        <w:br/>
        <w:t>Ул я н а. Хiба можна так на брата?</w:t>
      </w:r>
    </w:p>
    <w:p>
      <w:r>
        <w:br/>
        <w:t>Ф е д i р. Можна.</w:t>
      </w:r>
    </w:p>
    <w:p>
      <w:r>
        <w:br/>
        <w:t>Л i д а. Не запанiв, а все в роботi, вiн такий скажений до роботи, як i всi ви.</w:t>
      </w:r>
    </w:p>
    <w:p>
      <w:r>
        <w:br/>
        <w:t>Т а н я. Мене виключи з цiѕї компанiї.</w:t>
      </w:r>
    </w:p>
    <w:p>
      <w:r>
        <w:br/>
        <w:t>У л я н а. Годi чепуритися. Збiгай на город цибулi вирви.</w:t>
      </w:r>
    </w:p>
    <w:p>
      <w:r>
        <w:br/>
        <w:t>Таня виходить.</w:t>
      </w:r>
    </w:p>
    <w:p>
      <w:r>
        <w:br/>
        <w:t>Л i д а. У вас уже i город свiй? .</w:t>
      </w:r>
    </w:p>
    <w:p>
      <w:r>
        <w:br/>
        <w:t>У л я н а. За гаражем грядочка: За той шматочок землi клопотiв та прикрощiв...</w:t>
      </w:r>
    </w:p>
    <w:p>
      <w:r>
        <w:br/>
        <w:t>Л i д а. То навiщо було брати?</w:t>
      </w:r>
    </w:p>
    <w:p>
      <w:r>
        <w:br/>
        <w:t>У л я н а. А як же без грядки, без свiжої городини? За пучок кропу на базарi гривеник беруть. Нi совiстi, нi правди нема в людей. Десять копiйок за жмутик трави. Борщ дуже дорогий виходить... А суп ми не любимо.</w:t>
      </w:r>
    </w:p>
    <w:p>
      <w:r>
        <w:br/>
        <w:t>Л i д а. Петро часто каже: якби такого борщу, як мама готує.</w:t>
      </w:r>
    </w:p>
    <w:p>
      <w:r>
        <w:br/>
        <w:t>У л я н а. На борщ треба i городину свiжу, i м'ясо свiже, базарне...</w:t>
      </w:r>
    </w:p>
    <w:p>
      <w:r>
        <w:br/>
        <w:t>Заходить Таня, кладе цибулю на стiл.</w:t>
      </w:r>
    </w:p>
    <w:p>
      <w:r>
        <w:br/>
        <w:t>Мало не забула: хто зi мною завтра на базар поїде?</w:t>
      </w:r>
    </w:p>
    <w:p>
      <w:r>
        <w:br/>
        <w:t>Л i д а. Далеко збираєтесь?</w:t>
      </w:r>
    </w:p>
    <w:p>
      <w:r>
        <w:br/>
        <w:t>У л я н а. Десь у район, щоб дешевше.</w:t>
      </w:r>
    </w:p>
    <w:p>
      <w:r>
        <w:br/>
        <w:t>Т а н я, Я не поїду.</w:t>
      </w:r>
    </w:p>
    <w:p>
      <w:r>
        <w:br/>
        <w:t>Ф е д i р. Чого не поїдеш?</w:t>
      </w:r>
    </w:p>
    <w:p>
      <w:r>
        <w:br/>
        <w:t>Т а н я. Нещодавно права одержала... Недiля, машин багато, ще в аварiю потраплю.</w:t>
      </w:r>
    </w:p>
    <w:p>
      <w:r>
        <w:br/>
        <w:t>На ганок виходить Павлик.</w:t>
      </w:r>
    </w:p>
    <w:p>
      <w:r>
        <w:br/>
        <w:t>П а в л и к. Мамо, де моя бiла сорочка?</w:t>
      </w:r>
    </w:p>
    <w:p>
      <w:r>
        <w:br/>
        <w:t>Ул я на. Там, де прасоване лежить... Павлику, поїдемо завтра на базар?</w:t>
      </w:r>
    </w:p>
    <w:p>
      <w:r>
        <w:br/>
        <w:t>П а в л и к. Категорично нi!(Iде в хату).</w:t>
      </w:r>
    </w:p>
    <w:p>
      <w:r>
        <w:br/>
        <w:t>У л ян а. Навiщо ж тодi машину купували — щоб у гаражi стояла?.. Такi грошi витратили.</w:t>
      </w:r>
    </w:p>
    <w:p>
      <w:r>
        <w:br/>
        <w:t>Т а н я. В гаражi... Наш "Запорожець" уже сам повертає на дешевi базари.</w:t>
      </w:r>
    </w:p>
    <w:p>
      <w:r>
        <w:br/>
        <w:t>Л i д а.Я ще не їздила самостiйно, але на права здала. Ми з Петром надумали купити машину.</w:t>
      </w:r>
    </w:p>
    <w:p>
      <w:r>
        <w:br/>
        <w:t>У л я н а. А грошi?</w:t>
      </w:r>
    </w:p>
    <w:p>
      <w:r>
        <w:br/>
        <w:t>Л i д а. Будемо вiдкладати потроху.</w:t>
      </w:r>
    </w:p>
    <w:p>
      <w:r>
        <w:br/>
        <w:t>На ганку з'являється Павлик.</w:t>
      </w:r>
    </w:p>
    <w:p>
      <w:r>
        <w:br/>
        <w:t>П а в л и к. У сорочки верхнiй гудзик вiдривається.</w:t>
      </w:r>
    </w:p>
    <w:p>
      <w:r>
        <w:br/>
        <w:t>Ул я н а. Таню, приший.</w:t>
      </w:r>
    </w:p>
    <w:p>
      <w:r>
        <w:br/>
        <w:t>Т а н я. Були пани, були раби, а тепер усi товаришi!</w:t>
      </w:r>
    </w:p>
    <w:p>
      <w:r>
        <w:br/>
        <w:t>П а в л и к. Де голка?</w:t>
      </w:r>
    </w:p>
    <w:p>
      <w:r>
        <w:br/>
        <w:t>У л я я а. У рушнику.</w:t>
      </w:r>
    </w:p>
    <w:p>
      <w:r>
        <w:br/>
        <w:t>Павлик iде в хату.</w:t>
      </w:r>
    </w:p>
    <w:p>
      <w:r>
        <w:br/>
        <w:t>Т а н я (пiдходить до Лiди). Так модно одягаєшся! I де тiльки все дiстаєш?</w:t>
      </w:r>
    </w:p>
    <w:p>
      <w:r>
        <w:br/>
        <w:t>Л i д а. Петро дiстає. Вiн краще на одязi розумiється, нiж я.</w:t>
      </w:r>
    </w:p>
    <w:p>
      <w:r>
        <w:br/>
        <w:t>Т а н я. Менi б такого чоловiка, як наш Петро.</w:t>
      </w:r>
    </w:p>
    <w:p>
      <w:r>
        <w:br/>
        <w:t>Л i д а. Ти дiвчина вродлива, сама вибереш собi жениха.</w:t>
      </w:r>
    </w:p>
    <w:p>
      <w:r>
        <w:br/>
        <w:t>Т а н я. Тепер такi женихи, що самi на пляшку канючать, де вже їм про жiнчин одяг дбати.</w:t>
      </w:r>
    </w:p>
    <w:p>
      <w:r>
        <w:br/>
        <w:t>Ф е д i р. Петро заробляє, мабуть, по пiвтисячi?</w:t>
      </w:r>
    </w:p>
    <w:p>
      <w:r>
        <w:br/>
        <w:t>Виходить на ганок Павлик.</w:t>
      </w:r>
    </w:p>
    <w:p>
      <w:r>
        <w:br/>
        <w:t>П а в л и к. Мамо, де отой галстук бiластий?</w:t>
      </w:r>
    </w:p>
    <w:p>
      <w:r>
        <w:br/>
        <w:t>У л я н а. Там, де лишив, на бильцi лiжка.</w:t>
      </w:r>
    </w:p>
    <w:p>
      <w:r>
        <w:br/>
        <w:t>Павлик виходить.</w:t>
      </w:r>
    </w:p>
    <w:p>
      <w:r>
        <w:br/>
        <w:t>Ф е д i р. Запанiв Петро, мiг би й приїхати.</w:t>
      </w:r>
    </w:p>
    <w:p>
      <w:r>
        <w:br/>
        <w:t>Л i д а. Я ж кажу — його вiд роботи не вiдiрвеш. У вас, у Ангелiв, така вдача.</w:t>
      </w:r>
    </w:p>
    <w:p>
      <w:r>
        <w:br/>
        <w:t>Т а н я. Кореспондент з областi приїхав, до мене пiдходив, хотiв нарис про нашого батька робити. Але, мабуть, роздумав. Щось йому не сподобалося. I Федiр теж не сподобався. Бурмило, каже, не чоловiк.</w:t>
      </w:r>
    </w:p>
    <w:p>
      <w:r>
        <w:br/>
        <w:t>У л я н а. Чому це про тебе так?</w:t>
      </w:r>
    </w:p>
    <w:p>
      <w:r>
        <w:br/>
        <w:t>Ф е д i р. Я до пуття i не розчув, i не зрозумiв, що вiн запитував. От я йому й кажу — у перервi. Сам вiн бурмило! Працюєш, а воно лiзе!</w:t>
      </w:r>
    </w:p>
    <w:p>
      <w:r>
        <w:br/>
        <w:t>Т а н я. I сюди приходив. Може, сьогоднi ще прийде.</w:t>
      </w:r>
    </w:p>
    <w:p>
      <w:r>
        <w:br/>
        <w:t>У л я н а. Треба ж батьковi сказати.</w:t>
      </w:r>
    </w:p>
    <w:p>
      <w:r>
        <w:br/>
        <w:t>Т а н я. Мабуть, не прийде.</w:t>
      </w:r>
    </w:p>
    <w:p>
      <w:r>
        <w:br/>
        <w:t>У л я н а. Тебе не розбереш: то прийде, то не прийде.</w:t>
      </w:r>
    </w:p>
    <w:p>
      <w:r>
        <w:br/>
        <w:t>Вривається пiсня "Мой дед-разбойник":</w:t>
      </w:r>
    </w:p>
    <w:p>
      <w:r>
        <w:br/>
        <w:t>Мой дедушка разбойник, разбойник, разбойник,</w:t>
      </w:r>
    </w:p>
    <w:p>
      <w:r>
        <w:br/>
        <w:t>Был в самом деле очень знаменит.</w:t>
      </w:r>
    </w:p>
    <w:p>
      <w:r>
        <w:br/>
        <w:t>Кто мимо дедушки пройдет.</w:t>
      </w:r>
    </w:p>
    <w:p>
      <w:r>
        <w:br/>
        <w:t>Все деньги сразу отдает.</w:t>
      </w:r>
    </w:p>
    <w:p>
      <w:r>
        <w:br/>
        <w:t>Иначе будет бит,</w:t>
      </w:r>
    </w:p>
    <w:p>
      <w:r>
        <w:br/>
        <w:t>Иначе будет бит.</w:t>
      </w:r>
    </w:p>
    <w:p>
      <w:r>
        <w:br/>
        <w:t>Где ж ты, времечко лихое,</w:t>
      </w:r>
    </w:p>
    <w:p>
      <w:r>
        <w:br/>
        <w:t>Когда можно было жить разбоем, да, да!</w:t>
      </w:r>
    </w:p>
    <w:p>
      <w:r>
        <w:br/>
        <w:t>У л я н а. Знову сатану включив.</w:t>
      </w:r>
    </w:p>
    <w:p>
      <w:r>
        <w:br/>
        <w:t>Т а н я (пiдходить до телефону, набирає). Ванько, Ванько! Виключи, дурню, бегемотiю! Дай пообiдати. Чуєш?.. (Кладе трубку. До Лiди). Це наш сусiд Крячкiв Ванько забавляється...</w:t>
      </w:r>
    </w:p>
    <w:p>
      <w:r>
        <w:br/>
        <w:t>Пiсня уривається.</w:t>
      </w:r>
    </w:p>
    <w:p>
      <w:r>
        <w:br/>
        <w:t>Л i д а. Послухався?</w:t>
      </w:r>
    </w:p>
    <w:p>
      <w:r>
        <w:br/>
        <w:t>У л я н а. Вiн батька за петельки хапає... Такий волоцюга, що свiт не бачив. Танi, правда, побоюється.</w:t>
      </w:r>
    </w:p>
    <w:p>
      <w:r>
        <w:br/>
        <w:t>Ф е д i р. Таню, поїдь завтра на базар.</w:t>
      </w:r>
    </w:p>
    <w:p>
      <w:r>
        <w:br/>
        <w:t>Т а н я. Хому тато скаже, той i поїде.</w:t>
      </w:r>
    </w:p>
    <w:p>
      <w:r>
        <w:br/>
        <w:t>Л i д а. "Як тато скаже"! Петро i нашому синковi спiвав ту пiсню, що ви маленькими спiвали... Як це вона починається? (Пробує наспiвати).</w:t>
      </w:r>
    </w:p>
    <w:p>
      <w:r>
        <w:br/>
        <w:t>I сказала стиха мати:</w:t>
      </w:r>
    </w:p>
    <w:p>
      <w:r>
        <w:br/>
        <w:t>— Не пустуйте, бо йде тато.</w:t>
      </w:r>
    </w:p>
    <w:p>
      <w:r>
        <w:br/>
        <w:t>Таня пiдспiвує.</w:t>
      </w:r>
    </w:p>
    <w:p>
      <w:r>
        <w:br/>
        <w:t>I сказала стиха мати:</w:t>
      </w:r>
    </w:p>
    <w:p>
      <w:r>
        <w:br/>
        <w:t>— Їжте, дiти, бо йде тато! —</w:t>
      </w:r>
    </w:p>
    <w:p>
      <w:r>
        <w:br/>
        <w:t>I сказала стиха мати:</w:t>
      </w:r>
    </w:p>
    <w:p>
      <w:r>
        <w:br/>
        <w:t>— Спати, дiтки, бо йде тато!</w:t>
      </w:r>
    </w:p>
    <w:p>
      <w:r>
        <w:br/>
        <w:t>Самi придумали чи десь почули?</w:t>
      </w:r>
    </w:p>
    <w:p>
      <w:r>
        <w:br/>
        <w:t>Ф е д i р. Це ще не вся пiсня... Вона довго спiвається:</w:t>
      </w:r>
    </w:p>
    <w:p>
      <w:r>
        <w:br/>
        <w:t>I сказала стиха мати:</w:t>
      </w:r>
    </w:p>
    <w:p>
      <w:r>
        <w:br/>
        <w:t>— До роботи, бо йде тато.</w:t>
      </w:r>
    </w:p>
    <w:p>
      <w:r>
        <w:br/>
        <w:t>Т а н я. Цей куплет Федiр запам'ятав. Колись санчата свої поламав i не хотiв лагодити. Так тато йому всипав.</w:t>
      </w:r>
    </w:p>
    <w:p>
      <w:r>
        <w:br/>
        <w:t>У л я н а. Усім потроху дiставалося. Хiба що Павлика трошки милували.</w:t>
      </w:r>
    </w:p>
    <w:p>
      <w:r>
        <w:br/>
        <w:t>Т а н я. Любимчик.</w:t>
      </w:r>
    </w:p>
    <w:p>
      <w:r>
        <w:br/>
        <w:t>Виходить Павлик.</w:t>
      </w:r>
    </w:p>
    <w:p>
      <w:r>
        <w:br/>
        <w:t>П а в л и к (до ТанI). Зав'яжи галстук.</w:t>
      </w:r>
    </w:p>
    <w:p>
      <w:r>
        <w:br/>
        <w:t>Т а н я (зав'язує). Пора самому навчитися.</w:t>
      </w:r>
    </w:p>
    <w:p>
      <w:r>
        <w:br/>
        <w:t>П а в л и к. Ширший вузол.</w:t>
      </w:r>
    </w:p>
    <w:p>
      <w:r>
        <w:br/>
        <w:t>Т а н я. Що з тобою? Наче щось украв, аж руки трусяться, i очi, як у цигана на ярмарку. Злякався, що трiйку схопив?</w:t>
      </w:r>
    </w:p>
    <w:p>
      <w:r>
        <w:br/>
        <w:t>У л я н а. Мовчи, батько почує — обiд пропаде. Павлику, стипендiю не заберуть?</w:t>
      </w:r>
    </w:p>
    <w:p>
      <w:r>
        <w:br/>
        <w:t>П а вл ик. Нi.</w:t>
      </w:r>
    </w:p>
    <w:p>
      <w:r>
        <w:br/>
        <w:t>У л я н а. I то добре. Таню, клич батька — пора обiдати.</w:t>
      </w:r>
    </w:p>
    <w:p>
      <w:r>
        <w:br/>
        <w:t>Т а н я (пiдходить до прибудови, стукає кулаком у дверi). Пане президент, обiд подано.</w:t>
      </w:r>
    </w:p>
    <w:p>
      <w:r>
        <w:br/>
        <w:t>Л i д а. Петро розказував: нiколи не бачив, щоб батько вiдпочивав... Усе щось робить.</w:t>
      </w:r>
    </w:p>
    <w:p>
      <w:r>
        <w:br/>
        <w:t>З прибудови виходить Платон. Видно, колись був у силi чоловiк. Обличчя суворе, втомлене. Пiдходить до умивальника, миє руки. Павлик винiс рушник.</w:t>
      </w:r>
    </w:p>
    <w:p>
      <w:r>
        <w:br/>
        <w:t>Л i д а. Пробачте, звичайно, мою нетактовнiсть, але не втерплю, скажу. Оце дивлюся: Уляна Охтисiвна готує обiд, Федiр майструє, Платон Микитович мовчки миє руки, i Павлик з рушником. Так, здається, булб i минулого разу. Я нiби вдруге дивлюся той самий фiльм.</w:t>
      </w:r>
    </w:p>
    <w:p>
      <w:r>
        <w:br/>
        <w:t>Т а н я. А який наступний кадр?</w:t>
      </w:r>
    </w:p>
    <w:p>
      <w:r>
        <w:br/>
        <w:t>Л i д а. Мабуть Уляна Охтисiвна скаже: "Пора обiдати, ставте стiльцi".</w:t>
      </w:r>
    </w:p>
    <w:p>
      <w:r>
        <w:br/>
        <w:t>У л я н а. Справдi. Берiть, дiти, стiльцi. Федоре, принеси Лiдi.</w:t>
      </w:r>
    </w:p>
    <w:p>
      <w:r>
        <w:br/>
        <w:t>Л i д а. Не будемо порушувати традицiй. Кожен сам собi принесе стiлець.</w:t>
      </w:r>
    </w:p>
    <w:p>
      <w:r>
        <w:br/>
        <w:t>Павлик, Таня, Лiда приносять стiльцi. Федiр приносить матерi, собi ставить полагоджений. Павлик виносить велике саморобне крiсло, ставить на чолi стола.</w:t>
      </w:r>
    </w:p>
    <w:p>
      <w:r>
        <w:br/>
        <w:t>Л i д а (дiстає пляшку вина). Кримське.</w:t>
      </w:r>
    </w:p>
    <w:p>
      <w:r>
        <w:br/>
        <w:t>Ф е д i р. Не обiд — бенкет.</w:t>
      </w:r>
    </w:p>
    <w:p>
      <w:r>
        <w:br/>
        <w:t>Т а н я. А перед бенкетом — експропрiацiя, або, просто кажучи, грабунок серед бiлого дня.</w:t>
      </w:r>
    </w:p>
    <w:p>
      <w:r>
        <w:br/>
        <w:t>П л а т о н (сiдає в крiсло). Вино?</w:t>
      </w:r>
    </w:p>
    <w:p>
      <w:r>
        <w:br/>
        <w:t>Л i д а. Це я в Криму. Сьогоднi ж субота.</w:t>
      </w:r>
    </w:p>
    <w:p>
      <w:r>
        <w:br/>
        <w:t>Т а н я. День зарплати — майже свято.</w:t>
      </w:r>
    </w:p>
    <w:p>
      <w:r>
        <w:br/>
        <w:t>П л а т о н. Вино не для обiду. (Дiстає блокнот, надiває окуляри).</w:t>
      </w:r>
    </w:p>
    <w:p>
      <w:r>
        <w:br/>
        <w:t>Л i д а. Навiть той самий блокнот.</w:t>
      </w:r>
    </w:p>
    <w:p>
      <w:r>
        <w:br/>
        <w:t>Т а н я. При татовому почерку його на все наше життя вистачить. Не лiтери, не цифри, а макове насiння.</w:t>
      </w:r>
    </w:p>
    <w:p>
      <w:r>
        <w:br/>
        <w:t>Ф е д i р (пiдходить до батька, дiстає з кишенi грошi, подає). Двiстi тридцять!</w:t>
      </w:r>
    </w:p>
    <w:p>
      <w:r>
        <w:br/>
        <w:t>Батько бере грошi, рахує.</w:t>
      </w:r>
    </w:p>
    <w:p>
      <w:r>
        <w:br/>
        <w:t>У л я н а. Соромно сину не вiрити.</w:t>
      </w:r>
    </w:p>
    <w:p>
      <w:r>
        <w:br/>
        <w:t>П л а т о н. А може, касир не додав? Рахувати не соромно, а приносити двiстi тридцять карбованцiв, як хлопчаковi, — соромно!</w:t>
      </w:r>
    </w:p>
    <w:p>
      <w:r>
        <w:br/>
        <w:t>Ф е д i р. Новий верстат — ще не приноровився.</w:t>
      </w:r>
    </w:p>
    <w:p>
      <w:r>
        <w:br/>
        <w:t>П л а т о н. Двiстi тридцять карбованцiв за мiсяць, слюсар-iнструментальник... При такому здоров'ї!..</w:t>
      </w:r>
    </w:p>
    <w:p>
      <w:r>
        <w:br/>
        <w:t>Ф е д i р. Платять не за здоров'я, а за роботу.</w:t>
      </w:r>
    </w:p>
    <w:p>
      <w:r>
        <w:br/>
        <w:t>П л а т о н. Отож-то, що за роботу. Надурочнi бери!</w:t>
      </w:r>
    </w:p>
    <w:p>
      <w:r>
        <w:br/>
        <w:t>У л я н а. Дай же Федi на витрати.</w:t>
      </w:r>
    </w:p>
    <w:p>
      <w:r>
        <w:br/>
        <w:t>П л а т о н. Минулого мiсяця брав. Де вiн їх потратив?</w:t>
      </w:r>
    </w:p>
    <w:p>
      <w:r>
        <w:br/>
        <w:t>Т а н я. Двiстi тридцять карбованцiв татовi мало. Менi б такi грошi! А втiм, однаково: на заводi одержуй, а вдома здавай, тiльки й того, що перенесла з одної каси в iншу.</w:t>
      </w:r>
    </w:p>
    <w:p>
      <w:r>
        <w:br/>
        <w:t>П л а т о н. Як у тебе, Таню?</w:t>
      </w:r>
    </w:p>
    <w:p>
      <w:r>
        <w:br/>
        <w:t>Т а н я (подає грошi). Сто п'ять.</w:t>
      </w:r>
    </w:p>
    <w:p>
      <w:r>
        <w:br/>
        <w:t>П л а то н. А премiальнi?</w:t>
      </w:r>
    </w:p>
    <w:p>
      <w:r>
        <w:br/>
        <w:t>Т а н я. Звiдки знаєте?</w:t>
      </w:r>
    </w:p>
    <w:p>
      <w:r>
        <w:br/>
        <w:t>П л а т о н. Менше балакай.</w:t>
      </w:r>
    </w:p>
    <w:p>
      <w:r>
        <w:br/>
        <w:t>Т а н я. Двадцять п'ять собi залишила — на сукню.</w:t>
      </w:r>
    </w:p>
    <w:p>
      <w:r>
        <w:br/>
        <w:t>П л а т о н. У тебе їх досить.</w:t>
      </w:r>
    </w:p>
    <w:p>
      <w:r>
        <w:br/>
        <w:t>Т а н я. Не моднi.</w:t>
      </w:r>
    </w:p>
    <w:p>
      <w:r>
        <w:br/>
        <w:t>Пл а тон. На моду грошей немає.</w:t>
      </w:r>
    </w:p>
    <w:p>
      <w:r>
        <w:br/>
        <w:t>У л я н а. Хай купить.</w:t>
      </w:r>
    </w:p>
    <w:p>
      <w:r>
        <w:br/>
        <w:t>Т а н я. Щедрi ви, тату. Отак, кажуть, колись куркулi родилися.</w:t>
      </w:r>
    </w:p>
    <w:p>
      <w:r>
        <w:br/>
        <w:t>П л а т о н. Мабуть, що так.</w:t>
      </w:r>
    </w:p>
    <w:p>
      <w:r>
        <w:br/>
        <w:t>Т а н я. I на курси п'ятнадцять карбованцiв.</w:t>
      </w:r>
    </w:p>
    <w:p>
      <w:r>
        <w:br/>
        <w:t>П л а т он. Якi ще курси?</w:t>
      </w:r>
    </w:p>
    <w:p>
      <w:r>
        <w:br/>
        <w:t>Т а н я. Я вже казала. Iноземних мов... Стюардеса має знати мiнiмум двi мови.</w:t>
      </w:r>
    </w:p>
    <w:p>
      <w:r>
        <w:br/>
        <w:t>П л а т он. Хочеш на курси — прироби. Тобi ж хотiлося в складальний — переходь. Там i зарплата бiльша.</w:t>
      </w:r>
    </w:p>
    <w:p>
      <w:r>
        <w:br/>
        <w:t>Т а н я. Обiцяють, а не переводять.</w:t>
      </w:r>
    </w:p>
    <w:p>
      <w:r>
        <w:br/>
        <w:t>П л а т о н. Для переходу в iнший цех треба, готуватися. Походити, подивитися, за когось попрацювати. З цеху в цех — не з одного трамвая в другий.</w:t>
      </w:r>
    </w:p>
    <w:p>
      <w:r>
        <w:br/>
        <w:t>Т а н я. Це менi ясно, а на курси давайте!</w:t>
      </w:r>
    </w:p>
    <w:p>
      <w:r>
        <w:br/>
        <w:t>П л а т о н. Сказав — прироби. Приробиш — краще вчитися будеш. (До Павлика). Як у тебе, студенте? Ще не одержав стипендiї? Там у вас порядку немає. (Складає окуляри, ховає блокнот). Ти, синку, в цi канiкули на завод не пiдеш. За два мiсяцi — триста карбованцiв! Не пiдеш.</w:t>
      </w:r>
    </w:p>
    <w:p>
      <w:r>
        <w:br/>
        <w:t>У л я н а. Нарештi зжалився батько. А то чужi дiти вiдпочивають, а вiн свого — на завод.</w:t>
      </w:r>
    </w:p>
    <w:p>
      <w:r>
        <w:br/>
        <w:t>Л i д а. Мiй Петро теж здавав грошi у батькову касу?</w:t>
      </w:r>
    </w:p>
    <w:p>
      <w:r>
        <w:br/>
        <w:t>П л а т о н. Тут жив, тут одягався, харчувався — i грошi докупи. Всi на одних правах.</w:t>
      </w:r>
    </w:p>
    <w:p>
      <w:r>
        <w:br/>
        <w:t>Т а н я. Ви, тату, як пiшли на пенсiю, то ще поскупiшали.</w:t>
      </w:r>
    </w:p>
    <w:p>
      <w:r>
        <w:br/>
        <w:t>П л а то н. Поскупiшаєш. Бач, поганенько ми цей мiсяць потрудилися. Не пiдеш, Павлику, на завод... Запишешся у тi бригади, що на Пiвнiч їдуть.</w:t>
      </w:r>
    </w:p>
    <w:p>
      <w:r>
        <w:br/>
        <w:t>У л я н а. На Пiвнiч?</w:t>
      </w:r>
    </w:p>
    <w:p>
      <w:r>
        <w:br/>
        <w:t>П л а т о н. Пiвнiч теж земля, i наша земля.</w:t>
      </w:r>
    </w:p>
    <w:p>
      <w:r>
        <w:br/>
        <w:t>У л я н а. Ти б свою дитину i в пекло послав, аби бiльше грошей. Не даєш відпочити.</w:t>
      </w:r>
    </w:p>
    <w:p>
      <w:r>
        <w:br/>
        <w:t>П л а т о н. Пiсля яких трудiв? Десять мiсяцiв з портфельчиком бiгав... Натомився! Нещодавно по телевiзору бачив — вручали школярам ключi вiд Артеку. Серед тих дiтей були такi здорованi, що їм би камiння бити, а їх вАртек! Тепер їм ключi вiд Артеку, а там вiд Сочi, а потiм без ключiв труситимуть батькiвськi кишенi... I кишенi, й душi. Подавай їм життя розвеселе!.. (Пауза). Досить розмов. Обiдати! Наливай, Федоре, пива.</w:t>
      </w:r>
    </w:p>
    <w:p>
      <w:r>
        <w:br/>
        <w:t>Л i д а. Може, вина?</w:t>
      </w:r>
    </w:p>
    <w:p>
      <w:r>
        <w:br/>
        <w:t>П л а т о н. Хай стоїть — не пропаде. А ти чого, Павлику, задумався? Пообiдай, а потiм думай, коли є про що.</w:t>
      </w:r>
    </w:p>
    <w:p>
      <w:r>
        <w:br/>
        <w:t>Федiр наливає в бокали пиво.</w:t>
      </w:r>
    </w:p>
    <w:p>
      <w:r>
        <w:br/>
        <w:t>У л я н а. Як же не думати — на Пiвнiч дитину посилаєш. Там, мабуть, i лiтом холодно. Захворiє.</w:t>
      </w:r>
    </w:p>
    <w:p>
      <w:r>
        <w:br/>
        <w:t>П л а т о н. Може, в Артек його?</w:t>
      </w:r>
    </w:p>
    <w:p>
      <w:r>
        <w:br/>
        <w:t>У л я н а. Знали нашi дiти Артек? Оно! (Жест). В отiй майстернi з трьох рокiв.</w:t>
      </w:r>
    </w:p>
    <w:p>
      <w:r>
        <w:br/>
        <w:t>Т а н я. У нас гостя, а ми сiмейнi чвари завели... Перенесемо це питання, як кажуть у мiсцевкомi, на iнше засiдання.</w:t>
      </w:r>
    </w:p>
    <w:p>
      <w:r>
        <w:br/>
        <w:t>У л я н а. На Пiвнiч! А в що одягнути дитину?!</w:t>
      </w:r>
    </w:p>
    <w:p>
      <w:r>
        <w:br/>
        <w:t>П а в л й к. Нiкуди я не поїду.</w:t>
      </w:r>
    </w:p>
    <w:p>
      <w:r>
        <w:br/>
        <w:t>П л а т о н. Це ж чому?</w:t>
      </w:r>
    </w:p>
    <w:p>
      <w:r>
        <w:br/>
        <w:t>П а в л й к. Є причина.</w:t>
      </w:r>
    </w:p>
    <w:p>
      <w:r>
        <w:br/>
        <w:t>П л а т о н. Говори.</w:t>
      </w:r>
    </w:p>
    <w:p>
      <w:r>
        <w:br/>
        <w:t>П а в л й к. Я вам потiм скажу.</w:t>
      </w:r>
    </w:p>
    <w:p>
      <w:r>
        <w:br/>
        <w:t>П л а т о н. Говори, тут усi свої — шпигунiв немаѕ.</w:t>
      </w:r>
    </w:p>
    <w:p>
      <w:r>
        <w:br/>
        <w:t>Пауза.</w:t>
      </w:r>
    </w:p>
    <w:p>
      <w:r>
        <w:br/>
        <w:t>П а вл й к. Я женюся!</w:t>
      </w:r>
    </w:p>
    <w:p>
      <w:r>
        <w:br/>
        <w:t>Пауза.</w:t>
      </w:r>
    </w:p>
    <w:p>
      <w:r>
        <w:br/>
        <w:t>У л я н а. Дурнi жарти.</w:t>
      </w:r>
    </w:p>
    <w:p>
      <w:r>
        <w:br/>
        <w:t>П л а т о н (зупинив довгий погляд на синовi). Прийде час — женишся.</w:t>
      </w:r>
    </w:p>
    <w:p>
      <w:r>
        <w:br/>
        <w:t>П а в л и к. Я без жартiв.</w:t>
      </w:r>
    </w:p>
    <w:p>
      <w:r>
        <w:br/>
        <w:t>П л а т о н. Я теж. — Будемо ми сьогоднi обiдати чи нi? (Бере в руки бокал). Якщо тобi, синку, й прителiпалася в голову ця думка — викинь її геть! Закiнчиш iнститут, попрацюєш, щоб у гаманцi завелося, а тодi й женися. Iнакше як жити?</w:t>
      </w:r>
    </w:p>
    <w:p>
      <w:r>
        <w:br/>
        <w:t>П а в л и к. Якось проживу.</w:t>
      </w:r>
    </w:p>
    <w:p>
      <w:r>
        <w:br/>
        <w:t>П л а т о н. Десять тисяч виграв на лотерею? Женитися захотiв, жовтодзьобий!</w:t>
      </w:r>
    </w:p>
    <w:p>
      <w:r>
        <w:br/>
        <w:t>У л я н а. Ти, батьку, не гримай на дитину. Сказав — не дозволю, i досить.</w:t>
      </w:r>
    </w:p>
    <w:p>
      <w:r>
        <w:br/>
        <w:t>Ф е д i р (подає Павлику бокал). Випий, чим дражнитися.</w:t>
      </w:r>
    </w:p>
    <w:p>
      <w:r>
        <w:br/>
        <w:t>П а в л й к. Ми вже записалися.</w:t>
      </w:r>
    </w:p>
    <w:p>
      <w:r>
        <w:br/>
        <w:t>Присутнi враженi словами Павлика. Лише Платон, мов i не почув, навiть голови не повернув у бiк сина. Повiльно, занадто повiльно випив своє пиво.</w:t>
      </w:r>
    </w:p>
    <w:p>
      <w:r>
        <w:br/>
        <w:t>Т а н я. Може, й весiлля згуляли?</w:t>
      </w:r>
    </w:p>
    <w:p>
      <w:r>
        <w:br/>
        <w:t>П а в л й к. Згуляли!</w:t>
      </w:r>
    </w:p>
    <w:p>
      <w:r>
        <w:br/>
        <w:t>У л я на. Люди добрi, що ж воно робиться в свiтi бiлому?</w:t>
      </w:r>
    </w:p>
    <w:p>
      <w:r>
        <w:br/>
        <w:t>Т а н я. Нiчого особливого — дитя женилося!</w:t>
      </w:r>
    </w:p>
    <w:p>
      <w:r>
        <w:br/>
        <w:t>У л я н а. Павлику!..</w:t>
      </w:r>
    </w:p>
    <w:p>
      <w:r>
        <w:br/>
        <w:t>Ф е д i р. Вiн правду каже.</w:t>
      </w:r>
    </w:p>
    <w:p>
      <w:r>
        <w:br/>
        <w:t>У л я н а. Як же так, без батькового дозволу?</w:t>
      </w:r>
    </w:p>
    <w:p>
      <w:r>
        <w:br/>
        <w:t>Т а н я (наспiвує).</w:t>
      </w:r>
    </w:p>
    <w:p>
      <w:r>
        <w:br/>
        <w:t>I сказала стиха мати:</w:t>
      </w:r>
    </w:p>
    <w:p>
      <w:r>
        <w:br/>
        <w:t>— Хоч женитись, спитай тата...</w:t>
      </w:r>
    </w:p>
    <w:p>
      <w:r>
        <w:br/>
        <w:t>П а в л и к. Знав... не дозволите.</w:t>
      </w:r>
    </w:p>
    <w:p>
      <w:r>
        <w:br/>
        <w:t>Ф е д i р. Своїм сказати треба було.</w:t>
      </w:r>
    </w:p>
    <w:p>
      <w:r>
        <w:br/>
        <w:t>Л i д а. Звичайно, безглуздо одружуватися, не маючи нiчого за душею. Але ж кажуть: з милим рай I в куренi.</w:t>
      </w:r>
    </w:p>
    <w:p>
      <w:r>
        <w:br/>
        <w:t>П л а т о н (не витримав). Ледар i дурень надумали таке безглуздя. "В куренi". В куренi живуть злиднi, а злиднi перегризають горло коханню, хоч би яке воно було! Є в тебе дах над головою?! Зможеш' прогодувати, одягнути дружину свою? Женися! А нi-зайцем бiгай по свiту, хоч цiлий вiк бiгай! Думав, як жити?</w:t>
      </w:r>
    </w:p>
    <w:p>
      <w:r>
        <w:br/>
        <w:t>П а в л и к. Думав.</w:t>
      </w:r>
    </w:p>
    <w:p>
      <w:r>
        <w:br/>
        <w:t>П л а т о н. З чужої миски годувати дружину?</w:t>
      </w:r>
    </w:p>
    <w:p>
      <w:r>
        <w:br/>
        <w:t>У л я н а. Прогодуємо — не збiднiємо...</w:t>
      </w:r>
    </w:p>
    <w:p>
      <w:r>
        <w:br/>
        <w:t>Т а н я. Напалися на хлопця. Може, невiсточка така красуня, що всi навколiшки перед нею станемо. Де вона тепер, Павлику?</w:t>
      </w:r>
    </w:p>
    <w:p>
      <w:r>
        <w:br/>
        <w:t>П а в л и к (подивився на годинника, непевний жест). Тут чекає.</w:t>
      </w:r>
    </w:p>
    <w:p>
      <w:r>
        <w:br/>
        <w:t>Т а н я. Хай зайде.</w:t>
      </w:r>
    </w:p>
    <w:p>
      <w:r>
        <w:br/>
        <w:t>Всi ждуть, що скаже батько, але той мовчки обiдає.</w:t>
      </w:r>
    </w:p>
    <w:p>
      <w:r>
        <w:br/>
        <w:t>Л i д а. Незручно. Дружина тебе чекає, Павлику... Розписалися — то вже дружина.</w:t>
      </w:r>
    </w:p>
    <w:p>
      <w:r>
        <w:br/>
        <w:t>П а в л и к (ще вагається). Тату...</w:t>
      </w:r>
    </w:p>
    <w:p>
      <w:r>
        <w:br/>
        <w:t>У л я н а. Клич.</w:t>
      </w:r>
    </w:p>
    <w:p>
      <w:r>
        <w:br/>
        <w:t>Павлик глянув на батька — швидко вийшов.</w:t>
      </w:r>
    </w:p>
    <w:p>
      <w:r>
        <w:br/>
        <w:t>Т а н я. Тату, ти при нiй не гримай на Павлика, вiн же тепер мужчина.</w:t>
      </w:r>
    </w:p>
    <w:p>
      <w:r>
        <w:br/>
        <w:t>Ф е д i р. Ну й Павлик...</w:t>
      </w:r>
    </w:p>
    <w:p>
      <w:r>
        <w:br/>
        <w:t>Т а н я. Заздриш? Павлик уже жонатий, а ти...</w:t>
      </w:r>
    </w:p>
    <w:p>
      <w:r>
        <w:br/>
        <w:t>Ул я н а. Вгамуйся, Таню!</w:t>
      </w:r>
    </w:p>
    <w:p>
      <w:r>
        <w:br/>
        <w:t>Т а н я. Молодець Павлик! Одружився тихо, мирно, мовчки.</w:t>
      </w:r>
    </w:p>
    <w:p>
      <w:r>
        <w:br/>
        <w:t>Ф е д i р. Так не можна.</w:t>
      </w:r>
    </w:p>
    <w:p>
      <w:r>
        <w:br/>
        <w:t>Т а н я. Коли будеш з татом радитися про своє одруження, поклич мене, хочу послухати.</w:t>
      </w:r>
    </w:p>
    <w:p>
      <w:r>
        <w:br/>
        <w:t>Вривається дика пiсня "Мой дед-разбойник". Таня пiдбiгає до телефону, набрала номер.</w:t>
      </w:r>
    </w:p>
    <w:p>
      <w:r>
        <w:br/>
        <w:t>Т а н я. Ванько, перестань! Ми ще обiдаємо!.. Що?.. Не твоє дiло. Виключай! (Вiшає трубку).</w:t>
      </w:r>
    </w:p>
    <w:p>
      <w:r>
        <w:br/>
        <w:t>Музика затихає.</w:t>
      </w:r>
    </w:p>
    <w:p>
      <w:r>
        <w:br/>
        <w:t>Л i д а. Заскочила блискавка i в нашу фортецю.</w:t>
      </w:r>
    </w:p>
    <w:p>
      <w:r>
        <w:br/>
        <w:t>Т а н я. Ще буде грiм.</w:t>
      </w:r>
    </w:p>
    <w:p>
      <w:r>
        <w:br/>
        <w:t>Заходить Павлик i майже тягне за собою Олю. Зупинились. Оля, тендiтне дiвча, виходить наперед, але ще тримає за руку Павлика.</w:t>
      </w:r>
    </w:p>
    <w:p>
      <w:r>
        <w:br/>
        <w:t>Оля. Добрий день!</w:t>
      </w:r>
    </w:p>
    <w:p>
      <w:r>
        <w:br/>
        <w:t>У л я н а. Здрастуй. (Пауза). Як же тебе звуть, дiвчино?</w:t>
      </w:r>
    </w:p>
    <w:p>
      <w:r>
        <w:br/>
        <w:t>О л я. Оля.</w:t>
      </w:r>
    </w:p>
    <w:p>
      <w:r>
        <w:br/>
        <w:t>У л я н а. Просимо до столу.</w:t>
      </w:r>
    </w:p>
    <w:p>
      <w:r>
        <w:br/>
        <w:t>Л i д а. Сiдай, Олю, бiля мене. — Я теж їхня невiстка. Двi невiстки на одному стiльцi. Тiсно, але зручно, у випадку чого, вдвох вiдбиватися будемо.</w:t>
      </w:r>
    </w:p>
    <w:p>
      <w:r>
        <w:br/>
        <w:t>Оля несмiливо сiла.</w:t>
      </w:r>
    </w:p>
    <w:p>
      <w:r>
        <w:br/>
        <w:t>Пообiдаємо, розмова краще пiде.</w:t>
      </w:r>
    </w:p>
    <w:p>
      <w:r>
        <w:br/>
        <w:t>О л я. Я... ми недавно з Павликом пирiжки їли.</w:t>
      </w:r>
    </w:p>
    <w:p>
      <w:r>
        <w:br/>
        <w:t>У л я н а. Скiльки ж тобi рокiв, серденько?</w:t>
      </w:r>
    </w:p>
    <w:p>
      <w:r>
        <w:br/>
        <w:t>О л я. Вiсiмнадцять.</w:t>
      </w:r>
    </w:p>
    <w:p>
      <w:r>
        <w:br/>
        <w:t>У л я н а. Раненько замiж побiгла.</w:t>
      </w:r>
    </w:p>
    <w:p>
      <w:r>
        <w:br/>
        <w:t>О л я. Павлик сказав, то й побiгла...</w:t>
      </w:r>
    </w:p>
    <w:p>
      <w:r>
        <w:br/>
        <w:t>У л я н а. Весiлля нiби було? Де ж ви гуляли? ,</w:t>
      </w:r>
    </w:p>
    <w:p>
      <w:r>
        <w:br/>
        <w:t>О л я. У нашому гуртожитку, в тринадцятiй кiмнатi.</w:t>
      </w:r>
    </w:p>
    <w:p>
      <w:r>
        <w:br/>
        <w:t>Т а н я. Тринадцята кiмната! Гарний початок сiмейного життя!</w:t>
      </w:r>
    </w:p>
    <w:p>
      <w:r>
        <w:br/>
        <w:t>У л я н а. Учишся?</w:t>
      </w:r>
    </w:p>
    <w:p>
      <w:r>
        <w:br/>
        <w:t>О л я. У медшколi, на другому курсi.</w:t>
      </w:r>
    </w:p>
    <w:p>
      <w:r>
        <w:br/>
        <w:t>Т а н я. Чудово!</w:t>
      </w:r>
    </w:p>
    <w:p>
      <w:r>
        <w:br/>
        <w:t>Л i д а. Ось i моє вино знадобилося. Вип'ємо за здоров'я молодих. Таню, давай чарки, а ти, Федоре, вiдкоркуй пляшку.</w:t>
      </w:r>
    </w:p>
    <w:p>
      <w:r>
        <w:br/>
        <w:t>Федiр бере пляшку, давиться на батька, нiби питає дозволу. Таня вносить чарки, ставить на стiл, Федiр наливає.</w:t>
      </w:r>
    </w:p>
    <w:p>
      <w:r>
        <w:br/>
        <w:t>Т а н я. Оце суботонька!</w:t>
      </w:r>
    </w:p>
    <w:p>
      <w:r>
        <w:br/>
        <w:t>Л і д а. Олю, ти повинна звикнути до цiєї прекрасної сiм'ї, люди дуже гарнi, але мовчкуватi, за винятком мого Петра.</w:t>
      </w:r>
    </w:p>
    <w:p>
      <w:r>
        <w:br/>
        <w:t>О л я. Павлик теж говорить...</w:t>
      </w:r>
    </w:p>
    <w:p>
      <w:r>
        <w:br/>
        <w:t>Л i д а (пiднiмає чарку). За здоров'я молодих! Щоб були вони дружнi та щасливi.</w:t>
      </w:r>
    </w:p>
    <w:p>
      <w:r>
        <w:br/>
        <w:t>Всi випивають, тiльки двоє, Оля та Платон, тримають чарки, дивляться одне на одного. Врештi Оля торкнулася губами й поставила чарку, а Платон Микитович випив до дна.</w:t>
      </w:r>
    </w:p>
    <w:p>
      <w:r>
        <w:br/>
        <w:t>У л я н а. Павлику, чого ти нiби не вдома?.. I Олi стiлець би винiс,</w:t>
      </w:r>
    </w:p>
    <w:p>
      <w:r>
        <w:br/>
        <w:t>Павлик виносить табуретку, але Федiр забирає її собi, а стiлець ставить Олi.</w:t>
      </w:r>
    </w:p>
    <w:p>
      <w:r>
        <w:br/>
        <w:t>Якось перед людьми нiяково — скажуть, потай женили сина.</w:t>
      </w:r>
    </w:p>
    <w:p>
      <w:r>
        <w:br/>
        <w:t>Т а н я. Заново переженимо. Хто там бачив весiлля в тринадцятiй кiмнатi? А тут: таксi з прапорцями, "гiрко" кричатимуть, "Запорожець" по районних базарах побiгає, понавозить дешевої свинини, тато розкошелиться, видасть зi своєї скарбницi карбованцiв... Скiльки, тату?</w:t>
      </w:r>
    </w:p>
    <w:p>
      <w:r>
        <w:br/>
        <w:t>У л я н а. Ти б менш торохтiла.</w:t>
      </w:r>
    </w:p>
    <w:p>
      <w:r>
        <w:br/>
        <w:t>Ф е д i р. Ольго, а батьки твої де?</w:t>
      </w:r>
    </w:p>
    <w:p>
      <w:r>
        <w:br/>
        <w:t>О л я. Мама в Iванкiвському районi медсестрою працює.</w:t>
      </w:r>
    </w:p>
    <w:p>
      <w:r>
        <w:br/>
        <w:t>Ф е д i р. А батько?</w:t>
      </w:r>
    </w:p>
    <w:p>
      <w:r>
        <w:br/>
        <w:t>О л я. Не знаю. Утiк, ще як я маленькою була.</w:t>
      </w:r>
    </w:p>
    <w:p>
      <w:r>
        <w:br/>
        <w:t>У л я н а. Мама знає, що ти замiж вийшла?</w:t>
      </w:r>
    </w:p>
    <w:p>
      <w:r>
        <w:br/>
        <w:t>О л я. Ми з Павликом ще їй не казали.</w:t>
      </w:r>
    </w:p>
    <w:p>
      <w:r>
        <w:br/>
        <w:t>Платон Микитович пiдвiвся, пiшов до хати.</w:t>
      </w:r>
    </w:p>
    <w:p>
      <w:r>
        <w:br/>
        <w:t>Т а н я. Ти, Олю, вже зорiєнтувалася, хто є хто? Я — Таня, сестра твого Павлика. А це — Лiда, дружина нашого старшого брата Петра. А ото, до хати пiшов, Павликiв тато. Наш батько!</w:t>
      </w:r>
    </w:p>
    <w:p>
      <w:r>
        <w:br/>
        <w:t>Л i д а. Здається, гроза пройшла мимо. Платон Микитович угамувався.</w:t>
      </w:r>
    </w:p>
    <w:p>
      <w:r>
        <w:br/>
        <w:t>У л я н а. Якби-то.</w:t>
      </w:r>
    </w:p>
    <w:p>
      <w:r>
        <w:br/>
        <w:t>Л i д а. I все ж весiлля будете робити чи ото, як було в тринадцятiй, так i залишиться?</w:t>
      </w:r>
    </w:p>
    <w:p>
      <w:r>
        <w:br/>
        <w:t>Ф е д і р. Хiба ж то весiлля? Треба, як у людей.</w:t>
      </w:r>
    </w:p>
    <w:p>
      <w:r>
        <w:br/>
        <w:t>У л я н а. I так усi про нас говорять: "Скупi, корисливi" та всяке...</w:t>
      </w:r>
    </w:p>
    <w:p>
      <w:r>
        <w:br/>
        <w:t>Та н я. Мабуть, оригiнальне весiлля було в тринадцятiй. Ти, Олю, й фату одягала?</w:t>
      </w:r>
    </w:p>
    <w:p>
      <w:r>
        <w:br/>
        <w:t>У л я н а. Вони такi дорогi тепер.</w:t>
      </w:r>
    </w:p>
    <w:p>
      <w:r>
        <w:br/>
        <w:t>О л я. Ми з Павликом не купували фати. Я позичила в одної дiвчини. Вона вже тричi замiж виходила,, а фата нова-новiсiнька.</w:t>
      </w:r>
    </w:p>
    <w:p>
      <w:r>
        <w:br/>
        <w:t>Т а н я. Мамо, допитайся, може, й Федiр уже оженився, то щоб весiлля разом. Меншi витрати будуть.</w:t>
      </w:r>
    </w:p>
    <w:p>
      <w:r>
        <w:br/>
        <w:t>У л я н а. I чого ти до Федора причепилася?</w:t>
      </w:r>
    </w:p>
    <w:p>
      <w:r>
        <w:br/>
        <w:t>Т а н я. Вiн знає.</w:t>
      </w:r>
    </w:p>
    <w:p>
      <w:r>
        <w:br/>
        <w:t>Ф е д i р. Багато говориш, Таню. Якби стiльки ще й робила.</w:t>
      </w:r>
    </w:p>
    <w:p>
      <w:r>
        <w:br/>
        <w:t>Т а н я. Все вимiрюєш одним аршином. Жити, Олю, в нас тобi буде добре, але й робити змусять, як каторжну.</w:t>
      </w:r>
    </w:p>
    <w:p>
      <w:r>
        <w:br/>
        <w:t>У л я н а. Що ж, буде як буде!.. Ти, Олю, збирай свої речi та переходь до нас. Федiр завтра вiльний, допоможе перевезтися.</w:t>
      </w:r>
    </w:p>
    <w:p>
      <w:r>
        <w:br/>
        <w:t>О л я. Я сама. У мене чемоданчик легенький... Я його взяла з собою, вiн там, бiля ворiт.</w:t>
      </w:r>
    </w:p>
    <w:p>
      <w:r>
        <w:br/>
        <w:t>Т а н я. Ще хто вкраде посаг... Неси до хати.</w:t>
      </w:r>
    </w:p>
    <w:p>
      <w:r>
        <w:br/>
        <w:t>О л я. Я все забрала, Павлик так сказав. (Вибiгла).</w:t>
      </w:r>
    </w:p>
    <w:p>
      <w:r>
        <w:br/>
        <w:t>Л i д а. Пощастило — на весiлля .потрапила.</w:t>
      </w:r>
    </w:p>
    <w:p>
      <w:r>
        <w:br/>
        <w:t>У л я н а. На ту недiлю, гадаю, упораємося. Напишемо, щоб i Петро приїхав.</w:t>
      </w:r>
    </w:p>
    <w:p>
      <w:r>
        <w:br/>
        <w:t>Л i д а. На весiлля приїде.</w:t>
      </w:r>
    </w:p>
    <w:p>
      <w:r>
        <w:br/>
        <w:t>У л я н а. Ох, Павлику, Павлику, не сказав батьковi. Що вiн тепер думає про тебе?</w:t>
      </w:r>
    </w:p>
    <w:p>
      <w:r>
        <w:br/>
        <w:t>Л i д а. У батькiв серце добре.</w:t>
      </w:r>
    </w:p>
    <w:p>
      <w:r>
        <w:br/>
        <w:t>Входить Оля з невеличким чемоданчиком, з вузликом книжок i зошитiв.</w:t>
      </w:r>
    </w:p>
    <w:p>
      <w:r>
        <w:br/>
        <w:t>О л я. Це мої речi. А це — книжки й конспекти. Павлик сказав усе захопити.</w:t>
      </w:r>
    </w:p>
    <w:p>
      <w:r>
        <w:br/>
        <w:t>Т а н я (усмiхнулася). Ось ми вже й переїхали.</w:t>
      </w:r>
    </w:p>
    <w:p>
      <w:r>
        <w:br/>
        <w:t>Л i д а. А жити де будете?</w:t>
      </w:r>
    </w:p>
    <w:p>
      <w:r>
        <w:br/>
        <w:t>О л я (глянула на Павлика). Павлик... ;</w:t>
      </w:r>
    </w:p>
    <w:p>
      <w:r>
        <w:br/>
        <w:t>У л я н а. У нас, а де ж iще...</w:t>
      </w:r>
    </w:p>
    <w:p>
      <w:r>
        <w:br/>
        <w:t>Т а н я. Я до мами в кiмнату, а вони в моїй.</w:t>
      </w:r>
    </w:p>
    <w:p>
      <w:r>
        <w:br/>
        <w:t>Входить Платон з двома чемоданами в руках, поставив бiля столу.</w:t>
      </w:r>
    </w:p>
    <w:p>
      <w:r>
        <w:br/>
        <w:t>П л а т о н. Ось твої речi, Павле. (Виймає грошi). Ось дев'яносто сiм карбованцiв, це з твоїх лишилося. Бери — i в добру путь! Живiть!</w:t>
      </w:r>
    </w:p>
    <w:p>
      <w:r>
        <w:br/>
        <w:t>У л я н а. Куди ти його випихаєш?! Отямся, Платоне!</w:t>
      </w:r>
    </w:p>
    <w:p>
      <w:r>
        <w:br/>
        <w:t>П л а то н. Сам себе випхав. Оженився, своя сiм'я, своє життя. Не радився з нами — виходить, у нього свої плани. Обрав дорогу-хай iде!</w:t>
      </w:r>
    </w:p>
    <w:p>
      <w:r>
        <w:br/>
        <w:t>У л я н а. Горенько! Куди ж їм iти?</w:t>
      </w:r>
    </w:p>
    <w:p>
      <w:r>
        <w:br/>
        <w:t>Пауза. Тиша.</w:t>
      </w:r>
    </w:p>
    <w:p>
      <w:r>
        <w:br/>
        <w:t>О л я. Павлику, то кидай мене, раз тебе з дому проганяють.</w:t>
      </w:r>
    </w:p>
    <w:p>
      <w:r>
        <w:br/>
        <w:t>Ф е д i р. Тату, хай поживуть...</w:t>
      </w:r>
    </w:p>
    <w:p>
      <w:r>
        <w:br/>
        <w:t>Т а н я. У нас же мiсця — хоч танцюй.</w:t>
      </w:r>
    </w:p>
    <w:p>
      <w:r>
        <w:br/>
        <w:t>П л а т о н. Вибрав свою дорогу, хай iде, i квит! (До Павлика). Отак, синку! Живи своїм розумом. (Сiв до столу, обiдає).</w:t>
      </w:r>
    </w:p>
    <w:p>
      <w:r>
        <w:br/>
        <w:t>Нiма сцена. Всi враженi вчинком Платона. Оля пiдходить до Павлика.</w:t>
      </w:r>
    </w:p>
    <w:p>
      <w:r>
        <w:br/>
        <w:t>О л я (тихо). Може, ти лишайся, а я пiду.</w:t>
      </w:r>
    </w:p>
    <w:p>
      <w:r>
        <w:br/>
        <w:t>П а в л и к (бере чемодан). Ходiмо?</w:t>
      </w:r>
    </w:p>
    <w:p>
      <w:r>
        <w:br/>
        <w:t>Оля i Павлик виходять.</w:t>
      </w:r>
    </w:p>
    <w:p>
      <w:r>
        <w:br/>
        <w:t>У л я н а. Синку, почекай! Платоне, зупини! Павлику! (Вибiгає),</w:t>
      </w:r>
    </w:p>
    <w:p>
      <w:r>
        <w:br/>
        <w:t>Ф е д i р. Це вже занадто, тату. (Виходить).</w:t>
      </w:r>
    </w:p>
    <w:p>
      <w:r>
        <w:br/>
        <w:t>Т а н я. Феодалiзм! (Вибiгає).</w:t>
      </w:r>
    </w:p>
    <w:p>
      <w:r>
        <w:br/>
        <w:t>Л iд а. Сумнiваюся в мудростi вашого вчинку, Платоне Микитовичу.</w:t>
      </w:r>
    </w:p>
    <w:p>
      <w:r>
        <w:br/>
        <w:t>П л а т о н (випив чарку). Не втручайся, Лiдо. Павлик мiй син. (Iде до хати).</w:t>
      </w:r>
    </w:p>
    <w:p>
      <w:r>
        <w:br/>
        <w:t>Л i д а. Невже ви любовi й жалю до сина не маєте? Куди вони всi?.. (Виходить з двору).</w:t>
      </w:r>
    </w:p>
    <w:p>
      <w:r>
        <w:br/>
        <w:t>З хати виходить Платон з курткою в руках.</w:t>
      </w:r>
    </w:p>
    <w:p>
      <w:r>
        <w:br/>
        <w:t>П л а т о н. Як же я забув куртку покласти?.. Повернеться, вiзьме... Не повернеться... (Пауза). "Жалю не маю", "Не люблю своєї дитини"... Може, й вона мене не злюбить. (Виходить майже на авансцену). Що скажуть люди? Бува, батьки купують любов своїх дiтей. Поки малi — за iграшку, за морозиво, потiм п'ять, десять копiйок, двадцять, карбованець, троячка. Потiм дитя вже саме лiзе до них у кишеню! А потiм жiнку приведе — годуйте! "Коли хочеш, батьку, щоб тебе любили, не пручайся..." На це я не пiду! "Прогнав сина"! Нехай його життя поколесить, поморозить, попече! Життя — не батько, не мати — подарункiв не робитиме. "Жалю не маю"! А без мене хто його жалiтиме? Люди? У них своїх клопотiв повно.</w:t>
      </w:r>
    </w:p>
    <w:p>
      <w:r>
        <w:br/>
        <w:t>Заходить Л iд а.</w:t>
      </w:r>
    </w:p>
    <w:p>
      <w:r>
        <w:br/>
        <w:t>Л i д а. Пiшли до автобусної зупйнки... Куди дiнеться ТIавлик зi своєю дружиною?</w:t>
      </w:r>
    </w:p>
    <w:p>
      <w:r>
        <w:br/>
        <w:t>П л а т о н. Його дiло!</w:t>
      </w:r>
    </w:p>
    <w:p>
      <w:r>
        <w:br/>
        <w:t>Заходить Крячко. Вiн тут частий гiсть. Сiдає на ослiнчику, старанно зачiсується, лише-пiсля цього звертається до Лiди.</w:t>
      </w:r>
    </w:p>
    <w:p>
      <w:r>
        <w:br/>
        <w:t>К р я ч к о. У гостi, Лiдо?</w:t>
      </w:r>
    </w:p>
    <w:p>
      <w:r>
        <w:br/>
        <w:t>Л i д а. У гостi.</w:t>
      </w:r>
    </w:p>
    <w:p>
      <w:r>
        <w:br/>
        <w:t>К р я ч к о. Тодi здрастуй.</w:t>
      </w:r>
    </w:p>
    <w:p>
      <w:r>
        <w:br/>
        <w:t>Л i д а. Доброго здоров'я.</w:t>
      </w:r>
    </w:p>
    <w:p>
      <w:r>
        <w:br/>
        <w:t>К р я ч к о. Петро живий-здоровий? У начальствi? Я оно з Платоном у найвищому начальствi — пенсiонери! Живемо найкраще — на всi грошi! Балакаємо i розважаємось на весь розум, який ще лишився! Нiхто вже нiчого не додасть i не вiдбере! Дивлюся: пiшов Павлик з чемоданом, догадуюсь — погнав Платон кудись хлопця грошi заробляти. А навiщо тобi, Платоне, грошi? У тебе й так добра всякого на десятьох. Ось я тебе знаю без малого тридцять рокiв, i все тобi мало. Робиш, заробляєш, приробляєш, надурочнi, премiальнi... На пенсiї, а влаштувався ще в хлiбний магазин приймальником. Уночi товар приймає, або сам, або Федора посилає, аби шiстдесят карбованцiв придбати. Такi, як ти, Платоне, оббирають державу, як липку.</w:t>
      </w:r>
    </w:p>
    <w:p>
      <w:r>
        <w:br/>
        <w:t>Л i д а (наливає). Випийте, дядьку, пива.</w:t>
      </w:r>
    </w:p>
    <w:p>
      <w:r>
        <w:br/>
        <w:t>К р я ч к о. Випий пива, а в Платона кров закипить— добро його пропало... За копiйкою вiн не те що нахилиться, а ляже!.. Була революцiя, полiтгуртки, наглядна агiтацiя, п'ятирiчки, соцзмагання... А Платон вистояв зi своєю iдеєю — гони копiйку.</w:t>
      </w:r>
    </w:p>
    <w:p>
      <w:r>
        <w:br/>
        <w:t>Л i д а. Живеш, то треба й заробляти.</w:t>
      </w:r>
    </w:p>
    <w:p>
      <w:r>
        <w:br/>
        <w:t>К р я ч к о. У мене оно будиночок гiрший, нiж у Платона, не маю нi "Запорожця", нi кольорового телевiзора, нi ощадної книжки... Я не капiталiстичної фiлософiї — мною не керує копiйка...</w:t>
      </w:r>
    </w:p>
    <w:p>
      <w:r>
        <w:br/>
        <w:t>Платон засмiявся.</w:t>
      </w:r>
    </w:p>
    <w:p>
      <w:r>
        <w:br/>
        <w:t>Що з тобою? Ти ж раз на рiк смiєшся...</w:t>
      </w:r>
    </w:p>
    <w:p>
      <w:r>
        <w:br/>
        <w:t>П л а т о н. Злиднями люди хизуються...</w:t>
      </w:r>
    </w:p>
    <w:p>
      <w:r>
        <w:br/>
        <w:t>К р я ч к о. Не злиднями, а соцiалiстичною свiдомiстю. Я не голодний i не голий, що менi треба? (Наливає пива. Випиваѕ. Знову сiв на ослiнчик).</w:t>
      </w:r>
    </w:p>
    <w:p>
      <w:r>
        <w:br/>
        <w:t>П л а т о н. У тебе. Крячко, свiтогляд, як у тої кози: влiтку пасеться, а взимку їсть, що дадуть.</w:t>
      </w:r>
    </w:p>
    <w:p>
      <w:r>
        <w:br/>
        <w:t>Лiд а. Живiть ви по-своєму, а Платон Микитович буде по-своєму.</w:t>
      </w:r>
    </w:p>
    <w:p>
      <w:r>
        <w:br/>
        <w:t>К р я ч к о. Нi, я все життя активiст! Поки на заводi працював — на зборах його чистив. А тепер доводиться iндивiдуально. Усе б йому простив, а за те, що жмикрут, — простити не можу. На фронтi в одному взводi служили. Платон улiтку в ранцi шапку носив. I тут, бачив, людям каструлi, вiдра клепає, майструє. Усе дбає, усе мало. Сто рокiв проживеш? Нi! Правда, ти мiцний, як дуб, може, й проживеш до ста.</w:t>
      </w:r>
    </w:p>
    <w:p>
      <w:r>
        <w:br/>
        <w:t>П л а т о н. Чого прийшов?</w:t>
      </w:r>
    </w:p>
    <w:p>
      <w:r>
        <w:br/>
        <w:t>К р я ч ко. П'ятiрку до пенсiї.</w:t>
      </w:r>
    </w:p>
    <w:p>
      <w:r>
        <w:br/>
        <w:t>Платон дає грошi.</w:t>
      </w:r>
    </w:p>
    <w:p>
      <w:r>
        <w:br/>
        <w:t>Воно й не личить брати в пiдсудного... Але до суду вiддам. Куди синок майнув? Менший. Може б, i мого прихопив, нiяк до роботи не прилаштую.</w:t>
      </w:r>
    </w:p>
    <w:p>
      <w:r>
        <w:br/>
        <w:t>П л а т о н. Бо злодiй.</w:t>
      </w:r>
    </w:p>
    <w:p>
      <w:r>
        <w:br/>
        <w:t>К р я ч к о. Що?</w:t>
      </w:r>
    </w:p>
    <w:p>
      <w:r>
        <w:br/>
        <w:t>П л а т о н. Злодiй твiй син!</w:t>
      </w:r>
    </w:p>
    <w:p>
      <w:r>
        <w:br/>
        <w:t>К р я чк о. Як ти смiєш! Вiн своє вiддасть, не те щоб украсти.</w:t>
      </w:r>
    </w:p>
    <w:p>
      <w:r>
        <w:br/>
        <w:t>П л а т о н. Не працює, а їсть-значить, злодiй. Не заробив, а тринькає — злодiй.</w:t>
      </w:r>
    </w:p>
    <w:p>
      <w:r>
        <w:br/>
        <w:t>К р я ч к о. Моє їсть — не твоє.</w:t>
      </w:r>
    </w:p>
    <w:p>
      <w:r>
        <w:br/>
        <w:t>П л а т о н. Гiрший за того злодiя, що нишком краде, по ночах, бо твiй — серед бiлого дня...</w:t>
      </w:r>
    </w:p>
    <w:p>
      <w:r>
        <w:br/>
        <w:t>К р я ч к о. Куркуляка! Йому i мого добра жаль.</w:t>
      </w:r>
    </w:p>
    <w:p>
      <w:r>
        <w:br/>
        <w:t>П л а т о н. Усе державне, усе наше, i все моє!</w:t>
      </w:r>
    </w:p>
    <w:p>
      <w:r>
        <w:br/>
        <w:t>К р я ч к о. З такою формулiровочкою ти завтра не те що пустирчик цибулькою висадиш, а всю дорогу. Ну, за цю справу я тобi ще на судi покажу.</w:t>
      </w:r>
    </w:p>
    <w:p>
      <w:r>
        <w:br/>
        <w:t>Л i д а. Про який ви суд, дядьку Крячко?</w:t>
      </w:r>
    </w:p>
    <w:p>
      <w:r>
        <w:br/>
        <w:t>К р я ч к о. Розумiєш? Ото ж (жест) обiч дороги такий пустирчик був. Ми збиралися там стенд поставити. Намалювати, написати, яким стане селище за п'ятирiчку. А Платон i прихватив той пустирчик-цибулькою, кропом засадив. Управи'на нього немає. Будемо товариським судом судити. Я виступатиму громадським обвинувачем. Я вже там виллю душу... Скоро їдеш, Лiдо?</w:t>
      </w:r>
    </w:p>
    <w:p>
      <w:r>
        <w:br/>
        <w:t>Л i д а. Днями.</w:t>
      </w:r>
    </w:p>
    <w:p>
      <w:r>
        <w:br/>
        <w:t>К р я ч к о. Я пiшов. Щось серце коле.</w:t>
      </w:r>
    </w:p>
    <w:p>
      <w:r>
        <w:br/>
        <w:t>Л i д а. Я теж пройду в магазин.</w:t>
      </w:r>
    </w:p>
    <w:p>
      <w:r>
        <w:br/>
        <w:t>Лiда й Крячко виходятiь. Платон лишається сам.</w:t>
      </w:r>
    </w:p>
    <w:p>
      <w:r>
        <w:br/>
        <w:t>П л а т о н. Пташка — i та гнiздо в'є, щоб і вiтер не звалив, щоб i дощ не залив, щоб i тепло пташенятам було. Крячко i пташцi сказав би: багатiєш! Народилася людина — то й живи! I добре гнiздо своє клади, щоб і дощ, i вiтер, I холод не страшнi були тобi.</w:t>
      </w:r>
    </w:p>
    <w:p>
      <w:r>
        <w:br/>
        <w:t>Заходить Клоков, зупиняється на вiдстанi, придивляється до Платона. Клацає фотоапаратом. Платон мовчки спостерiгає за ним.</w:t>
      </w:r>
    </w:p>
    <w:p>
      <w:r>
        <w:br/>
        <w:t>К л о к о в. Доброго здоров'я. Якщо не помиляюся, Платон Микитович Ангел? А я Клоков, з газети. Ось...</w:t>
      </w:r>
    </w:p>
    <w:p>
      <w:r>
        <w:br/>
        <w:t>Простягає посвiдчення. Платон навiть не подивився.</w:t>
      </w:r>
    </w:p>
    <w:p>
      <w:r>
        <w:br/>
        <w:t>Хотiв ближче з вами познайомитися. Дещо менi вже вiдомо. Стаж роботи, висока квалiфiкацiя. Син i дочка на заводi. Словом, потомствена робiтнича сiм'я.</w:t>
      </w:r>
    </w:p>
    <w:p>
      <w:r>
        <w:br/>
        <w:t>П л а т о н. Так.</w:t>
      </w:r>
    </w:p>
    <w:p>
      <w:r>
        <w:br/>
        <w:t>К л о к о в. Попередньо хочу з'ясувати кiлька питань. Але домовимося, вiдповiдати так, нiби ви розмовляєте з добрим приятелем.</w:t>
      </w:r>
    </w:p>
    <w:p>
      <w:r>
        <w:br/>
        <w:t>П л а т о н. Давай, як з приятелем.</w:t>
      </w:r>
    </w:p>
    <w:p>
      <w:r>
        <w:br/>
        <w:t>К л о к о в(вiдходить далеченько, фотографує, потiм виймає блокнот, приготувався записувати). Коли почалася ваша трудова дiяльнiсть?</w:t>
      </w:r>
    </w:p>
    <w:p>
      <w:r>
        <w:br/>
        <w:t>П л а т о н. З двох рокiв.</w:t>
      </w:r>
    </w:p>
    <w:p>
      <w:r>
        <w:br/>
        <w:t>К л о к о в. Тобто?</w:t>
      </w:r>
    </w:p>
    <w:p>
      <w:r>
        <w:br/>
        <w:t>П л а т о н. Штайцi сам одягнув, потiм iграшки собi майстрував, потiм по господарству, потiм школа, потiм завод...</w:t>
      </w:r>
    </w:p>
    <w:p>
      <w:r>
        <w:br/>
        <w:t>К л о к о в. На вiйнi були?</w:t>
      </w:r>
    </w:p>
    <w:p>
      <w:r>
        <w:br/>
        <w:t>П л а т о н. Був.</w:t>
      </w:r>
    </w:p>
    <w:p>
      <w:r>
        <w:br/>
        <w:t>К л о к о в. Героїчнi вчинки, приклади?</w:t>
      </w:r>
    </w:p>
    <w:p>
      <w:r>
        <w:br/>
        <w:t>П л а т о н. Вся вiйна-приклад.</w:t>
      </w:r>
    </w:p>
    <w:p>
      <w:r>
        <w:br/>
        <w:t>К л о к о в. Ваша мета в життi?</w:t>
      </w:r>
    </w:p>
    <w:p>
      <w:r>
        <w:br/>
        <w:t>П л а т о н. Добре жити.</w:t>
      </w:r>
    </w:p>
    <w:p>
      <w:r>
        <w:br/>
        <w:t>К л о к о в. Що, на ваш погляд, для цього треба?</w:t>
      </w:r>
    </w:p>
    <w:p>
      <w:r>
        <w:br/>
        <w:t>П л а т о н. Мати здоров'я i грошi.</w:t>
      </w:r>
    </w:p>
    <w:p>
      <w:r>
        <w:br/>
        <w:t>К л о к о в. Уточнiть про грошi.</w:t>
      </w:r>
    </w:p>
    <w:p>
      <w:r>
        <w:br/>
        <w:t>П л а т о н. Або заробити, або вкрасти. Третього путi немає.</w:t>
      </w:r>
    </w:p>
    <w:p>
      <w:r>
        <w:br/>
        <w:t>К л о к о в. Громадська робота, коли працювали на заводi?</w:t>
      </w:r>
    </w:p>
    <w:p>
      <w:r>
        <w:br/>
        <w:t>П л а т о н. Бiля верстата.</w:t>
      </w:r>
    </w:p>
    <w:p>
      <w:r>
        <w:br/>
        <w:t>Пауза.</w:t>
      </w:r>
    </w:p>
    <w:p>
      <w:r>
        <w:br/>
        <w:t>К л о к о в. У багатотиражцi я читав, що ви любите грошi.</w:t>
      </w:r>
    </w:p>
    <w:p>
      <w:r>
        <w:br/>
        <w:t>П л а т о н. Не люблю, а поважаю.</w:t>
      </w:r>
    </w:p>
    <w:p>
      <w:r>
        <w:br/>
        <w:t>К л о к о в. Там вас намалювали ангелом, а замiсть крил — п'ятiрки. Пiдпис — "Стяжатель".</w:t>
      </w:r>
    </w:p>
    <w:p>
      <w:r>
        <w:br/>
        <w:t>П л а т о н. Правильно, все тягну до себе, а що ж, до сусiда тягти?</w:t>
      </w:r>
    </w:p>
    <w:p>
      <w:r>
        <w:br/>
        <w:t>К л о к о в. Вища мета вашого життя?</w:t>
      </w:r>
    </w:p>
    <w:p>
      <w:r>
        <w:br/>
        <w:t>П л а то н. Ото ж i є вища — жити як слiд.</w:t>
      </w:r>
    </w:p>
    <w:p>
      <w:r>
        <w:br/>
        <w:t>К л о к о в. Через багатство держави до свого власного.</w:t>
      </w:r>
    </w:p>
    <w:p>
      <w:r>
        <w:br/>
        <w:t>П л а т о н. А ми разом з державою i плануємо, i багатiємо... Правда, я трошки попереду. Бо в неї є ще чимало дармоїдiв: або не працюють зовсiм, або багато балакають i мало роблять... А в моїй державi цього немає... Як заробив, так і їж! Як заробив, так i одягайся. Будемо кiнчати, приятелю.</w:t>
      </w:r>
    </w:p>
    <w:p>
      <w:r>
        <w:br/>
        <w:t>К л о к о в. Що ви стружете?</w:t>
      </w:r>
    </w:p>
    <w:p>
      <w:r>
        <w:br/>
        <w:t>П л а т о н. Ложку.</w:t>
      </w:r>
    </w:p>
    <w:p>
      <w:r>
        <w:br/>
        <w:t>К л о к о в. Давайте зробимо кiлька фото. Гадаю, ви часто згадуєте роботу, свiй верстат. Станьте так, наче задумалися.</w:t>
      </w:r>
    </w:p>
    <w:p>
      <w:r>
        <w:br/>
        <w:t>П л а т о н. Думки не сфотографуєш.</w:t>
      </w:r>
    </w:p>
    <w:p>
      <w:r>
        <w:br/>
        <w:t>К л о к о в. Тодi вiзьмiть пенсiйну книжку й дивiться так, нiби це вам подарували велику радiсть i спокiй на старостi...</w:t>
      </w:r>
    </w:p>
    <w:p>
      <w:r>
        <w:br/>
        <w:t>П л а т о н. Не подарували — заробив! I не в нiй радiсть i спокiй.</w:t>
      </w:r>
    </w:p>
    <w:p>
      <w:r>
        <w:br/>
        <w:t>К л о к о в. А сфотографувати, що стружете ложку, — поганий кадр!</w:t>
      </w:r>
    </w:p>
    <w:p>
      <w:r>
        <w:br/>
        <w:t>П л а т о н. Яка в тебе зарплатня?</w:t>
      </w:r>
    </w:p>
    <w:p>
      <w:r>
        <w:br/>
        <w:t>К л о к о в. А що?</w:t>
      </w:r>
    </w:p>
    <w:p>
      <w:r>
        <w:br/>
        <w:t>П л а т о н. Я тобi все кажу, а ти таїшся.</w:t>
      </w:r>
    </w:p>
    <w:p>
      <w:r>
        <w:br/>
        <w:t>К л о к о в. Сто п'ятдесят.</w:t>
      </w:r>
    </w:p>
    <w:p>
      <w:r>
        <w:br/>
        <w:t>П л а т о н. Непогано. За такi грошi треба метикувати. (Пiшов до хати).</w:t>
      </w:r>
    </w:p>
    <w:p>
      <w:r>
        <w:br/>
        <w:t>К л о к о в. Бурбон.</w:t>
      </w:r>
    </w:p>
    <w:p>
      <w:r>
        <w:br/>
        <w:t>Клоков вийшов з двору. В цей час пiдгйшла Таня.</w:t>
      </w:r>
    </w:p>
    <w:p>
      <w:r>
        <w:br/>
        <w:t>Т а н я. Здрастуйте!</w:t>
      </w:r>
    </w:p>
    <w:p>
      <w:r>
        <w:br/>
        <w:t>К л о к о в. Привiт!</w:t>
      </w:r>
    </w:p>
    <w:p>
      <w:r>
        <w:br/>
        <w:t>Т а н я. Побачилися з татом? Не пiдходить, негативний тип. Так?</w:t>
      </w:r>
    </w:p>
    <w:p>
      <w:r>
        <w:br/>
        <w:t>К л о к о в. Майже.</w:t>
      </w:r>
    </w:p>
    <w:p>
      <w:r>
        <w:br/>
        <w:t>Т а н я (усмiхнулася). А я не годжуся в героїнi вашого нарису?</w:t>
      </w:r>
    </w:p>
    <w:p>
      <w:r>
        <w:br/>
        <w:t>К л о к о в (теж усмiхнувся). Гадаєте, цiкаво буде читачевi?</w:t>
      </w:r>
    </w:p>
    <w:p>
      <w:r>
        <w:br/>
        <w:t>Т а н я. Я наче навмисне готувала себе для преси. Послухайте. Школу закiнчила з медаллю i пiшла працювати на завод. Цiкаво?</w:t>
      </w:r>
    </w:p>
    <w:p>
      <w:r>
        <w:br/>
        <w:t>К л о к о в. Бал не добрала?</w:t>
      </w:r>
    </w:p>
    <w:p>
      <w:r>
        <w:br/>
        <w:t>Т а н я. Навiть документи не подавала.</w:t>
      </w:r>
    </w:p>
    <w:p>
      <w:r>
        <w:br/>
        <w:t>К л о к о в. Цiкаво.</w:t>
      </w:r>
    </w:p>
    <w:p>
      <w:r>
        <w:br/>
        <w:t>Т а н я. Зайдете в цех — на Дошцi пошани. (Жест, мовляв, мiй портрет).</w:t>
      </w:r>
    </w:p>
    <w:p>
      <w:r>
        <w:br/>
        <w:t>К л о к о в. Цiкаво.</w:t>
      </w:r>
    </w:p>
    <w:p>
      <w:r>
        <w:br/>
        <w:t>Т а н я. Люблю лiтературу. Толстой, Достоєвський, Джек Лондон, Фiцджеральд, Сент-Екзюперi, Распутiн, Гончар, Загребельний...</w:t>
      </w:r>
    </w:p>
    <w:p>
      <w:r>
        <w:br/>
        <w:t>К л о к о в. Цiкаво.</w:t>
      </w:r>
    </w:p>
    <w:p>
      <w:r>
        <w:br/>
        <w:t>Т а н я. Мрiю стати стюардесою, поглянути на планету з височини польоту лайнера. Звiдти люди менi будуть бачитись, як крапочки, i навiть ви, кореспондент зi своїм фотоапаратом, здастеся менi меншi за сонечко, за мурашку, навiть за блоху!</w:t>
      </w:r>
    </w:p>
    <w:p>
      <w:r>
        <w:br/>
        <w:t>К л о к о в (стримує образу). Балакуча. До зустрiчi.</w:t>
      </w:r>
    </w:p>
    <w:p>
      <w:r>
        <w:br/>
        <w:t>Т а н я. Сподiваюся, її не буде. (Пройшла кiлька крокiв услiд кореспонденту, iмiтуючи його оригiнальну ходу).</w:t>
      </w:r>
    </w:p>
    <w:p>
      <w:r>
        <w:br/>
        <w:t>Перемiна свiтла.</w:t>
      </w:r>
    </w:p>
    <w:p>
      <w:r>
        <w:br/>
        <w:t>Раннiй ранок. Платон, як завжди, щось майструє. Заходить Крячко.</w:t>
      </w:r>
    </w:p>
    <w:p>
      <w:r>
        <w:br/>
        <w:t>К р я ч к о. Не спиться? Я теж не сплю. Уяви собi, на всiй землi люди сплять, а пенсiонери, як сови, очi повитрiщали — не сплять! А коли й перевертаються на другий бiк, то тихо, щоб iншим не заважать. (Пауза). Вчора я ото позавидував, що Павлик на роботу пiшов, а мiй лайдакує. А воно, виявляється, усе не так. Павлик женився, а ти його прогнав... Привiв жiнку, а ти їх з хати. Я свого п'яницю терплю, а ти тверезих з хати... Сина з двору! Дикий ти чоловiк! Добувати копiйку, може, i навчив своїх дiтей, а щоб зовсiм їх пiд своє керiвництво повернути — теж пас! У нас, батькiв, до них стiльки ж прав, як у англiйського короля: що напишуть, те й читай! Он мiй два роки не працює, а я що? Побити вже не здужаю. Мати нагодує. Сорочка, джинси, пляшка "чорнила" — i над панами вiн пан. А може, воно так i треба?</w:t>
      </w:r>
    </w:p>
    <w:p>
      <w:r>
        <w:br/>
        <w:t>П л а т о н. Поступися перед дiтьми раз, вдруге, вони тебе i запитувать не будуть.</w:t>
      </w:r>
    </w:p>
    <w:p>
      <w:r>
        <w:br/>
        <w:t>К р я ч к о. Пiду. (Виходить).</w:t>
      </w:r>
    </w:p>
    <w:p>
      <w:r>
        <w:br/>
        <w:t>На ганку з'являється Лiда.</w:t>
      </w:r>
    </w:p>
    <w:p>
      <w:r>
        <w:br/>
        <w:t>Л і д а. Не набрид вам цей в'їдливий сусiд?</w:t>
      </w:r>
    </w:p>
    <w:p>
      <w:r>
        <w:br/>
        <w:t>П л а т о н. Звик до нього, як до задавненої хвороби. Розбудив тебе?</w:t>
      </w:r>
    </w:p>
    <w:p>
      <w:r>
        <w:br/>
        <w:t>Л i д а. Я мiцно сплю, коли знаю, що не треба поспiшати.</w:t>
      </w:r>
    </w:p>
    <w:p>
      <w:r>
        <w:br/>
        <w:t>П л а т о н. Виходить, завжди довгенько спиш —-— куди людинi поспiшати, раз не працює.</w:t>
      </w:r>
    </w:p>
    <w:p>
      <w:r>
        <w:br/>
        <w:t>Л i д а. У мене складна робота.</w:t>
      </w:r>
    </w:p>
    <w:p>
      <w:r>
        <w:br/>
        <w:t>П л а т о н. То ти працюєш, а я й не знав.</w:t>
      </w:r>
    </w:p>
    <w:p>
      <w:r>
        <w:br/>
        <w:t>Л i д а. Працюю.</w:t>
      </w:r>
    </w:p>
    <w:p>
      <w:r>
        <w:br/>
        <w:t>П л а т о н. Що за професiя?</w:t>
      </w:r>
    </w:p>
    <w:p>
      <w:r>
        <w:br/>
        <w:t>Л i д а. Бути дружиною — це професiя. Складна професiя!</w:t>
      </w:r>
    </w:p>
    <w:p>
      <w:r>
        <w:br/>
        <w:t>П л а то н. Вперше чую про таке.</w:t>
      </w:r>
    </w:p>
    <w:p>
      <w:r>
        <w:br/>
        <w:t>Л i д а. Умiти любити свого чоловiка — не так просто i не так легко.</w:t>
      </w:r>
    </w:p>
    <w:p>
      <w:r>
        <w:br/>
        <w:t>П л а т о н. Приклад, як казав один кореспондент.</w:t>
      </w:r>
    </w:p>
    <w:p>
      <w:r>
        <w:br/>
        <w:t>Л i д а. Вiзьмемо нас з Петром. Хоч би що там на роботi сталося, вiн певний: удома на нього чекає спокiй, i затишок, i тепло. Я вивчила його звички, його смаки. Знаю, який костюм йому подобається, яку сорочку приготувати, якi вузли вiн любить на галстуцi. Знаю, якi любить книжки, вгадую, що б вiн хотiв на вечерю, на обiд, на снiданок! Яке освiтлення любить, якi кольори не терпить. Вiн вибирає менi сукню, черевики — я дозволяю. Це йому приносить радiсть, а я вдвiчi рада. Вiн часто подовгу затримується на роботi. Але хоч як пiзно прийде, знає, його чекає гарячий чай. Не сам риється в буфетi, шукає цукор, хлiб, масло, варення. Я йому все приготую, подам. Коли прийде роздратований, засмучений чи обурений, — усе ж буває на роботi, — треба вмiти повернути йому спокiй. Холод з душi прогнати. Думаєте, мiщанська фiлософiя?</w:t>
      </w:r>
    </w:p>
    <w:p>
      <w:r>
        <w:br/>
        <w:t>П л а т о н. Збирався подумати.</w:t>
      </w:r>
    </w:p>
    <w:p>
      <w:r>
        <w:br/>
        <w:t>Л i д а. Коли чоловiк знає, що в нього в тилу, тобто вдома, все гаразд, вiн i на роботi краще працює. (Усмiхнулася), Треба б завести порядок: коли беруть чоловiка на роботу, вимагати характеристику не тiльки на нього, а й на його дружину. Бо якщо дружина лиха, то який же з нього працiвник? Увесь, час голова буде зайнята, що його чекає вдома.</w:t>
      </w:r>
    </w:p>
    <w:p>
      <w:r>
        <w:br/>
        <w:t>П л а т о н. Твоя лекцiя менi, Лiдо, сподобалася. Аплодувати не буду, а питання є. Виходить, жiнцi й працювати не треба? Хай у тилу порається?</w:t>
      </w:r>
    </w:p>
    <w:p>
      <w:r>
        <w:br/>
        <w:t>Л i д а. Ото в тилу i є її робота.</w:t>
      </w:r>
    </w:p>
    <w:p>
      <w:r>
        <w:br/>
        <w:t>П л а т о н. А щоб пiдмогти чоловiку грiшми?</w:t>
      </w:r>
    </w:p>
    <w:p>
      <w:r>
        <w:br/>
        <w:t>Л i д а. Iнколи заробити вiсiмдесят карбованцiв утричi легше, нiж поратися в отому тилу. Але, на жаль, не всi жiнки мають таку можливiсть, доводиться їм теж iти на трудовий фронт. (Пауза), Крячко про Павлика взнав?</w:t>
      </w:r>
    </w:p>
    <w:p>
      <w:r>
        <w:br/>
        <w:t>Пл а т о н. Правди не сховаєш.</w:t>
      </w:r>
    </w:p>
    <w:p>
      <w:r>
        <w:br/>
        <w:t>Л i д а. Павлик, може, завтра й повернеться.</w:t>
      </w:r>
    </w:p>
    <w:p>
      <w:r>
        <w:br/>
        <w:t>П л а т о н. Не повернеться.</w:t>
      </w:r>
    </w:p>
    <w:p>
      <w:r>
        <w:br/>
        <w:t>Л i д а. Звiдки знаєте?</w:t>
      </w:r>
    </w:p>
    <w:p>
      <w:r>
        <w:br/>
        <w:t>П л а т о н. Син.</w:t>
      </w:r>
    </w:p>
    <w:p>
      <w:r>
        <w:br/>
        <w:t>Пауза.</w:t>
      </w:r>
    </w:p>
    <w:p>
      <w:r>
        <w:br/>
        <w:t>Л i д а. Пiду скупаюся в озерi.</w:t>
      </w:r>
    </w:p>
    <w:p>
      <w:r>
        <w:br/>
        <w:t>П л а т о н. Обережно, воно глибоке.</w:t>
      </w:r>
    </w:p>
    <w:p>
      <w:r>
        <w:br/>
        <w:t>Лiда виходить. Платон кинув майструвати, видно, втомлений; знесилений сiв на стiлець.</w:t>
      </w:r>
    </w:p>
    <w:p>
      <w:r>
        <w:br/>
        <w:t>П л а т о н. Думав, мої дiти слухнянi... А Павлик... (Бере куртку, знову вiшає на стiлець). Чи щось недобачив... або не розумiю їх, молодих...</w:t>
      </w:r>
    </w:p>
    <w:p>
      <w:r>
        <w:br/>
        <w:t>Заходить Крячко.</w:t>
      </w:r>
    </w:p>
    <w:p>
      <w:r>
        <w:br/>
        <w:t>К р я ч к о. Повернувся я, побачив, Лiда пiшла, i повернувся. Павлик — ще не все твоє горе... Хотiв був не казати, але псовi, i тому хвiст не кожен день потрошку обрубують, а зразу весь. Отак i це: хай би все зразу, все знай! Про твого Федора мова... Я спочатку не повiрив. Роботяга з роботяг, не п'яниця, розумний. I в цьому ж загадка. Та ще в такiй сiм'ї, як твоя. А бач, i Федiр з морального боку непевний. Ну, я коротко, Платоне: лiкаршу нашу дiльничну знаєш? Її чоловiк маляр, квартири розмальовує, бiлить, знаєш чи нi?</w:t>
      </w:r>
    </w:p>
    <w:p>
      <w:r>
        <w:br/>
        <w:t>П л а т о н. Знаю. '</w:t>
      </w:r>
    </w:p>
    <w:p>
      <w:r>
        <w:br/>
        <w:t>К р я ч к о. Так ото твiй Федя за лiкаршею волочиться, а маляр що? Малює й не знає, що його дружина райськими яблучками другого пригощає. Федя потай то на машинi її пiдвезе, то проведе увечерi, а люди все знають: бачать i помiчають, i я теж. Одне слово, крiм тебе i маляра, усiм вiдомий цей ганебний зв'язок. I чому воно в такiй сiм'ї з моральної лiнiї збочення? Отож тримайся, Платоне, я завжди з тобою! (Виходить),</w:t>
      </w:r>
    </w:p>
    <w:p>
      <w:r>
        <w:br/>
        <w:t>Платон сидить якийсь час мовчки, потiм бере ложку, струже. Заходить Федiр.</w:t>
      </w:r>
    </w:p>
    <w:p>
      <w:r>
        <w:br/>
        <w:t>Федiр (знiмає пiджак). Смiшна робота розвантажувати хлiб: i легка, а не приловчишся.</w:t>
      </w:r>
    </w:p>
    <w:p>
      <w:r>
        <w:br/>
        <w:t>П л а т о н. На завод устигаєш?</w:t>
      </w:r>
    </w:p>
    <w:p>
      <w:r>
        <w:br/>
        <w:t>Ф е д i р. Звичайно. Правда, менi тепер ранiше треба. Хлопчину одного взяв дiла навчити.</w:t>
      </w:r>
    </w:p>
    <w:p>
      <w:r>
        <w:br/>
        <w:t>П л а т о н. Записали наставником?</w:t>
      </w:r>
    </w:p>
    <w:p>
      <w:r>
        <w:br/>
        <w:t>Ф е д i р. Сам, по добрiй волi взявся. Заводу хорошi слюсарi-iнструментальники он як потрiбнi!</w:t>
      </w:r>
    </w:p>
    <w:p>
      <w:r>
        <w:br/>
        <w:t>П л а т о н. Тямущий?</w:t>
      </w:r>
    </w:p>
    <w:p>
      <w:r>
        <w:br/>
        <w:t>Ф е д i р. Придивляюсь — нiби береться.</w:t>
      </w:r>
    </w:p>
    <w:p>
      <w:r>
        <w:br/>
        <w:t>П л а т о н. Чомусь думають — до музики треба талант, до пiснi слух, а майстровим абихто... Дивись, людину вчити — не рiзьбу класти.</w:t>
      </w:r>
    </w:p>
    <w:p>
      <w:r>
        <w:br/>
        <w:t>Ф е д i р. Розумiю. (Хоче йти в хату).</w:t>
      </w:r>
    </w:p>
    <w:p>
      <w:r>
        <w:br/>
        <w:t>П л а т о н. Зачекай, Федоре. (Помовчав, окинув сина важким поглядом). Правду кажуть, що в тебе з лiкаркою... (пiдшукує слово) шури-мури?</w:t>
      </w:r>
    </w:p>
    <w:p>
      <w:r>
        <w:br/>
        <w:t>Як глянув на нього Федiр, Платон зрозумiв — образливе те слово для сина.</w:t>
      </w:r>
    </w:p>
    <w:p>
      <w:r>
        <w:br/>
        <w:t>Називай, як хочеш, по-своєму.</w:t>
      </w:r>
    </w:p>
    <w:p>
      <w:r>
        <w:br/>
        <w:t>Федiр мовчить.</w:t>
      </w:r>
    </w:p>
    <w:p>
      <w:r>
        <w:br/>
        <w:t>Що ж ти себе i батька соромиш? Iз замiжньою! На посмiх i пересуди нашу сiм'ю виставляєш... Чого зацiпило?</w:t>
      </w:r>
    </w:p>
    <w:p>
      <w:r>
        <w:br/>
        <w:t>Ф е д i р. Я люблю Клаву!</w:t>
      </w:r>
    </w:p>
    <w:p>
      <w:r>
        <w:br/>
        <w:t>П л а т о н. Дiвчат мало?</w:t>
      </w:r>
    </w:p>
    <w:p>
      <w:r>
        <w:br/>
        <w:t>Ф е д i р. Я Клаву люблю!</w:t>
      </w:r>
    </w:p>
    <w:p>
      <w:r>
        <w:br/>
        <w:t>Пауза.</w:t>
      </w:r>
    </w:p>
    <w:p>
      <w:r>
        <w:br/>
        <w:t>Платон (насилу стримує себе). Любиш?.. Любов не возять по закапелках, не приховують! Любов не крадуть, Федоре!</w:t>
      </w:r>
    </w:p>
    <w:p>
      <w:r>
        <w:br/>
        <w:t>Ф е д i р. Ми з Клавою ще не знаємо...</w:t>
      </w:r>
    </w:p>
    <w:p>
      <w:r>
        <w:br/>
        <w:t>П л а т о н. Серед дороги зупинилися? Нi сюди нi туди. Життя наїде i розчавить вашу любов, коли вона така!..</w:t>
      </w:r>
    </w:p>
    <w:p>
      <w:r>
        <w:br/>
        <w:t>Ф е д i р. Ми з Клавою порадимося.</w:t>
      </w:r>
    </w:p>
    <w:p>
      <w:r>
        <w:br/>
        <w:t>П л а т о н. У всьому, у малому й великому, єдиний порадник — правда! Чуєш, правда!</w:t>
      </w:r>
    </w:p>
    <w:p>
      <w:r>
        <w:br/>
        <w:t>Ф е д i р. Правду сказати треба. А як?</w:t>
      </w:r>
    </w:p>
    <w:p>
      <w:r>
        <w:br/>
        <w:t>Перемiна свiтла. Надвечiр'я. Платон майструє. Заходить Маляр.</w:t>
      </w:r>
    </w:p>
    <w:p>
      <w:r>
        <w:br/>
        <w:t>М а л я р. Добрий вечiр, Платоне Микитовичу. В трудi i турботах? Звичайно, треба якось убивати час. Вийти на пенсiю — все одно, що прийти в чистилище — за ним або рай, або пекло. Третього не дано. Трудiться, хай вам буде здоров'я. А де ж не видно ваших?</w:t>
      </w:r>
    </w:p>
    <w:p>
      <w:r>
        <w:br/>
        <w:t>П л а т о н. Матiр i Таню невiстка повела японцiв слухати. Кажуть, добре спiвають. Федiр скоро буде.</w:t>
      </w:r>
    </w:p>
    <w:p>
      <w:r>
        <w:br/>
        <w:t>М а л я р. Хай спiвають, а в нас дiло. Коли ви подзвонили — не повiрив...</w:t>
      </w:r>
    </w:p>
    <w:p>
      <w:r>
        <w:br/>
        <w:t>П л а т о н. Чому?</w:t>
      </w:r>
    </w:p>
    <w:p>
      <w:r>
        <w:br/>
        <w:t>М а л я р. Грошi ви любите класти в кишенi, а виймати... (Жест). А тут доведеться розкошелитися. Вам побiлка-фарбовка?..</w:t>
      </w:r>
    </w:p>
    <w:p>
      <w:r>
        <w:br/>
        <w:t>П л а т о н. Так.</w:t>
      </w:r>
    </w:p>
    <w:p>
      <w:r>
        <w:br/>
        <w:t>М а л я р. Кажу для роздумiв: з конторою офiцiйно домовлятись будете — бiлитимуть мiсяць — два. Коли ж домовимось по-людському-три-чотири днi, знак якост — i будь здоров! Така iсторiя з епiлогом!</w:t>
      </w:r>
    </w:p>
    <w:p>
      <w:r>
        <w:br/>
        <w:t>П л а т о н. А встигнете i на роботi, i тут?</w:t>
      </w:r>
    </w:p>
    <w:p>
      <w:r>
        <w:br/>
        <w:t>М а л я р. Асигнацiї вашi — дiло наше. Кожна людина хоче жити, щоб був хлiб з маслом.</w:t>
      </w:r>
    </w:p>
    <w:p>
      <w:r>
        <w:br/>
        <w:t>П л а т о н. Крадеш, хапаєш?</w:t>
      </w:r>
    </w:p>
    <w:p>
      <w:r>
        <w:br/>
        <w:t>М а л я р. Кручуся! Де i як людина мотається, шукаючи масло, — темнi, заплутанi стежки, Платоне Микитовичу. У мене сiм'я: жiнка — лiкар, дочка у школу ходить, — грошi менi потрiбнi.</w:t>
      </w:r>
    </w:p>
    <w:p>
      <w:r>
        <w:br/>
        <w:t>П л а т о н. Жiнка теж заробляє?</w:t>
      </w:r>
    </w:p>
    <w:p>
      <w:r>
        <w:br/>
        <w:t>М а л я р. Не заробляє, а одержує зарплату! Заробити — це те, що зверх зарплати. А вона ходить, обслуховує, шукає всяку слабину в людинi, а зиску з цього — нуль. У мене — закон: зарплатня до копiйки сiм'ї, а навар — це вже моє.</w:t>
      </w:r>
    </w:p>
    <w:p>
      <w:r>
        <w:br/>
        <w:t>П л а т о н. На що тратиш?</w:t>
      </w:r>
    </w:p>
    <w:p>
      <w:r>
        <w:br/>
        <w:t>М а л я р. Ви вже в такому вiцi, що вам треба довгенько пояснювати. Ближче до дiла. Могорич! Потiм розмова, таке правило трудящого.</w:t>
      </w:r>
    </w:p>
    <w:p>
      <w:r>
        <w:br/>
        <w:t>П л а т о н. Гаразд. (Виносить якусь закуску, пляшку). Чого ти пiшов iз заводу?</w:t>
      </w:r>
    </w:p>
    <w:p>
      <w:r>
        <w:br/>
        <w:t>М а л я р. Ямку знайшов. (Налив чарку). Коли б ви були рибалкою, то знали б: риба, як правило, любить ямку. Чому? Там корм збирається. Це я одкровенно з вами, бо ви менi майже хрещений батько. Пам'ятаєте, колись у дитинствi мене хлопчаки дубасили, а ви обороняли? Ще по маленькiй?</w:t>
      </w:r>
    </w:p>
    <w:p>
      <w:r>
        <w:br/>
        <w:t>Платон наливає чарку.</w:t>
      </w:r>
    </w:p>
    <w:p>
      <w:r>
        <w:br/>
        <w:t>М а л я р. А собi?</w:t>
      </w:r>
    </w:p>
    <w:p>
      <w:r>
        <w:br/>
        <w:t>П л а т о н. Не можу.</w:t>
      </w:r>
    </w:p>
    <w:p>
      <w:r>
        <w:br/>
        <w:t>М а л я р. Примушувати людину не можна. Горiлка — це лiки вiд хандри, вiд горя, вiд щастя, вiд бездiлля, вiд перевтоми, вiд кохання, вiд ревнощiв — єдинi унiверсальнi лiки. (П'є). До них треба звикнути. (Наливає ще чарку, випив). Кажете, хапаю? Хапають усi. Хто може, хто вмiє, кому є де — той хапає. З ними борються, а вони хапають... Один хапне — йому догана. Другий хапне — його з роботи, третiй хапне — в кутузку... А скiльки невловимих? Платоне Микитовичу!</w:t>
      </w:r>
    </w:p>
    <w:p>
      <w:r>
        <w:br/>
        <w:t>Я належу до тих., хто наче краде i не краде. На межi... Для мене статтi не знайдеш.</w:t>
      </w:r>
    </w:p>
    <w:p>
      <w:r>
        <w:br/>
        <w:t>П л а то н (когось побачив). Довечеряєш потiм, пiди обмiряй кiмнати, доглянь, щоб знати, яка робота.</w:t>
      </w:r>
    </w:p>
    <w:p>
      <w:r>
        <w:br/>
        <w:t>М а л я р. Обмiряти... Я оком кину — i дiло в горщику. (Iде до хати).</w:t>
      </w:r>
    </w:p>
    <w:p>
      <w:r>
        <w:br/>
        <w:t>Заходить Клава, гарна жiнка юкiв тридцяти.</w:t>
      </w:r>
    </w:p>
    <w:p>
      <w:r>
        <w:br/>
        <w:t>К л а в а. Трохи затрималася.</w:t>
      </w:r>
    </w:p>
    <w:p>
      <w:r>
        <w:br/>
        <w:t>П л а то н. Пробачте, що у вихiдний вас покликав.</w:t>
      </w:r>
    </w:p>
    <w:p>
      <w:r>
        <w:br/>
        <w:t>К л а в а. Хвороби не мають вихiдного, та й лiкар теж. Серце, очевидно?</w:t>
      </w:r>
    </w:p>
    <w:p>
      <w:r>
        <w:br/>
        <w:t>П л а то н. Все, що не є, — на серце, Клаво.</w:t>
      </w:r>
    </w:p>
    <w:p>
      <w:r>
        <w:br/>
        <w:t>К л а в а. Ходiмте до кiмнати, я вас послухаю.</w:t>
      </w:r>
    </w:p>
    <w:p>
      <w:r>
        <w:br/>
        <w:t>П л а то н. I тут можна.</w:t>
      </w:r>
    </w:p>
    <w:p>
      <w:r>
        <w:br/>
        <w:t>К л а в а (розкриває чемоданчик). Помiряємо тиск?</w:t>
      </w:r>
    </w:p>
    <w:p>
      <w:r>
        <w:br/>
        <w:t>П л а то н. Не трудися, Клаво.</w:t>
      </w:r>
    </w:p>
    <w:p>
      <w:r>
        <w:br/>
        <w:t>К л а в а. Треба обов'язково.</w:t>
      </w:r>
    </w:p>
    <w:p>
      <w:r>
        <w:br/>
        <w:t>П л а то н. Обiйдемося.</w:t>
      </w:r>
    </w:p>
    <w:p>
      <w:r>
        <w:br/>
        <w:t>К л а в а. Ви взагалi iгноруєте медицину...</w:t>
      </w:r>
    </w:p>
    <w:p>
      <w:r>
        <w:br/>
        <w:t>П л а то н. Людина i сама, без лiкаря, чує, що воно i до чого.</w:t>
      </w:r>
    </w:p>
    <w:p>
      <w:r>
        <w:br/>
        <w:t>К л а в а. Але ж мене викликали не на чай?</w:t>
      </w:r>
    </w:p>
    <w:p>
      <w:r>
        <w:br/>
        <w:t>П л а то н. Можна й чаєм пригостити.</w:t>
      </w:r>
    </w:p>
    <w:p>
      <w:r>
        <w:br/>
        <w:t>Входить Маляр.</w:t>
      </w:r>
    </w:p>
    <w:p>
      <w:r>
        <w:br/>
        <w:t>М а л я р (побачив дружину). Клаво, Клавочко, Клавусю, за мною прийшла?</w:t>
      </w:r>
    </w:p>
    <w:p>
      <w:r>
        <w:br/>
        <w:t>К л а в а. До хворого.</w:t>
      </w:r>
    </w:p>
    <w:p>
      <w:r>
        <w:br/>
        <w:t>М а л я р. Платон Микитович хворий? Вiн iще i в двадцять першому столiттi буде ощадну книжку поповнювати.</w:t>
      </w:r>
    </w:p>
    <w:p>
      <w:r>
        <w:br/>
        <w:t>П л а т о н. Доживу — буду.</w:t>
      </w:r>
    </w:p>
    <w:p>
      <w:r>
        <w:br/>
        <w:t>М а л я р. Це добре, що нагодилася: знатимеш, чому я приходжу додому не у формi. Хiба я сьогоднi хотiв випити? Нi! Але Платон Микитович, i той, бачиш! (Жест). Сiдай, Клавочко, з нами...</w:t>
      </w:r>
    </w:p>
    <w:p>
      <w:r>
        <w:br/>
        <w:t>К л а в а (до Платона). Виходить, я вам непотрiбна?</w:t>
      </w:r>
    </w:p>
    <w:p>
      <w:r>
        <w:br/>
        <w:t>П л а т о н. Потрiбна. Сiдайте, я вас чаєм пригощу, суницями.</w:t>
      </w:r>
    </w:p>
    <w:p>
      <w:r>
        <w:br/>
        <w:t>К л а в а. Покликали лiкаря, щоб пригощати суницями.</w:t>
      </w:r>
    </w:p>
    <w:p>
      <w:r>
        <w:br/>
        <w:t>П л а т о н. Чому б i нi? (Iде до хати).</w:t>
      </w:r>
    </w:p>
    <w:p>
      <w:r>
        <w:br/>
        <w:t>М а л я р. Бачиш, не мiг вiдмовити, запросив на роботу — i чарку на стiл.</w:t>
      </w:r>
    </w:p>
    <w:p>
      <w:r>
        <w:br/>
        <w:t>К л а в а. Пий i другу, i третю, i четверту...</w:t>
      </w:r>
    </w:p>
    <w:p>
      <w:r>
        <w:br/>
        <w:t>М а л я р. Ти лаєш мене, а я тебе люблю. Знаєш, за що?</w:t>
      </w:r>
    </w:p>
    <w:p>
      <w:r>
        <w:br/>
        <w:t>Красива ти! Я ж справжнiй художник, хоч i пiшов у маляри, але талант художника в менi живе... I досi мене хвилює твiй стан, твої губки, такi рухливi, пожадливi, як п'явки.</w:t>
      </w:r>
    </w:p>
    <w:p>
      <w:r>
        <w:br/>
        <w:t>К л а в а. Не патякай.</w:t>
      </w:r>
    </w:p>
    <w:p>
      <w:r>
        <w:br/>
        <w:t>М а л я р. А молодцi ми, Клавочко, гиркаємося, гиркаємося, а живемо! (Налив чарку).</w:t>
      </w:r>
    </w:p>
    <w:p>
      <w:r>
        <w:br/>
        <w:t>Входить Платон, вносить самовар.</w:t>
      </w:r>
    </w:p>
    <w:p>
      <w:r>
        <w:br/>
        <w:t>П л а т о н. Чаю вип'ємо. Спасибi, що завiтала, Клаво, зараз я чашечки...</w:t>
      </w:r>
    </w:p>
    <w:p>
      <w:r>
        <w:br/>
        <w:t>К л а в а. Дозвольте, я допоможу.</w:t>
      </w:r>
    </w:p>
    <w:p>
      <w:r>
        <w:br/>
        <w:t>П л а т о н. Чашки на кухнi.</w:t>
      </w:r>
    </w:p>
    <w:p>
      <w:r>
        <w:br/>
        <w:t>Клава виходить.</w:t>
      </w:r>
    </w:p>
    <w:p>
      <w:r>
        <w:br/>
        <w:t>М а л я р. Правда, у мене красива жiнка?</w:t>
      </w:r>
    </w:p>
    <w:p>
      <w:r>
        <w:br/>
        <w:t>П л а т о н. Дружно живете?</w:t>
      </w:r>
    </w:p>
    <w:p>
      <w:r>
        <w:br/>
        <w:t>М а л я р. Не без сварок, але нiчопо... Вона менi зобов'язана, взяв її горобеням задрипаним, вивчив, iнститут закiнчила, лiкар... Не так просто було...</w:t>
      </w:r>
    </w:p>
    <w:p>
      <w:r>
        <w:br/>
        <w:t>Входить Клава, ставить на стiл посуд. Заходить Федiр. Побачив гостей, на якусь мить — здивованiсть i розгубленiсть.</w:t>
      </w:r>
    </w:p>
    <w:p>
      <w:r>
        <w:br/>
        <w:t>Ф е д i р. Добрий вечiр...</w:t>
      </w:r>
    </w:p>
    <w:p>
      <w:r>
        <w:br/>
        <w:t>М а л яр. Ось буде з ким чарку випити. Я не люблю з пляшкою один на один.</w:t>
      </w:r>
    </w:p>
    <w:p>
      <w:r>
        <w:br/>
        <w:t>П л а т о н. Iди до нас, Федоре!</w:t>
      </w:r>
    </w:p>
    <w:p>
      <w:r>
        <w:br/>
        <w:t>Федiр сiдає за стiл.</w:t>
      </w:r>
    </w:p>
    <w:p>
      <w:r>
        <w:br/>
        <w:t>М а л я р (наливає i пiдсовує Федору). Давай.</w:t>
      </w:r>
    </w:p>
    <w:p>
      <w:r>
        <w:br/>
        <w:t>Ф е д i р. Я не п'ю.</w:t>
      </w:r>
    </w:p>
    <w:p>
      <w:r>
        <w:br/>
        <w:t>М а л я р. Поки не жонатий, пий... Оженишся — вже буде пiд боком мiлiцiонер у спiдницi. До речi, знайомся, це Клава. Може, знаєш? Вона лiкар. Моя жiнка. (Цiлує Клаву). I люблю я її, i вона мене, i вип'ємо за неї. (Бере чарку).</w:t>
      </w:r>
    </w:p>
    <w:p>
      <w:r>
        <w:br/>
        <w:t>К л а в а. Тобi досить.</w:t>
      </w:r>
    </w:p>
    <w:p>
      <w:r>
        <w:br/>
        <w:t>М а л я р. А мiж iншим. Клавочко, бiльше пити не буду... Сьогоднi ми вiзьмемо доченятко, пiдемо в парк... Я вас покатаю на колесi, люблю догоджати сiм'ї. А сьогоднi просто щастя: прийшов, заключив контракт, могорич, i тут дружина. От iсторiя з епiлогом. Давайте вип'ємо всi. (Бере пляшку, наливаѕ).</w:t>
      </w:r>
    </w:p>
    <w:p>
      <w:r>
        <w:br/>
        <w:t>П л а т о н (забирає пляшку). Встигнемо.</w:t>
      </w:r>
    </w:p>
    <w:p>
      <w:r>
        <w:br/>
        <w:t>М а л я р. Уже жаль стало. От чоловiк!</w:t>
      </w:r>
    </w:p>
    <w:p>
      <w:r>
        <w:br/>
        <w:t>П л а т о н. Встигнете випити, а зараз поговорiть... Вам е про що поговорити.</w:t>
      </w:r>
    </w:p>
    <w:p>
      <w:r>
        <w:br/>
        <w:t>Довга пауза. Федiр i Клава зрозумiли, на що натякнув Платон. А Маляр не розумiє.</w:t>
      </w:r>
    </w:p>
    <w:p>
      <w:r>
        <w:br/>
        <w:t>М а л я р. Хитрун Платон Микитович, влаштував театр на дому. Хоче цiкавих iсторiй послухати. Ось я розповiм одну: у СМУ-3 хлоп'яга дiзнається, що товаришок до його жiнки, скажем, не байдужий, вона теж взаємно... Що робить хлоп'яга? Купує дружинi квиток на БАМ i каже: "Їдь, там прохолонеш, подумаєш, повернешся через рiк, станеш передi мною навколiшки, а я подивлюся, простити тебе чи нi". А що було далi — не вгадаєте! Вона взяла квиток i поїхала, а далi... Ще дивнiше! Його дружок теж махнув на БАМ. I зовсiм уже незрозумiле. Чоловiк кинув усе i дременув за ними... Що там мiж ними трьома вiдбувається в тайзi, мабуть, тiльки ведмедi знають. От вам iсторiя з епiлогом! Сподобалось?</w:t>
      </w:r>
    </w:p>
    <w:p>
      <w:r>
        <w:br/>
        <w:t>П л а т о н. Сподобалося.</w:t>
      </w:r>
    </w:p>
    <w:p>
      <w:r>
        <w:br/>
        <w:t>М а л я р. А тепер — дiло! Триста цiлкових... П'ять днiв... Я знаю, що ви тугодум. Завтра забiжу, скажете — так чи нi. Ходiм, Клавочко.</w:t>
      </w:r>
    </w:p>
    <w:p>
      <w:r>
        <w:br/>
        <w:t>П л а т о н. Може, ще в кого є iсторiя з епiлогом?</w:t>
      </w:r>
    </w:p>
    <w:p>
      <w:r>
        <w:br/>
        <w:t>М а л я р. Ще пляшку на стiл, i в мене вистачить iсторiй до свiтанку. (Наливає чарку). Клаво, пий для спiльностi духу. Сердься, Клавочко, але люби мене. (Цiлує).</w:t>
      </w:r>
    </w:p>
    <w:p>
      <w:r>
        <w:br/>
        <w:t>Пауза.</w:t>
      </w:r>
    </w:p>
    <w:p>
      <w:r>
        <w:br/>
        <w:t>К л а в а. Я люблю Федора.</w:t>
      </w:r>
    </w:p>
    <w:p>
      <w:r>
        <w:br/>
        <w:t>М а л я р. I я люблю Федора, хороший хлоп'яга. (Хотiв випити, потiм поставив чарку). Клавочка жартує, хороша ознака.</w:t>
      </w:r>
    </w:p>
    <w:p>
      <w:r>
        <w:br/>
        <w:t>К л а в а. Я не жартую. Федiр — дорога менi людина, я все —думала, як це тобi сказати, i ось тепер ти знаєш все.</w:t>
      </w:r>
    </w:p>
    <w:p>
      <w:r>
        <w:br/>
        <w:t>М а л я р. Що за театр?! Що за комедiя? Позбиткуватися вирiшили над п'яним. Та я тверезiший вiд вас усiх, тверезих! А п'ю, бо хочу, бо так душi хочеться!.. Я живу!.. Живу сьогоднi!.. П'ю сьогоднi!.. Завтра — нiхто не знає, яке воно буде. Що таке завтра? Його може й не бути. Бомбочка... атомка шарахне — i немає Федора, нi стола, нi мене, нi навiть Клави, навiть Платона Микитовича теж... Тiльки купка попелу. Немає нiкого на свiтi. Нi амеби, нi президента!</w:t>
      </w:r>
    </w:p>
    <w:p>
      <w:r>
        <w:br/>
        <w:t>К л а в а. Ти зрозумiв, що я тобi сказала? Люблю Федора...</w:t>
      </w:r>
    </w:p>
    <w:p>
      <w:r>
        <w:br/>
        <w:t>Пауза.</w:t>
      </w:r>
    </w:p>
    <w:p>
      <w:r>
        <w:br/>
        <w:t>М а л я р (iншим, протверезiлим, недобрим голосом). Мене розлюбила Клава-Клавочка. Я ще тебе називав муращечкою, ха-ха... Чого, мурашечко, розлюбила?</w:t>
      </w:r>
    </w:p>
    <w:p>
      <w:r>
        <w:br/>
        <w:t>К л а в а. Ти божевiльний! Не можу бачити щодня вдома божевiльного.</w:t>
      </w:r>
    </w:p>
    <w:p>
      <w:r>
        <w:br/>
        <w:t>М а л я р. Бив? Щипав? Кусав?</w:t>
      </w:r>
    </w:p>
    <w:p>
      <w:r>
        <w:br/>
        <w:t>К л а в а. Тихий чи буйний, але п'яний, божевiльний. Божевiлля твоє не злюбила, а потiм зненавидiла.</w:t>
      </w:r>
    </w:p>
    <w:p>
      <w:r>
        <w:br/>
        <w:t>М а л я р (пiдвiвся, пiдiйшов, наче краще хотiв роздавитися Клаву). Колись цей божевiльний купив тобi червону шкIряночку, ти одягла i, щоб побачити себе у дзеркало, стала на табуретку... Понаравилося, сподобалося, прямо з табуретки повiсилась у мене на шиї. Ледь не задушила, цiлувала: "Коханий, рiдний мiй трудiвник, спасибi..." Пам'ятаєш?</w:t>
      </w:r>
    </w:p>
    <w:p>
      <w:r>
        <w:br/>
        <w:t>К л а в а. На першому курсi. Восьмого березня...</w:t>
      </w:r>
    </w:p>
    <w:p>
      <w:r>
        <w:br/>
        <w:t>М а л я р. А квартиру менi дали, я її розмалював пiд бурштин, пiд синь небесну... Руки цiлувала, ха... ха... Мурашко, було?</w:t>
      </w:r>
    </w:p>
    <w:p>
      <w:r>
        <w:br/>
        <w:t>К л а в а. Було.</w:t>
      </w:r>
    </w:p>
    <w:p>
      <w:r>
        <w:br/>
        <w:t>М а л я р. Федоре, подивися в мої очi: що ти в них бачиш?</w:t>
      </w:r>
    </w:p>
    <w:p>
      <w:r>
        <w:br/>
        <w:t>Ф е д i р. Вилупкуватi.</w:t>
      </w:r>
    </w:p>
    <w:p>
      <w:r>
        <w:br/>
        <w:t>М а л я р. А Клава побачила, що то озера, а в них iскорки сонця... Так, бувало, говорила, точно так, у мене пам'ять гостра, i мрiяла, аби донька була на мене схожа. Так i сталося — схожа, особливо очима. Тепер мурашечка-хвойдоч-ка переметнулася... Тепер Федiр — коханий-рiдний, у нього озера, i в них плавають сонця... Тепер мрiятиме, щоб на нього були схожi дiти... ха... ха...</w:t>
      </w:r>
    </w:p>
    <w:p>
      <w:r>
        <w:br/>
        <w:t>Пiдленький, довгий смiх. Федiр не витримує, пiдвiвся, пiдiйшов до Маляра.</w:t>
      </w:r>
    </w:p>
    <w:p>
      <w:r>
        <w:br/>
        <w:t>П л а т о н. Сядь, Федоре!</w:t>
      </w:r>
    </w:p>
    <w:p>
      <w:r>
        <w:br/>
        <w:t>К л а в а. Кохала, було. Потiм ти почав кожного дня давати коханню отрути по краплi, по крапелинi. Труїв, труїв... Я його лiкувала, рятувала, ночами над ним плакала, а воно все кволiшало i померло.</w:t>
      </w:r>
    </w:p>
    <w:p>
      <w:r>
        <w:br/>
        <w:t>М а л я р. Де ж ти його поховала? Пiду на могилку погляну, пом'яну, вип'ю, загородочку, пам'ятничок поставлю.</w:t>
      </w:r>
    </w:p>
    <w:p>
      <w:r>
        <w:br/>
        <w:t>К л а в а. Кохання там, де народилось, там i хоронять. У серцi!</w:t>
      </w:r>
    </w:p>
    <w:p>
      <w:r>
        <w:br/>
        <w:t>М а л я р. Поетеса, а я й не знав. А може, не поетеса, а просто шлюха! (І вже зовсiм iншим голосом). Пора додому! Донька сама боятиметься.</w:t>
      </w:r>
    </w:p>
    <w:p>
      <w:r>
        <w:br/>
        <w:t>К л а в а (пiдвелася). Пора.</w:t>
      </w:r>
    </w:p>
    <w:p>
      <w:r>
        <w:br/>
        <w:t>Маляр виймає iграшкову машинку "Волгу", заводить її i ставить на стiл. Iграшка об'їхала стiл.</w:t>
      </w:r>
    </w:p>
    <w:p>
      <w:r>
        <w:br/>
        <w:t>До побаченая. Дякую за чай! (Швидко виходить).</w:t>
      </w:r>
    </w:p>
    <w:p>
      <w:r>
        <w:br/>
        <w:t>Маляр схопився услiд за Клавою, але Федiр заступив йому дорогу.</w:t>
      </w:r>
    </w:p>
    <w:p>
      <w:r>
        <w:br/>
        <w:t>Ф е д i р. Не смiй! Не смiй доторкатися Клави, Маляре! Не один, сто вас, малярiв, стане мiж нами — всiх змету! Люблю Клаву... Вона моє життя! (Виходить).</w:t>
      </w:r>
    </w:p>
    <w:p>
      <w:r>
        <w:br/>
        <w:t>М а л я р (аж задихнувся, аж знесилiв вiд лютi. По мовчанцi з неприхованою ненавистю). Платоне Микитовичу, оце так ви надумали розважитися, театр на дому? А я й справдi подумав — потрiбен ремонт, могорич приготував старий... Наслухався її, тепер мене послухай! Усе, що вона тут натякала, Клава, Клавочка, квiточка, мурашечка, я зiбрав усе! Зiбрав до останнього слова i поверну, запхну їй в горлянку, щоб не було охоти знову пускати їх на волю вольну!.. Я це зроблю! Бо це наше сiмейне дiло! А коли ви, поряднi люди, Ангели, будете руйнувати моє гнiздо, я вашi крила вогнем обпалю! Любить, не любить — хай це нiкого не обходить. У мене сiм'я, дочка! А Федоровi своєму передайте: боротися з ним не буду, вiн сильнiший. Боротися не буду, а вбити — вб'ю! (Пiдводиться, криво посмiхнувся). Iсторiя з епiлогом!. А хто її розповiв? Я? Федя? Клава? НI! Ти мовчки розповiв, старий каїн! Ти!. (Посмiхнувся), Iсторiя з епiлогом.</w:t>
      </w:r>
    </w:p>
    <w:p>
      <w:r>
        <w:br/>
        <w:t>Завiса</w:t>
      </w:r>
    </w:p>
    <w:p>
      <w:r>
        <w:br/>
        <w:t>ДIЯ ДРУГА</w:t>
      </w:r>
    </w:p>
    <w:p>
      <w:r>
        <w:br/>
        <w:t>КАРТИНА ДРУГА</w:t>
      </w:r>
    </w:p>
    <w:p>
      <w:r>
        <w:br/>
        <w:t>Подвiр'я. Платон майструє. Заходить Крячко.</w:t>
      </w:r>
    </w:p>
    <w:p>
      <w:r>
        <w:br/>
        <w:t>К р я ч к о (сiдає на ослiнчик). Дай випити!</w:t>
      </w:r>
    </w:p>
    <w:p>
      <w:r>
        <w:br/>
        <w:t>П л а т о н (кивнув на пляшку). Пий, якщо там лишилося!</w:t>
      </w:r>
    </w:p>
    <w:p>
      <w:r>
        <w:br/>
        <w:t>К р я ч к о. Не того, валер'янки...</w:t>
      </w:r>
    </w:p>
    <w:p>
      <w:r>
        <w:br/>
        <w:t>Платон iде до хати.</w:t>
      </w:r>
    </w:p>
    <w:p>
      <w:r>
        <w:br/>
        <w:t>Все частiше й частiше хапає. (Бере пляшку). Чим це вони запивали? Може, могорич давали Маляру, щоб жiнку уступив Федоровi...</w:t>
      </w:r>
    </w:p>
    <w:p>
      <w:r>
        <w:br/>
        <w:t>Входить Платон, подає шкалик i чашку з водою.</w:t>
      </w:r>
    </w:p>
    <w:p>
      <w:r>
        <w:br/>
        <w:t>П л а т о н. Скiльки крапель? Тридцять? (Подає Крячковi).</w:t>
      </w:r>
    </w:p>
    <w:p>
      <w:r>
        <w:br/>
        <w:t>К р я ч к о (випиває). Бридке! Це вже мене втретє чи вчетверте так. Начебто гвiздок пiд лопатку. (Пауза). Хочу, Платоне, поговорити, як далi жити. Тебе трохи дiти трусонули... Тепер i мене краще зрозумiєш. Учора ввечерi мого взяли. Назюзюкався, бешкетував... Пострижуть, мiтлу в руки i — пiдмiтай на виду у всiх... Що робити? Ну що?.. (Бере чашку, виливає рештки горiлки, п'є). Як менi, батьковi, в такiй ситуацiї? Говори... Ти ж думаєш, що ти розумний, то говори... Що робити? Вiн на виду у всiх вулицю пiдмiтатиме, а менi?</w:t>
      </w:r>
    </w:p>
    <w:p>
      <w:r>
        <w:br/>
        <w:t>П л а т о н. Дiстань i собi мiтлу, станьте вдвох поруч i пiдмiтайте.</w:t>
      </w:r>
    </w:p>
    <w:p>
      <w:r>
        <w:br/>
        <w:t>К р я ч к о. З якого це ти боку заїжджаєш?</w:t>
      </w:r>
    </w:p>
    <w:p>
      <w:r>
        <w:br/>
        <w:t>П л а т о н. З того, що треба.</w:t>
      </w:r>
    </w:p>
    <w:p>
      <w:r>
        <w:br/>
        <w:t>К р я ч к о. Нi, не туди вернеш. Ось я скажу! У вихованнi молодi помилочки були i є. Учиться, бовдур, нiкудишньо, а йому все рiвно трiєчки ставлять. Бо школа змагається з iншою школою — треба перемогти в успiшностi. Не вчив i не учить, а його переводять з класу в клас, бо треба перемогти в соцзмаганнi. В комсомол затягли, бо треба, щоб зростала органiзацiя... Вiзьмемо мiлiцiю... Ось мiй потрапив у погану компанiю. А чому ця компанiя iснує? Бо мiлiцiя ходить — руки в кишенi. А нема того... Зустрiв мiлiцiонер хулiгана — по макiтрi, по макiтрi! А вiн засюрчить i тiкає. Ось тобi страж порядку.</w:t>
      </w:r>
    </w:p>
    <w:p>
      <w:r>
        <w:br/>
        <w:t>П л а т о н. А ти сам пробував сина по макiтрi?</w:t>
      </w:r>
    </w:p>
    <w:p>
      <w:r>
        <w:br/>
        <w:t>Пауза.</w:t>
      </w:r>
    </w:p>
    <w:p>
      <w:r>
        <w:br/>
        <w:t>К р я ч к о. Уже не подужаю... Та й жаль. Змалку треба було вчити. Але як?</w:t>
      </w:r>
    </w:p>
    <w:p>
      <w:r>
        <w:br/>
        <w:t>П л а т о н. Трудом! Здорову руку прив'яжи, щоб вона не рухалася мiсяцiв зо два, а потiм вiдв'яжи, склянки води до рота не донесеш нею. А коли твiй син не два мiсяцi, а двадцять рокiв нiчого не робить, то ясно — калiкою став... Їсти, пити хоче, а робити — нi. Калiка з калiк.</w:t>
      </w:r>
    </w:p>
    <w:p>
      <w:r>
        <w:br/>
        <w:t>К р я ч к о (спалахнув). Iнших учиш, а в самого... Федiр з докторшею... Молодшого з жiнкою прогнав! Мабуть, царство твоє вже розвалилось, а, я все ходжу сюди на екскурсiю — на останню сiмейну монархiю дивитися. (Пауза). Твої ж трудилися! Ти ж їх з трьох рокiв примушував трудитися, а тепер — що?! Ну що? Ти для них нуль без палички! Десять нулiв без палички! Нiчого в тебе вчитися, i не хочу! Бувай здоровий! Мене учить, а в самого розпадається монархiя.</w:t>
      </w:r>
    </w:p>
    <w:p>
      <w:r>
        <w:br/>
        <w:t>Перемiна свiтла.</w:t>
      </w:r>
    </w:p>
    <w:p>
      <w:r>
        <w:br/>
        <w:t>Ранок. Уляна порається бiля столу. Платон сидить осторонь, розглядає Павликову куртку.</w:t>
      </w:r>
    </w:p>
    <w:p>
      <w:r>
        <w:br/>
        <w:t>У л я н а. Базар був хороший, i м'ясо дешеве, i городина, я й для Крячка купила дещо. А машин тих понаїздило i з города, і з села... Один у "Ладi" поросят привiз продавати.</w:t>
      </w:r>
    </w:p>
    <w:p>
      <w:r>
        <w:br/>
        <w:t>П л а т о н. Гудзики прикрiпи, а то загубляться, таких не знайдеш. Це ж нiмецькi.</w:t>
      </w:r>
    </w:p>
    <w:p>
      <w:r>
        <w:br/>
        <w:t>У л я н а. Забув покласти.</w:t>
      </w:r>
    </w:p>
    <w:p>
      <w:r>
        <w:br/>
        <w:t>П л а т о н. Забув, та й усе.</w:t>
      </w:r>
    </w:p>
    <w:p>
      <w:r>
        <w:br/>
        <w:t>У л я н а. Питаю, куди ж ви? Куди, Павлику, а вiн мовчить... Сiдає в автобус... Кажу, заходь, а вiн мовчить! I вона, горобеня, горнеться до нього. Вигнали дитину! I бог, i люди нам не простять.</w:t>
      </w:r>
    </w:p>
    <w:p>
      <w:r>
        <w:br/>
        <w:t>П л а т о н. На самостiйне життя пiшов.</w:t>
      </w:r>
    </w:p>
    <w:p>
      <w:r>
        <w:br/>
        <w:t>У л я н а. Душi в тебе немає!</w:t>
      </w:r>
    </w:p>
    <w:p>
      <w:r>
        <w:br/>
        <w:t>П л а т о н (пiдiйшов, увiмкнув репродуктор, тiльки почув: "Поставьте ноги на ширину плеч" i вимкнув). Люди давно працюють, а воно каже: "...ноги на ширину плеч".</w:t>
      </w:r>
    </w:p>
    <w:p>
      <w:r>
        <w:br/>
        <w:t>У л я н а. Де їстимуть, де житимуть, що одягатимуть?</w:t>
      </w:r>
    </w:p>
    <w:p>
      <w:r>
        <w:br/>
        <w:t>П л а т о н. Женився... думав.</w:t>
      </w:r>
    </w:p>
    <w:p>
      <w:r>
        <w:br/>
        <w:t>У л я н а. Надiявся, ми допоможемо.</w:t>
      </w:r>
    </w:p>
    <w:p>
      <w:r>
        <w:br/>
        <w:t>П л а т о н. Чого це ми? Їм у вiсiмнадцять рокiв Конституцiя дала право вибирати, а в дцадцять один воно може бути членом уряду. А я б записав: "З шiстнадцяти рокiв — їсти свiй хлiб!" (Пауза). Iнакше все нанiвець пiде. Нi газети, нi кiно, нi збори, нi лекцiї не допоможуть! Коли до роботи не призвичаєне, то калiка.</w:t>
      </w:r>
    </w:p>
    <w:p>
      <w:r>
        <w:br/>
        <w:t>У л я н а. Наш Павлик непризвичаєний! Грiх так i думати.</w:t>
      </w:r>
    </w:p>
    <w:p>
      <w:r>
        <w:br/>
        <w:t>П л а т о н. Значить, проживе.</w:t>
      </w:r>
    </w:p>
    <w:p>
      <w:r>
        <w:br/>
        <w:t>У л я н а. Ми в молодостi набiдувалися. Хай би хоч дiти...</w:t>
      </w:r>
    </w:p>
    <w:p>
      <w:r>
        <w:br/>
        <w:t>П л а т о н. "Ми набiдувалися", "Хай хоч дiти"! Це якийсь ворог Радянської влади придумав, аби дiтей розбещувати. Бiдувати — одне, а працювати — iнше. I жити треба не ябияк, а добре, багато, — вкоренятися в життя, щоб усе було і про запас було. I це не грiх. Заробила моя сiм'я на "Запорожця", а державi два "Запорожцi" ми заробили; телевiзор — їй два телевiзори. Бiльше ми робим — краще державi. Бiльше труда — мiцнiша держава. Арифметика простiша простого.</w:t>
      </w:r>
    </w:p>
    <w:p>
      <w:r>
        <w:br/>
        <w:t>У л я н а. Лiда завтра їде, я купила сала — у них такого не знайдеш, — кiлограмiв зо три, i ще дещо. Але чи не важко буде Лiдi? В неї чемодан i сумка.</w:t>
      </w:r>
    </w:p>
    <w:p>
      <w:r>
        <w:br/>
        <w:t>П л а т о н. Я з нею поїду.</w:t>
      </w:r>
    </w:p>
    <w:p>
      <w:r>
        <w:br/>
        <w:t>У л я н а. Куди?</w:t>
      </w:r>
    </w:p>
    <w:p>
      <w:r>
        <w:br/>
        <w:t>П л а т о н. До Петра. На пару днiв поїду. Подивлюся, як живуть, як на хлiб заробляють.</w:t>
      </w:r>
    </w:p>
    <w:p>
      <w:r>
        <w:br/>
        <w:t>КАРТИНА ТРЕТЯ</w:t>
      </w:r>
    </w:p>
    <w:p>
      <w:r>
        <w:br/>
        <w:t>Раннiй ранок. Дача Петра. Повне враження, що це подвiр'я Платона. Ганок будиночка з прибудовою. Дощаний стiл, стовпчик з умивальником. Лише впадає в око вибагливе крiсло-гойдалка та лiтнi кольоровi стiльцi навколо столу. Платон стоїть посеред двору, оглядає подвiр'я. Пiдiйшов до стiльця, сiв i тут же пiдвiвся, нiби злякався, що вiн розвалиться пiд ним. Попробував, чи мiцно вкопаний стiл. Пройшовся двором, наче шукає собi роботи. З'являється Вiля, молодий хлопець у джинсах, довгоносий, з гiтарою, сорочка в пальмах, вiн деякий час спостерiгає за Платоном Микитовичем.</w:t>
      </w:r>
    </w:p>
    <w:p>
      <w:r>
        <w:br/>
        <w:t>В i л я. Привiт, батьку! (Заходить у двiр). Столяр? До Петра Платоновича завiтали? Ви ж обiцяли прийти ще на тому тижнi. А де вашi iнструменти? Правда, тут усе є. Оно прибудова — майстерня, там i матерiал, i iнструмент. Я чув, господар хотiв, щоб зробили ослiнчик, а головне, на ганку вгорi — пiвник, а по боках отакi... (жест) вiзерунки з дерева.</w:t>
      </w:r>
    </w:p>
    <w:p>
      <w:r>
        <w:br/>
        <w:t>П л а т о н. Навiщо воно здалося?</w:t>
      </w:r>
    </w:p>
    <w:p>
      <w:r>
        <w:br/>
        <w:t>В i л я. У його батька так. А вiн хоче, щоб усе, як у батька. Примхи великих!</w:t>
      </w:r>
    </w:p>
    <w:p>
      <w:r>
        <w:br/>
        <w:t>П л а т о н. Це ж не його дача, я так розумiю?</w:t>
      </w:r>
    </w:p>
    <w:p>
      <w:r>
        <w:br/>
        <w:t>В i л я. Цю дачу вiн кожне лiто орендує. Iди, старий, у майстерню i вирiзуй пiвникiв, курочок, мережки, грошей тобi дадуть, скiльки заправиш. Вони у них водяться. Але щось менi здається, ви теж не з бiдних.</w:t>
      </w:r>
    </w:p>
    <w:p>
      <w:r>
        <w:br/>
        <w:t>П л а т о н. На лобi написано?</w:t>
      </w:r>
    </w:p>
    <w:p>
      <w:r>
        <w:br/>
        <w:t>В i л я. Друкованими лiтерами.</w:t>
      </w:r>
    </w:p>
    <w:p>
      <w:r>
        <w:br/>
        <w:t>П л а т о н. Дачник?</w:t>
      </w:r>
    </w:p>
    <w:p>
      <w:r>
        <w:br/>
        <w:t>В i л я. Так.</w:t>
      </w:r>
    </w:p>
    <w:p>
      <w:r>
        <w:br/>
        <w:t>П л а т о н. Державний?</w:t>
      </w:r>
    </w:p>
    <w:p>
      <w:r>
        <w:br/>
        <w:t>В i л я. Батько — державний, а я при ньому.</w:t>
      </w:r>
    </w:p>
    <w:p>
      <w:r>
        <w:br/>
        <w:t>П л а т о н. Вiдпочиваєш?</w:t>
      </w:r>
    </w:p>
    <w:p>
      <w:r>
        <w:br/>
        <w:t>В i л я. Кайф ловлю.</w:t>
      </w:r>
    </w:p>
    <w:p>
      <w:r>
        <w:br/>
        <w:t>П л а т о н. Слово яке чудне!</w:t>
      </w:r>
    </w:p>
    <w:p>
      <w:r>
        <w:br/>
        <w:t>В i л я. Щастячко, задоволення, насолода, приємнiсть, легкiсть, радiсть.</w:t>
      </w:r>
    </w:p>
    <w:p>
      <w:r>
        <w:br/>
        <w:t>П л а т о н. Збагнув. (Пауза). Щасливий батько!</w:t>
      </w:r>
    </w:p>
    <w:p>
      <w:r>
        <w:br/>
        <w:t>В i л я (посмiхнувся). Одержати задоволення хочете?</w:t>
      </w:r>
    </w:p>
    <w:p>
      <w:r>
        <w:br/>
        <w:t>П л а т о н. Хочу.</w:t>
      </w:r>
    </w:p>
    <w:p>
      <w:r>
        <w:br/>
        <w:t>В i л я. Повчiть мене, як треба жити. Я — весь увага. (Сiдає, наче зiбрався три днi слухати).</w:t>
      </w:r>
    </w:p>
    <w:p>
      <w:r>
        <w:br/>
        <w:t>П л а т о н. Досi не навчили, то вже не научиш. Як тебе звуть?</w:t>
      </w:r>
    </w:p>
    <w:p>
      <w:r>
        <w:br/>
        <w:t>В i л я. Вiля.</w:t>
      </w:r>
    </w:p>
    <w:p>
      <w:r>
        <w:br/>
        <w:t>П л а т о н. Спiвак?</w:t>
      </w:r>
    </w:p>
    <w:p>
      <w:r>
        <w:br/>
        <w:t>В i л я. Заспiвати?</w:t>
      </w:r>
    </w:p>
    <w:p>
      <w:r>
        <w:br/>
        <w:t>П л а т о н. Безкоштовно?</w:t>
      </w:r>
    </w:p>
    <w:p>
      <w:r>
        <w:br/>
        <w:t>В i л я. Для вас. (Спiває, акомпанує на гiтарi).</w:t>
      </w:r>
    </w:p>
    <w:p>
      <w:r>
        <w:br/>
        <w:t>...А вiтер часу пiдганяє кораблi, кораблi, кораблi!..</w:t>
      </w:r>
    </w:p>
    <w:p>
      <w:r>
        <w:br/>
        <w:t>Якось стара ворона</w:t>
      </w:r>
    </w:p>
    <w:p>
      <w:r>
        <w:br/>
        <w:t>Знайшла шматочок сиру</w:t>
      </w:r>
    </w:p>
    <w:p>
      <w:r>
        <w:br/>
        <w:t>I вчила молоду,</w:t>
      </w:r>
    </w:p>
    <w:p>
      <w:r>
        <w:br/>
        <w:t>Як сир той не вiддати</w:t>
      </w:r>
    </w:p>
    <w:p>
      <w:r>
        <w:br/>
        <w:t>Лисицi!</w:t>
      </w:r>
    </w:p>
    <w:p>
      <w:r>
        <w:br/>
        <w:t>...А вiтер часу пiдганяє кораблi, кораблi, кораблi!..</w:t>
      </w:r>
    </w:p>
    <w:p>
      <w:r>
        <w:br/>
        <w:t>I молода ворона</w:t>
      </w:r>
    </w:p>
    <w:p>
      <w:r>
        <w:br/>
        <w:t>Взяла шматочок сиру,</w:t>
      </w:r>
    </w:p>
    <w:p>
      <w:r>
        <w:br/>
        <w:t>Щоб за хвалу собi</w:t>
      </w:r>
    </w:p>
    <w:p>
      <w:r>
        <w:br/>
        <w:t>Той сир подарувати</w:t>
      </w:r>
    </w:p>
    <w:p>
      <w:r>
        <w:br/>
        <w:t>Лисицi...</w:t>
      </w:r>
    </w:p>
    <w:p>
      <w:r>
        <w:br/>
        <w:t>...А вiтер часу пiдганяє кораблi, кораблi, кораблi!..</w:t>
      </w:r>
    </w:p>
    <w:p>
      <w:r>
        <w:br/>
        <w:t>Концерт закiнчено, приємно було познайомитися. Можете приступати до роботи. Скоро господар прибуде. До зустрiчi. (Виходить. Наспiвує: "...А вiтер часу пiдганяє кораблi, кораблi, кораблi!.."')</w:t>
      </w:r>
    </w:p>
    <w:p>
      <w:r>
        <w:br/>
        <w:t>П л а т о н (провiв його поглядом). Нiби воно й не зовсiм дурне. (Оглядає двiр). Прямо-таки як у мене. Ослiнчика, правда, бракує.</w:t>
      </w:r>
    </w:p>
    <w:p>
      <w:r>
        <w:br/>
        <w:t>Заходить Лiда.</w:t>
      </w:r>
    </w:p>
    <w:p>
      <w:r>
        <w:br/>
        <w:t>Л i д а. Рано ж ви встаєте. Де були? Я вже думала, чи не в мiсто майнули.</w:t>
      </w:r>
    </w:p>
    <w:p>
      <w:r>
        <w:br/>
        <w:t>П л а т о н. Луки подивився. Райськi мiсця.</w:t>
      </w:r>
    </w:p>
    <w:p>
      <w:r>
        <w:br/>
        <w:t>Л i д а. А я в село сходила, молока взяла. Тихо тут у нас. А в будень i людей не побачиш.</w:t>
      </w:r>
    </w:p>
    <w:p>
      <w:r>
        <w:br/>
        <w:t>П л а т о н. Я вже одного бачив. Сюди заходив.</w:t>
      </w:r>
    </w:p>
    <w:p>
      <w:r>
        <w:br/>
        <w:t>Л i д а. Хто ж це?</w:t>
      </w:r>
    </w:p>
    <w:p>
      <w:r>
        <w:br/>
        <w:t>П л а т о н. Якесь хлопеня з гiтарою. Патлатеньке, Вiлею називається.</w:t>
      </w:r>
    </w:p>
    <w:p>
      <w:r>
        <w:br/>
        <w:t>Л i д а. То он з тiєї дачi.</w:t>
      </w:r>
    </w:p>
    <w:p>
      <w:r>
        <w:br/>
        <w:t>П л а т о н. Батько — шишка?</w:t>
      </w:r>
    </w:p>
    <w:p>
      <w:r>
        <w:br/>
        <w:t>Л i д а. Шишка.</w:t>
      </w:r>
    </w:p>
    <w:p>
      <w:r>
        <w:br/>
        <w:t>П л а т о н. А синок — телiпай-хвiст?</w:t>
      </w:r>
    </w:p>
    <w:p>
      <w:r>
        <w:br/>
        <w:t>Л i д а. Помиляєтесь. Вiдомий художник. Його роботи експонуються на виставках, навiть за кордоном. Талант!</w:t>
      </w:r>
    </w:p>
    <w:p>
      <w:r>
        <w:br/>
        <w:t>П л а т о н. Часом глянеш на людину i спершу побачиш, дурний вiн чи розумний, а потiм уже — блондин чи чорнявий. А тут не доглянув.</w:t>
      </w:r>
    </w:p>
    <w:p>
      <w:r>
        <w:br/>
        <w:t>Л i д а. Находилися. Вiдпочинете трошки?</w:t>
      </w:r>
    </w:p>
    <w:p>
      <w:r>
        <w:br/>
        <w:t>П л а т о н (посмiхнувся). Пiвника та мережку буду вистругувать.</w:t>
      </w:r>
    </w:p>
    <w:p>
      <w:r>
        <w:br/>
        <w:t>Л i д а. Петро сказав?</w:t>
      </w:r>
    </w:p>
    <w:p>
      <w:r>
        <w:br/>
        <w:t>П л а т о н. Вiля.</w:t>
      </w:r>
    </w:p>
    <w:p>
      <w:r>
        <w:br/>
        <w:t>Л i д а (жест). Петро все хоче, як удома! I прибудiвочок спорудив. У вихiднi щось майструє, i маленький Платончик привчається.</w:t>
      </w:r>
    </w:p>
    <w:p>
      <w:r>
        <w:br/>
        <w:t>П л а т о н. У батькiв мале зимуватиме?</w:t>
      </w:r>
    </w:p>
    <w:p>
      <w:r>
        <w:br/>
        <w:t>Л i д а. На осiнь привезу. Коли синок з нами, i дишеться легше. (Iде до хати),</w:t>
      </w:r>
    </w:p>
    <w:p>
      <w:r>
        <w:br/>
        <w:t>П л а т о н (про себе). Не вернеться Павлик! (Пауза). I Федiр заплутався. "Розвалюється сiмейна монархiя", — каже Крячко. А хто її розвалює? Прогледiв ти десь, Платоне. Як .буває в життi. От батько — шишка, а син роботящий, художником став. А в Крячка з худої кишенi син вино точить.</w:t>
      </w:r>
    </w:p>
    <w:p>
      <w:r>
        <w:br/>
        <w:t>Л i д а. З ким ви говорили?</w:t>
      </w:r>
    </w:p>
    <w:p>
      <w:r>
        <w:br/>
        <w:t>П л а т о н. Уголос роздумував. У нас гостi будуть чи сама в гостi зiбралася? Так вичепурилася.</w:t>
      </w:r>
    </w:p>
    <w:p>
      <w:r>
        <w:br/>
        <w:t>Л i д а. Петро з хвилини на хвилину прийде. До гостей можна сяк-так, а до чоловiка треба прибратися. Мене Петро нiколи не бачив розпатланою чи недбало одягненою.</w:t>
      </w:r>
    </w:p>
    <w:p>
      <w:r>
        <w:br/>
        <w:t>П л а т о н. Як на свято...</w:t>
      </w:r>
    </w:p>
    <w:p>
      <w:r>
        <w:br/>
        <w:t>Чути сигнал машини.</w:t>
      </w:r>
    </w:p>
    <w:p>
      <w:r>
        <w:br/>
        <w:t>Л i д а. Це Петро. Але не на своїй, а на якiйсь iншiй машинi.</w:t>
      </w:r>
    </w:p>
    <w:p>
      <w:r>
        <w:br/>
        <w:t>П л а т о н. Життя — будень...</w:t>
      </w:r>
    </w:p>
    <w:p>
      <w:r>
        <w:br/>
        <w:t>Заходить Петро з пакунками.</w:t>
      </w:r>
    </w:p>
    <w:p>
      <w:r>
        <w:br/>
        <w:t>П е т р о (цiлує Лiду). Добрий ранок! Як почуваєте себе, тату?</w:t>
      </w:r>
    </w:p>
    <w:p>
      <w:r>
        <w:br/>
        <w:t>П л а т о н. Нiчого.</w:t>
      </w:r>
    </w:p>
    <w:p>
      <w:r>
        <w:br/>
        <w:t>Л i д а. На чиїй машинi приїхав? Сигнал iнший.</w:t>
      </w:r>
    </w:p>
    <w:p>
      <w:r>
        <w:br/>
        <w:t>П е т р о. Нову "Волгу" дали.</w:t>
      </w:r>
    </w:p>
    <w:p>
      <w:r>
        <w:br/>
        <w:t>Л i д а. Нова — не грiх i шампанське на стiл. (Виходить).</w:t>
      </w:r>
    </w:p>
    <w:p>
      <w:r>
        <w:br/>
        <w:t>П л а т о н. Це ж як дали?</w:t>
      </w:r>
    </w:p>
    <w:p>
      <w:r>
        <w:br/>
        <w:t>П е т р о. Службова машина.</w:t>
      </w:r>
    </w:p>
    <w:p>
      <w:r>
        <w:br/>
        <w:t>П л а т о н. А дача?</w:t>
      </w:r>
    </w:p>
    <w:p>
      <w:r>
        <w:br/>
        <w:t>П е т р о. Теж службова.</w:t>
      </w:r>
    </w:p>
    <w:p>
      <w:r>
        <w:br/>
        <w:t>П л а т о н. Безкоштовно?</w:t>
      </w:r>
    </w:p>
    <w:p>
      <w:r>
        <w:br/>
        <w:t>П е т р о. Плачу.</w:t>
      </w:r>
    </w:p>
    <w:p>
      <w:r>
        <w:br/>
        <w:t>П л а т о н. Здорово ти живеш, Петре. Квартира, машина, дача i зарплатня чимала. Держись, Петре, такої роботи! Держись! Зайву годину-двi на роботi побудеш, не злиняєш. Думав, ти непогано влаштувався, а щоб так — i гадки не мав. Держися!</w:t>
      </w:r>
    </w:p>
    <w:p>
      <w:r>
        <w:br/>
        <w:t>П е т р о (засмiявся). Постараюсь!</w:t>
      </w:r>
    </w:p>
    <w:p>
      <w:r>
        <w:br/>
        <w:t>П л а т о н. Ото держава дає тобi так багато, може, й зайве. (Пауза). То ти вже дивись, не пiдведи. В добрi i шанi син, а батько вдвiчi щасливий!</w:t>
      </w:r>
    </w:p>
    <w:p>
      <w:r>
        <w:br/>
        <w:t>П е т р о. Все, що я маю, то все завдяки вам... (Наспiвує).</w:t>
      </w:r>
    </w:p>
    <w:p>
      <w:r>
        <w:br/>
        <w:t>I сказала стиха мати:</w:t>
      </w:r>
    </w:p>
    <w:p>
      <w:r>
        <w:br/>
        <w:t>— До роботи, бо йде тато! —</w:t>
      </w:r>
    </w:p>
    <w:p>
      <w:r>
        <w:br/>
        <w:t>I повчала стиха мати:</w:t>
      </w:r>
    </w:p>
    <w:p>
      <w:r>
        <w:br/>
        <w:t>— А як жити, скаже тато!</w:t>
      </w:r>
    </w:p>
    <w:p>
      <w:r>
        <w:br/>
        <w:t>П л а т о н (усмiхнувся). Не забув?</w:t>
      </w:r>
    </w:p>
    <w:p>
      <w:r>
        <w:br/>
        <w:t>П е т р о. Нiчого не забув...</w:t>
      </w:r>
    </w:p>
    <w:p>
      <w:r>
        <w:br/>
        <w:t>П л а т о н. I пiвника, i рiзьбу хочеш? Зроблю.</w:t>
      </w:r>
    </w:p>
    <w:p>
      <w:r>
        <w:br/>
        <w:t>П е т р о. Удвох за вихiдний управимось.</w:t>
      </w:r>
    </w:p>
    <w:p>
      <w:r>
        <w:br/>
        <w:t>Заходить Вiля.</w:t>
      </w:r>
    </w:p>
    <w:p>
      <w:r>
        <w:br/>
        <w:t>В i л я. Начальство приїхало?</w:t>
      </w:r>
    </w:p>
    <w:p>
      <w:r>
        <w:br/>
        <w:t>П е т р о. Вiлю, привiт!.. На снiданок просимо. Знайомся, це мiй тато, а це Вiля, вже визнаний талант!</w:t>
      </w:r>
    </w:p>
    <w:p>
      <w:r>
        <w:br/>
        <w:t>П л а т о н. Ми знайомi.</w:t>
      </w:r>
    </w:p>
    <w:p>
      <w:r>
        <w:br/>
        <w:t>П е т р о. Вже був у нас?</w:t>
      </w:r>
    </w:p>
    <w:p>
      <w:r>
        <w:br/>
        <w:t>В i л я. Рано-ранесенько заходив, щоб мати з вами, Петре Платоновичу, серйозну розмову.</w:t>
      </w:r>
    </w:p>
    <w:p>
      <w:r>
        <w:br/>
        <w:t>П е т р о. Серйозну розмову перенесемо на роботу, а зараз снiдати.</w:t>
      </w:r>
    </w:p>
    <w:p>
      <w:r>
        <w:br/>
        <w:t>Л i д а (з хати). З шампанським!</w:t>
      </w:r>
    </w:p>
    <w:p>
      <w:r>
        <w:br/>
        <w:t>В i л я. На роботi не пройду через шеренгу засiдань, нарад.</w:t>
      </w:r>
    </w:p>
    <w:p>
      <w:r>
        <w:br/>
        <w:t>Л i д а (виглядає з дверей). Бiдолашний Вiля, воно таке скромне та несмiливе, що й не проб'ється... Поснiдаємо i поговоримо. Петрику, переодягнися, я приготувала тобi.</w:t>
      </w:r>
    </w:p>
    <w:p>
      <w:r>
        <w:br/>
        <w:t>П е т р о. Залишаю вас на хвилинку. (Iде до кiмнати).</w:t>
      </w:r>
    </w:p>
    <w:p>
      <w:r>
        <w:br/>
        <w:t>П л а т о н. В якiй справi до Петра?</w:t>
      </w:r>
    </w:p>
    <w:p>
      <w:r>
        <w:br/>
        <w:t>В i л я. Квартиру вибиваю.</w:t>
      </w:r>
    </w:p>
    <w:p>
      <w:r>
        <w:br/>
        <w:t>П л а т о н. У батькiв живеш?</w:t>
      </w:r>
    </w:p>
    <w:p>
      <w:r>
        <w:br/>
        <w:t>В i л я. Жив у батькiв, а тепер вiдлучають, як теля вiд корови.</w:t>
      </w:r>
    </w:p>
    <w:p>
      <w:r>
        <w:br/>
        <w:t>П л а т о н. Не теля, а бузiвок. Пора! Хiба Петро роздає квартири?</w:t>
      </w:r>
    </w:p>
    <w:p>
      <w:r>
        <w:br/>
        <w:t>В i л я. Вiн один iз сотнi тих, хто має поставити резолюцiю на одержання.</w:t>
      </w:r>
    </w:p>
    <w:p>
      <w:r>
        <w:br/>
        <w:t>П л а т о н. Один iз сотнi? А дев'яносто дев'ять уже обiйшов?</w:t>
      </w:r>
    </w:p>
    <w:p>
      <w:r>
        <w:br/>
        <w:t>В i л я. Ваш син правофланговий.</w:t>
      </w:r>
    </w:p>
    <w:p>
      <w:r>
        <w:br/>
        <w:t>Виходять Петро i Лiд а, несуть на стiл снiданок.</w:t>
      </w:r>
    </w:p>
    <w:p>
      <w:r>
        <w:br/>
        <w:t>П е т р о. Вiля i Петро — шампанське, а ви, тату?</w:t>
      </w:r>
    </w:p>
    <w:p>
      <w:r>
        <w:br/>
        <w:t>П л а т о н. Нiчого.</w:t>
      </w:r>
    </w:p>
    <w:p>
      <w:r>
        <w:br/>
        <w:t>В i л я. Ми люди цивiлiзованi, не будемо переобтяжувати себе умовностями. До вас приїхав батько. Вам краще побути самим, менi ж головне — вирiшити свої справи i пiти. На мене чекає цiкаве товариство.</w:t>
      </w:r>
    </w:p>
    <w:p>
      <w:r>
        <w:br/>
        <w:t>П е т р о. Що хотiв?</w:t>
      </w:r>
    </w:p>
    <w:p>
      <w:r>
        <w:br/>
        <w:t>В i л я. Допомога з квартирою. Не в планi свiтлого майбутнього, а вагомо, грубо, зримо...</w:t>
      </w:r>
    </w:p>
    <w:p>
      <w:r>
        <w:br/>
        <w:t>П е т р о. Ти заслужив...</w:t>
      </w:r>
    </w:p>
    <w:p>
      <w:r>
        <w:br/>
        <w:t>В i л я. Краще сказати — заробив... Дуже не люблю слова "заслужив". У ньому якийсь присмак...</w:t>
      </w:r>
    </w:p>
    <w:p>
      <w:r>
        <w:br/>
        <w:t>П л а т о н. "Заробив" — краще слово.</w:t>
      </w:r>
    </w:p>
    <w:p>
      <w:r>
        <w:br/>
        <w:t>П е т р о (засмiявся). Змовилися. Коли вже на те пiшло, це ти, Вiлю, мав би ставити менi шампанське. Вважай — маєш квартиру.</w:t>
      </w:r>
    </w:p>
    <w:p>
      <w:r>
        <w:br/>
        <w:t>В i л я. Менi ця казка подобається. (Наче пiдраховує собi пульс). Аж пульс зачастив.</w:t>
      </w:r>
    </w:p>
    <w:p>
      <w:r>
        <w:br/>
        <w:t>П е т р о. Поки що йдеться про однокiмнатну.</w:t>
      </w:r>
    </w:p>
    <w:p>
      <w:r>
        <w:br/>
        <w:t>В i л я. З акварелi на олiвець!</w:t>
      </w:r>
    </w:p>
    <w:p>
      <w:r>
        <w:br/>
        <w:t>П е т р о. У цьому роцi починаємо будувати.</w:t>
      </w:r>
    </w:p>
    <w:p>
      <w:r>
        <w:br/>
        <w:t>В i л я. В якому райському куточку?</w:t>
      </w:r>
    </w:p>
    <w:p>
      <w:r>
        <w:br/>
        <w:t>П е т р о. В кiнцi Качаловської.</w:t>
      </w:r>
    </w:p>
    <w:p>
      <w:r>
        <w:br/>
        <w:t>В i л я (помовчав — наче в умi оглянув це мiсце). Iнших полотен немає?</w:t>
      </w:r>
    </w:p>
    <w:p>
      <w:r>
        <w:br/>
        <w:t>П е т р о. На жаль.</w:t>
      </w:r>
    </w:p>
    <w:p>
      <w:r>
        <w:br/>
        <w:t>В i л я. Спасибi за увагу!</w:t>
      </w:r>
    </w:p>
    <w:p>
      <w:r>
        <w:br/>
        <w:t>П е т р о. Не влаштовує?</w:t>
      </w:r>
    </w:p>
    <w:p>
      <w:r>
        <w:br/>
        <w:t>В i л я. Хто буде жити в тому будинку?</w:t>
      </w:r>
    </w:p>
    <w:p>
      <w:r>
        <w:br/>
        <w:t>П е т р о. Двiстi квартир, двiстi сiмей.</w:t>
      </w:r>
    </w:p>
    <w:p>
      <w:r>
        <w:br/>
        <w:t>В i л я. Точнiше, близько тисячi невинних — засуджених до каторги...</w:t>
      </w:r>
    </w:p>
    <w:p>
      <w:r>
        <w:br/>
        <w:t>П е т р о. Замудро висловлюєшся.</w:t>
      </w:r>
    </w:p>
    <w:p>
      <w:r>
        <w:br/>
        <w:t>В i л я. Петре Платоновичу, вам не пiдходить роль наївненького чиновника. Добра i щастя! (Поклонився, виходить, наспiвуючи пiсню: "...Л вiтер часу пiдганяє кораблi, кораблi, кораблi!")</w:t>
      </w:r>
    </w:p>
    <w:p>
      <w:r>
        <w:br/>
        <w:t>П е т р о. Перекипить.</w:t>
      </w:r>
    </w:p>
    <w:p>
      <w:r>
        <w:br/>
        <w:t>Л i д а. Чого йому те мiсце не до вподоби?</w:t>
      </w:r>
    </w:p>
    <w:p>
      <w:r>
        <w:br/>
        <w:t>П е т р о. Трохи шумно. Але ж мiсто не село, скрiзь шум.</w:t>
      </w:r>
    </w:p>
    <w:p>
      <w:r>
        <w:br/>
        <w:t>Лiда ставить на стiл шампанське, келихи.</w:t>
      </w:r>
    </w:p>
    <w:p>
      <w:r>
        <w:br/>
        <w:t>Л iд а.</w:t>
      </w:r>
    </w:p>
    <w:p>
      <w:r>
        <w:br/>
        <w:t>I сказала стиха мати:</w:t>
      </w:r>
    </w:p>
    <w:p>
      <w:r>
        <w:br/>
        <w:t>— Їжте, дiти, бо йде тато.</w:t>
      </w:r>
    </w:p>
    <w:p>
      <w:r>
        <w:br/>
        <w:t>П е т р о. Ця пiсня, здається, i не затихає в душi... Я iнодi працюю i ловлю себе на тому, що беззвучно наспiвую собi нашу сiмейну пiсню. Тату, який я щасливий, що ти приїхав.</w:t>
      </w:r>
    </w:p>
    <w:p>
      <w:r>
        <w:br/>
        <w:t>П л а т о н. Я теж. Побачив, як живете... Добре живете, Петре, дорожи роботою... Ще раз скажу, не ображайся. Багато тобi дають, тож i ти працюй на совiсть.</w:t>
      </w:r>
    </w:p>
    <w:p>
      <w:r>
        <w:br/>
        <w:t>Чується далекий чоловiчий голос, що спiває.</w:t>
      </w:r>
    </w:p>
    <w:p>
      <w:r>
        <w:br/>
        <w:t>(Прислухається). Ану тихiше. (Пауза.) Наче Павликiв голос... Таке вчулося, i снився вiн...</w:t>
      </w:r>
    </w:p>
    <w:p>
      <w:r>
        <w:br/>
        <w:t>Перемiна свiтла.</w:t>
      </w:r>
    </w:p>
    <w:p>
      <w:r>
        <w:br/>
        <w:t>Надвечiр'я. Платон бiля майстернi вистругує дерев'яну мережку. Повз двiр проходить Вiля.</w:t>
      </w:r>
    </w:p>
    <w:p>
      <w:r>
        <w:br/>
        <w:t>В i л я (зупинився). Добрий вечiр. Виходить, не помилився... Ви таки майстер, i тут Петро Платонович зекономив... Вiн любить економити... Своє i чуже.</w:t>
      </w:r>
    </w:p>
    <w:p>
      <w:r>
        <w:br/>
        <w:t>Пл ат о н. Зайди. Я навiть хотiв тебе шукати.</w:t>
      </w:r>
    </w:p>
    <w:p>
      <w:r>
        <w:br/>
        <w:t>В i л я. Я вам потрiбний? (Заходить у двiр). Портрет свiй замовите? Не вийде!</w:t>
      </w:r>
    </w:p>
    <w:p>
      <w:r>
        <w:br/>
        <w:t>П л а т о н. А кого ж ти малюєш, коли не секрет? Кого скажуть?</w:t>
      </w:r>
    </w:p>
    <w:p>
      <w:r>
        <w:br/>
        <w:t>В i л я. Не так легко пояснити вам.</w:t>
      </w:r>
    </w:p>
    <w:p>
      <w:r>
        <w:br/>
        <w:t>П л а т о н. Спробую зрозумiти.</w:t>
      </w:r>
    </w:p>
    <w:p>
      <w:r>
        <w:br/>
        <w:t>В i л я. Шукачi женьшеня довго, дуже довго ходять тайгою, поки знаходять заповiтний корiнь. Отак i я серед людської тайги шукаю того, хто засвiтиться в менi... засвiтиться — того й пишу.</w:t>
      </w:r>
    </w:p>
    <w:p>
      <w:r>
        <w:br/>
        <w:t>П л а т о н. Гарно сказав... Куди поспiшаєш?</w:t>
      </w:r>
    </w:p>
    <w:p>
      <w:r>
        <w:br/>
        <w:t>В i л я. Один мудрий чоловiк говорив: "Хочеш скорiше дiйти, не спiши! Хочеш довго прожити, не думай про це! Хочеш, щоб люди тебе любили, — не лiзь їм на очi!"</w:t>
      </w:r>
    </w:p>
    <w:p>
      <w:r>
        <w:br/>
        <w:t>П л а т о н. З квартирою теж не поспiшав?</w:t>
      </w:r>
    </w:p>
    <w:p>
      <w:r>
        <w:br/>
        <w:t>В i л я. I не поспiшав, а спiткнувся.</w:t>
      </w:r>
    </w:p>
    <w:p>
      <w:r>
        <w:br/>
        <w:t>П л а т о н. Що ж воно за мiсцина на Качаловськiй?</w:t>
      </w:r>
    </w:p>
    <w:p>
      <w:r>
        <w:br/>
        <w:t>В i л я. Цiкавить?.. Може, Петро вам теж квартиру там пропонує?</w:t>
      </w:r>
    </w:p>
    <w:p>
      <w:r>
        <w:br/>
        <w:t>П л а т о н. Що за мiсцина, розказуй.</w:t>
      </w:r>
    </w:p>
    <w:p>
      <w:r>
        <w:br/>
        <w:t>В i л я. З одного боку завод, наче зiпсований велетенський шлунок, бурчить день i нiч. З другого — за п'ять рокiв збудують мiст, i весь вантажний транспорт попiд будинком пiде... А якщо врахувати сучасну звукоiзоляцiю...</w:t>
      </w:r>
    </w:p>
    <w:p>
      <w:r>
        <w:br/>
        <w:t>П л а т о н. Може, ти, синку, не в курсi... Буває, набалакають.</w:t>
      </w:r>
    </w:p>
    <w:p>
      <w:r>
        <w:br/>
        <w:t>В i л я. Iнформацiя точна!</w:t>
      </w:r>
    </w:p>
    <w:p>
      <w:r>
        <w:br/>
        <w:t>П л а т о н. Знали i робили?</w:t>
      </w:r>
    </w:p>
    <w:p>
      <w:r>
        <w:br/>
        <w:t>В i л я. Типовий випадок.</w:t>
      </w:r>
    </w:p>
    <w:p>
      <w:r>
        <w:br/>
        <w:t>П л а т о н. I жити, кажеш, там погано буде?</w:t>
      </w:r>
    </w:p>
    <w:p>
      <w:r>
        <w:br/>
        <w:t>В i л я (засмiявся). Весело! Закiнчили iнтерв'ю... Дозвольте вiдкланятися.</w:t>
      </w:r>
    </w:p>
    <w:p>
      <w:r>
        <w:br/>
        <w:t>Виходить.</w:t>
      </w:r>
    </w:p>
    <w:p>
      <w:r>
        <w:br/>
        <w:t>Перемiна свiтла.</w:t>
      </w:r>
    </w:p>
    <w:p>
      <w:r>
        <w:br/>
        <w:t>Ліда в крiслi-гойдалцi гортає журнал. Петро за столом нереглядає газети, помiтно хвилюється.</w:t>
      </w:r>
    </w:p>
    <w:p>
      <w:r>
        <w:br/>
        <w:t>Л i д а. Петрику, не хвилюйся, Платон Микитович скоро прийде.</w:t>
      </w:r>
    </w:p>
    <w:p>
      <w:r>
        <w:br/>
        <w:t>П е т р о. Не збагну, що сталося? Тато збирався сьогоднi додому... Раптом забажалося поїхати в мiсто, до того ж одному, без мене...</w:t>
      </w:r>
    </w:p>
    <w:p>
      <w:r>
        <w:br/>
        <w:t>Л i д а. Може, щось надумав купити.</w:t>
      </w:r>
    </w:p>
    <w:p>
      <w:r>
        <w:br/>
        <w:t>П е т р о. Недiля, магазини зачиненi.</w:t>
      </w:r>
    </w:p>
    <w:p>
      <w:r>
        <w:br/>
        <w:t>Л i д а. Не дитина, не заблукає.</w:t>
      </w:r>
    </w:p>
    <w:p>
      <w:r>
        <w:br/>
        <w:t>П е т р о. Пора б уже й прийти.</w:t>
      </w:r>
    </w:p>
    <w:p>
      <w:r>
        <w:br/>
        <w:t>Л i д а. Почекаємо. Гадаю, на обiд повернеться.</w:t>
      </w:r>
    </w:p>
    <w:p>
      <w:r>
        <w:br/>
        <w:t>П е т р о. Лiдок, давай пройдемося перед обiдом.</w:t>
      </w:r>
    </w:p>
    <w:p>
      <w:r>
        <w:br/>
        <w:t>Л i д а (пiдводиться). До автобусної зупинки.</w:t>
      </w:r>
    </w:p>
    <w:p>
      <w:r>
        <w:br/>
        <w:t>П е т р о (усмiхнувся). Вгадала. Думаю, зустрiнемо тата.</w:t>
      </w:r>
    </w:p>
    <w:p>
      <w:r>
        <w:br/>
        <w:t>Л i д а. При батьковi ти ще хлопчакуватiший. Ходiмо, мiй хлопчику.</w:t>
      </w:r>
    </w:p>
    <w:p>
      <w:r>
        <w:br/>
        <w:t>Виходять. Заходять Платон i Вiля.</w:t>
      </w:r>
    </w:p>
    <w:p>
      <w:r>
        <w:br/>
        <w:t>В i л я. Оно вашi кудись пiшли.</w:t>
      </w:r>
    </w:p>
    <w:p>
      <w:r>
        <w:br/>
        <w:t>П л а т о н. Мабуть, на зупинку мене стрiчати.</w:t>
      </w:r>
    </w:p>
    <w:p>
      <w:r>
        <w:br/>
        <w:t>В i л я. Побачать таксi, догадаються, що ви приїхали. Дивiться, вже повернулися. Пiду. Бо й менi дiстанеться.</w:t>
      </w:r>
    </w:p>
    <w:p>
      <w:r>
        <w:br/>
        <w:t>П л а т о н. Гадаєш, нiчого не вийде?</w:t>
      </w:r>
    </w:p>
    <w:p>
      <w:r>
        <w:br/>
        <w:t>В i л я. Якби навiть знали, що завтра та мiсцина провалиться або там вибухне вулкан, все одно будуватимуть, бо є пiдпис, є резолюцiя, є постанова...</w:t>
      </w:r>
    </w:p>
    <w:p>
      <w:r>
        <w:br/>
        <w:t>П л а т о н. Навiщо перебiльшуєш?</w:t>
      </w:r>
    </w:p>
    <w:p>
      <w:r>
        <w:br/>
        <w:t>В i л я. Для кращого сприйняття.</w:t>
      </w:r>
    </w:p>
    <w:p>
      <w:r>
        <w:br/>
        <w:t>П л а т о н. Якi ж то господарi?</w:t>
      </w:r>
    </w:p>
    <w:p>
      <w:r>
        <w:br/>
        <w:t>В i л я. Всi вони чиїсь сини, чиїсь онуки... Добра i здоров'я, Платоне Микитовичу. (Виходить).</w:t>
      </w:r>
    </w:p>
    <w:p>
      <w:r>
        <w:br/>
        <w:t>Заходять Лiда i Петро.</w:t>
      </w:r>
    </w:p>
    <w:p>
      <w:r>
        <w:br/>
        <w:t>Л i д а (глянула на годинник). Без десяти третя.</w:t>
      </w:r>
    </w:p>
    <w:p>
      <w:r>
        <w:br/>
        <w:t>П л а т о н. Я вчора замiтив, що ви о третiй обiдаєте, ну й старався не запiзнитися.</w:t>
      </w:r>
    </w:p>
    <w:p>
      <w:r>
        <w:br/>
        <w:t>Л i д а. У мене все готове, навiть вареники з медом. Хто забажає, можна й з сметаною. (Iде в хату).</w:t>
      </w:r>
    </w:p>
    <w:p>
      <w:r>
        <w:br/>
        <w:t>П л а т о н. Поговоримо, Петре, поки Лiда приготує.</w:t>
      </w:r>
    </w:p>
    <w:p>
      <w:r>
        <w:br/>
        <w:t>П е т р о. Де ви були?</w:t>
      </w:r>
    </w:p>
    <w:p>
      <w:r>
        <w:br/>
        <w:t>П л а т о н. На Качаловськiй.</w:t>
      </w:r>
    </w:p>
    <w:p>
      <w:r>
        <w:br/>
        <w:t>Пауза.</w:t>
      </w:r>
    </w:p>
    <w:p>
      <w:r>
        <w:br/>
        <w:t>П е т р о. Вiля возив?</w:t>
      </w:r>
    </w:p>
    <w:p>
      <w:r>
        <w:br/>
        <w:t>П л а т о н. Я його... Вiн менi за провiдника був.</w:t>
      </w:r>
    </w:p>
    <w:p>
      <w:r>
        <w:br/>
        <w:t>П е т р о. Воно вам треба?</w:t>
      </w:r>
    </w:p>
    <w:p>
      <w:r>
        <w:br/>
        <w:t>П л а т о н. Колись малим ти просився: "Поведiть, тату, на завод, покажiть, що ви там робите". I я водив тебе. А тепер захотiлося подивитися, що син робить.</w:t>
      </w:r>
    </w:p>
    <w:p>
      <w:r>
        <w:br/>
        <w:t>П е т р о. Не тiльки я...</w:t>
      </w:r>
    </w:p>
    <w:p>
      <w:r>
        <w:br/>
        <w:t>П л а т о н. I ти.</w:t>
      </w:r>
    </w:p>
    <w:p>
      <w:r>
        <w:br/>
        <w:t>П е т р о. Державна комiсiя...</w:t>
      </w:r>
    </w:p>
    <w:p>
      <w:r>
        <w:br/>
        <w:t>П л а т о н. Державна!</w:t>
      </w:r>
    </w:p>
    <w:p>
      <w:r>
        <w:br/>
        <w:t>П е т р о. Вiля вас потягнув! Хлопчик хоче чужими зубами мене вкусити.</w:t>
      </w:r>
    </w:p>
    <w:p>
      <w:r>
        <w:br/>
        <w:t>П л а т о н. На Качаловськiй уже екскаватори морди позадирали.</w:t>
      </w:r>
    </w:p>
    <w:p>
      <w:r>
        <w:br/>
        <w:t>П е т р о. Ви приїхали до нас на пару днiв у гостi... То вже коли й вести мову, то про своє, про наше... Я все думаю, як Павлик...</w:t>
      </w:r>
    </w:p>
    <w:p>
      <w:r>
        <w:br/>
        <w:t>П л а т о н. Я теж думаю. (Пауза). А ти, Петре, жив би в такому будинку, як на Качаловськiй?</w:t>
      </w:r>
    </w:p>
    <w:p>
      <w:r>
        <w:br/>
        <w:t>П е т р о. Припекло — жив би...</w:t>
      </w:r>
    </w:p>
    <w:p>
      <w:r>
        <w:br/>
        <w:t>Видно, приховує роздратування. В цей час непомiтно входить Лiда, сiдає на стiлець, слухає розмову.</w:t>
      </w:r>
    </w:p>
    <w:p>
      <w:r>
        <w:br/>
        <w:t>Щоб покiнчити... давайте зараз вiдповiм на всi питання, пов'язанi з цим будинком, точнiше — з його будiвництвом.</w:t>
      </w:r>
    </w:p>
    <w:p>
      <w:r>
        <w:br/>
        <w:t>П л а т о н. Так би й давно — поговоримо, синку. Ти ж розумний хлопець.</w:t>
      </w:r>
    </w:p>
    <w:p>
      <w:r>
        <w:br/>
        <w:t>П е т р о. Слухаю, тату.</w:t>
      </w:r>
    </w:p>
    <w:p>
      <w:r>
        <w:br/>
        <w:t>П л а т о н. Ти теж пiдписувався, що там можна будувати?</w:t>
      </w:r>
    </w:p>
    <w:p>
      <w:r>
        <w:br/>
        <w:t>П е т р о (посмiхнувся). Пiдписувався.</w:t>
      </w:r>
    </w:p>
    <w:p>
      <w:r>
        <w:br/>
        <w:t>П л а т о н. Така посада в тебе?</w:t>
      </w:r>
    </w:p>
    <w:p>
      <w:r>
        <w:br/>
        <w:t>П е т р о. Така.</w:t>
      </w:r>
    </w:p>
    <w:p>
      <w:r>
        <w:br/>
        <w:t>П л а т о н. А коли б твого пiдпису не було, строїли б чи нi?</w:t>
      </w:r>
    </w:p>
    <w:p>
      <w:r>
        <w:br/>
        <w:t>П е т р о (завагався). Може, й нi. (Посмiхнувся). Питань у прокурора бiльше немає?</w:t>
      </w:r>
    </w:p>
    <w:p>
      <w:r>
        <w:br/>
        <w:t>П л а т о н. Є. А чому все-таки пiдписав?</w:t>
      </w:r>
    </w:p>
    <w:p>
      <w:r>
        <w:br/>
        <w:t>П е т р о. Усе не так просто, як ви думаєте... Ну, як вам сказати... Якби збудували десь подалi — зв'язати його з комунiкацiями коштувало б дорожче, довше тяглося б саме будiвництво. А тут ми вкладаємося в строк. I потiм — цей будинок, так би мовити, прикрасить, увiнчає Качаловську вулицю. Вимальовується певний ансамбль...</w:t>
      </w:r>
    </w:p>
    <w:p>
      <w:r>
        <w:br/>
        <w:t>П л а т о н. Але ж сотнi людей трудом заробили, чекають на квартиру, на свiй куток, затишок... Квартира не готель — приїхав, поїхав. Там будуть народжуватися, життя проживати, вмирати. А ви: "комунiкацiї", "план", "увiнчати Качаловську".</w:t>
      </w:r>
    </w:p>
    <w:p>
      <w:r>
        <w:br/>
        <w:t>П е т р о. Живуть, умирають — далеко, тату, заглядаєте.</w:t>
      </w:r>
    </w:p>
    <w:p>
      <w:r>
        <w:br/>
        <w:t>П л а т о н. Завод гуде. За п'ять рокiв мiст, машини задимлять, заревуть...</w:t>
      </w:r>
    </w:p>
    <w:p>
      <w:r>
        <w:br/>
        <w:t>П е т р о. Мiст буде за п'ять рокiв. Про нього мало хто й знає.</w:t>
      </w:r>
    </w:p>
    <w:p>
      <w:r>
        <w:br/>
        <w:t>П л а т о н. I за п'ять рокiв мешканцi поскаржаться, почнуть розбиратися, а там i твiй пiдпис, Петре. I скажуть: совiстi в нього не було, i з роботи наженуть, i все — шкереберть.</w:t>
      </w:r>
    </w:p>
    <w:p>
      <w:r>
        <w:br/>
        <w:t>П е т р о. Тату! (Пояснює тоном учителя). За п'ять рокiв я, може, й не працюватиму тут, переведуть на iншу роботу. За п'ять рокiв кому захочеться повертатися до будiвництва? А коли й розглядатимуть, то в крайньому випадку — догана. Ось так! (Пауза). Лiдо, ми закiнчили державну розмову. Можна обiдати. Я, тату, дiстав чеське пиво. Спецiально для вас, я пам'ятаю нашi обiди з пивом, раз на тиждень. У вас залишився той кухоль череп'яний, не побили?</w:t>
      </w:r>
    </w:p>
    <w:p>
      <w:r>
        <w:br/>
        <w:t>П л а т о н. Цiлий.</w:t>
      </w:r>
    </w:p>
    <w:p>
      <w:r>
        <w:br/>
        <w:t>П е т р о. Пиво з тараночкою — вищий делiкатес!</w:t>
      </w:r>
    </w:p>
    <w:p>
      <w:r>
        <w:br/>
        <w:t>П л а т о н. Петре, скажи, ти любиш свою землю, людей своїх, державу свою?</w:t>
      </w:r>
    </w:p>
    <w:p>
      <w:r>
        <w:br/>
        <w:t>П е т р о (спалахнув, тихо). Тiльки вам я прощаю такi запитання!</w:t>
      </w:r>
    </w:p>
    <w:p>
      <w:r>
        <w:br/>
        <w:t>П л а т о н. Любиш, iнакше й немислимо. (Пауза). А знаєш, хто найбiльше шкоди приносить землi нашiй, людям, державi нашiй? Маленькi временщики!</w:t>
      </w:r>
    </w:p>
    <w:p>
      <w:r>
        <w:br/>
        <w:t>П е т р о. До чого я тут?</w:t>
      </w:r>
    </w:p>
    <w:p>
      <w:r>
        <w:br/>
        <w:t>П л а т о н. До того! У тобi теж временщик обiзвався... За п'ять рокiв, мовляв, може, мене на цiй роботi й не буде. Мовляв, iнший буде вiдповiдати — ось i вся фiлософiя временщика. Наробить, напакостить, наплутає, грядку свою споганить, потiм на iншу роботу сам пiде або перекинуть... I сухим з води! За кожен рiк, за кожен мiсяць, за кожну годину своєї роботи — вiдповiдай! Помреш, i тодi пам'ять про тебе вiдповiсть за дiла твої. Iнакше немислимо... (Пауза). Кажеш, у крайньому разi — догана. Отi догани в печiнках народних вiдболюють!... Догани! Всi догани, винесенi в країнi, можна в один сейф зiбрати! Чуєш, в один сейф! А бракованi будiвлi, заводи, знищенi рiки, тисячi машин та на мiльярди бракованого ганчiр'я... Це ж тi самi догани, їх не сховаєш у сейф. (Посмiхнувся). I не побачиш її на чоловiковi! Хоч би її, як гирю, на. шию чiпляли, сучi сини, аби поперек трiщав вiд неї! Ось так, мiй сину...</w:t>
      </w:r>
    </w:p>
    <w:p>
      <w:r>
        <w:br/>
        <w:t>П е т р о. Послухати вас, за кожну дрiбницю — суд?</w:t>
      </w:r>
    </w:p>
    <w:p>
      <w:r>
        <w:br/>
        <w:t>П л а т о н. Труд людський цiнувати треба, як свiй! Людину цiнувати й себе!</w:t>
      </w:r>
    </w:p>
    <w:p>
      <w:r>
        <w:br/>
        <w:t>Лiда приносить пиво, наливає його в бокали, подає Петровi й Платоновi.</w:t>
      </w:r>
    </w:p>
    <w:p>
      <w:r>
        <w:br/>
        <w:t>"Жильцi"... А можна сказати, тi, що податок платили, щоб в iнститутах учити вас... вивчили, а ви їм на Качаловськiй...</w:t>
      </w:r>
    </w:p>
    <w:p>
      <w:r>
        <w:br/>
        <w:t>Л i д а. Випийте, оратори.</w:t>
      </w:r>
    </w:p>
    <w:p>
      <w:r>
        <w:br/>
        <w:t>П е т р о. Я аудиторiя, а тато оратор.</w:t>
      </w:r>
    </w:p>
    <w:p>
      <w:r>
        <w:br/>
        <w:t>П л а т о н. Є такi, синку, що мене по-всякому прозивають: i "жмикрут", i "користолюбець", i "скнара"... нехай собi. Iнодi побачиш: труби валяються поржавiлi, купа цементу пiд дощем пропала... I менi жаль, повiр, як свого, аж у грудях пече... Бо воно таки наше... спiльне... Держава в нас така! Хочемо жити добре. Вiд заводу аж до соломинки, до гвiздочка, до кирпичинки — все берегти треба! Скупими бути! А не розкрадниками i байдужниками! Скупими!!! Iнакше i немислимо!</w:t>
      </w:r>
    </w:p>
    <w:p>
      <w:r>
        <w:br/>
        <w:t>П е т р о. Будемо кiнчати диспут.</w:t>
      </w:r>
    </w:p>
    <w:p>
      <w:r>
        <w:br/>
        <w:t>П л а т о н. Будемо... (Пауза). Поки не пiзно, напиши, синку, куди слiд... Напиши: помилився. Зiзнайся, що помилився. Хай будують не там... Сядь i напиши...</w:t>
      </w:r>
    </w:p>
    <w:p>
      <w:r>
        <w:br/>
        <w:t>Л i д а. Так просто: сядь i напиши.</w:t>
      </w:r>
    </w:p>
    <w:p>
      <w:r>
        <w:br/>
        <w:t>П е т р о (здивовано). Що написати?</w:t>
      </w:r>
    </w:p>
    <w:p>
      <w:r>
        <w:br/>
        <w:t>П л а т о н. Що жити там людям не можна. I доведи.</w:t>
      </w:r>
    </w:p>
    <w:p>
      <w:r>
        <w:br/>
        <w:t>П е т р о. У вас вiдсутня логiка. У будiвництво вкладено вже десятки тисяч карбованцiв. Закликаєте скупими бути, а тут — тисячi на вiтер. Хто дозволить?</w:t>
      </w:r>
    </w:p>
    <w:p>
      <w:r>
        <w:br/>
        <w:t>П л а т о н. А витратити мiльйон на будинок, в якому жити каторжно, мiльйон — ще бiльше марнотратство... i зневага до людей... Тож, поки не пiзно, пиши...</w:t>
      </w:r>
    </w:p>
    <w:p>
      <w:r>
        <w:br/>
        <w:t>П е т р о. Власне, чого я маю тримати звiт перед вами за свої службовi справи?</w:t>
      </w:r>
    </w:p>
    <w:p>
      <w:r>
        <w:br/>
        <w:t>П л а т о н. Я твiй батько.</w:t>
      </w:r>
    </w:p>
    <w:p>
      <w:r>
        <w:br/>
        <w:t>П е т р о. З пiонерського вiку давно вийшов.</w:t>
      </w:r>
    </w:p>
    <w:p>
      <w:r>
        <w:br/>
        <w:t>П л а т о н (не стримав гнiв). З вiку сина мого не вийдеш нiколи! Тебе називають не Петько, а Петро Платонович! I Платон за тебе, за дiла твої вiдповiдає. I совiсть роду свого не дам плямити!</w:t>
      </w:r>
    </w:p>
    <w:p>
      <w:r>
        <w:br/>
        <w:t>Л i д а (проспiвала).</w:t>
      </w:r>
    </w:p>
    <w:p>
      <w:r>
        <w:br/>
        <w:t>I повчала стиха мати:</w:t>
      </w:r>
    </w:p>
    <w:p>
      <w:r>
        <w:br/>
        <w:t>— А як жити, скаже тато.</w:t>
      </w:r>
    </w:p>
    <w:p>
      <w:r>
        <w:br/>
        <w:t>Петро кинув у її бiк сердитий погляд.</w:t>
      </w:r>
    </w:p>
    <w:p>
      <w:r>
        <w:br/>
        <w:t>Просто пригадала.</w:t>
      </w:r>
    </w:p>
    <w:p>
      <w:r>
        <w:br/>
        <w:t>П е т р о (йому не по собi, налив пива, пробує посмiхнутися). Напишу... Пiдтвердиться, припинять будiвництво, а мене з роботи-...</w:t>
      </w:r>
    </w:p>
    <w:p>
      <w:r>
        <w:br/>
        <w:t>П л а т о н. Жаль... та нiчого не зробиш. Так сталося. Знайдеш iншу.</w:t>
      </w:r>
    </w:p>
    <w:p>
      <w:r>
        <w:br/>
        <w:t>П е т р о. Така робота, як моя, на дорозi не валяється.</w:t>
      </w:r>
    </w:p>
    <w:p>
      <w:r>
        <w:br/>
        <w:t>П л а т о н. Яку .вже дадуть.</w:t>
      </w:r>
    </w:p>
    <w:p>
      <w:r>
        <w:br/>
        <w:t>П е т р о. З партiї теж...</w:t>
      </w:r>
    </w:p>
    <w:p>
      <w:r>
        <w:br/>
        <w:t>П л а т о н. А якщо й з партiї... Тут нiчого не вдiєш. Значить, не може партiя таких тримати! Вона є i має бути чистою! Свою совiсть вiдбiлиш. Вину трудом спокутуєш, може, повернуть.</w:t>
      </w:r>
    </w:p>
    <w:p>
      <w:r>
        <w:br/>
        <w:t>П е т р о (вдарив кулаком по столу). Досить, награлися словами... (Схаменувся). Вибачте, не стримався... Але ж i ви, тату... В держави багато органiзацiй i органiв, яким належить перевiряти i наглядати.</w:t>
      </w:r>
    </w:p>
    <w:p>
      <w:r>
        <w:br/>
        <w:t>П л а т о н. У держави вас мiльйон — за всiма i не встежиш, а в мене вас четверо. Кожного мушу бачити i за кожним наглядати! Споконвiкiв так велено батькам! Iнакше немислимо.</w:t>
      </w:r>
    </w:p>
    <w:p>
      <w:r>
        <w:br/>
        <w:t>П е т р о. Вас не переконаєш... Давайте хоч перепочинемо...</w:t>
      </w:r>
    </w:p>
    <w:p>
      <w:r>
        <w:br/>
        <w:t>П л а т о н. Напиши, а потiм перепочинемо.</w:t>
      </w:r>
    </w:p>
    <w:p>
      <w:r>
        <w:br/>
        <w:t>П е т р о. Що? Що написати?!</w:t>
      </w:r>
    </w:p>
    <w:p>
      <w:r>
        <w:br/>
        <w:t>П л а т о н. Я, Ангел Петро Платонович, хочу зiзнатися...</w:t>
      </w:r>
    </w:p>
    <w:p>
      <w:r>
        <w:br/>
        <w:t>П е т р о (хрипло). Ну й пишiть!</w:t>
      </w:r>
    </w:p>
    <w:p>
      <w:r>
        <w:br/>
        <w:t>П л а т о н. Писати будеш ти!</w:t>
      </w:r>
    </w:p>
    <w:p>
      <w:r>
        <w:br/>
        <w:t>Завiса. Чути Платонiв голос: "Я, Ангел Петро Платонович, визнаю, що постанова про спорудження житлового будинку на Качаловськiй вулицi помилкова. Велика вина в цьому i моя..."</w:t>
      </w:r>
    </w:p>
    <w:p>
      <w:r>
        <w:br/>
        <w:t>Голос Платона затихає. Виникає спiв пiд гiтару: "...А вiтер ча:су пiдганяє кораблi, кораблi, кораблi!.."</w:t>
      </w:r>
    </w:p>
    <w:p>
      <w:r>
        <w:br/>
        <w:t>КАРТИНА ЧЕТВЕРТА</w:t>
      </w:r>
    </w:p>
    <w:p>
      <w:r>
        <w:br/>
        <w:t>Рання осiнь. Подвiр'я Платона. Платон майструє. Заходить Крячко, спостерiгає за Платоном.</w:t>
      </w:r>
    </w:p>
    <w:p>
      <w:r>
        <w:br/>
        <w:t>К р я ч к о. Сопеш уже, Платоне... А чого? Дiти обшматовують, обкусують здоров'я батькiв. Павлика не чути? А як Петро? Переживає?.. Така робота була, а тепер рядовим iнженером. Залишив квартиру. Соромно стало, i до батька! А Лiди не видно. Кинула? Така красива, їй грошi треба, а рядовий... вже не той коленкор. I Федiр, бачу, ходить з докторшею... В них i досi невизначено. Дiти! (Пауза), Але твої хоч на волi, а мого на три роки в колонiю... їздив, провiдував... Там така шпана, що попа туди посади, вийде звiдти бандюгою першого гатунку! (Пауза, виймає з кишенi слоїк). Був оце в аптецi, купив настоянки конвалiї. Ти ще мiцний, а я на лiках... (Подивився). Маляр iде. П'яний як чiп. Мабуть, до тебе.</w:t>
      </w:r>
    </w:p>
    <w:p>
      <w:r>
        <w:br/>
        <w:t>Заходить Маляр. Спершу ледве вловлюється, що вiн п'яний.</w:t>
      </w:r>
    </w:p>
    <w:p>
      <w:r>
        <w:br/>
        <w:t>М а л я р (оглядає дворище, нiби хотiв переконатися, що їх тут лише двоѕ. Пiдiйшов до Крячка). Громадянин Крячко, активiст i агiтатор, член товариського суду ЖЕКу, батько арештанта... Який ще в тебе чин? Згадав — пенсiонер! Нiчого не робиш, а тебе годують, одягають... А навiщо? Добриво для суспiльства! Ось ти хто!</w:t>
      </w:r>
    </w:p>
    <w:p>
      <w:r>
        <w:br/>
        <w:t>К р я ч к о. Маляре! Малюй, а людей не чiпай.</w:t>
      </w:r>
    </w:p>
    <w:p>
      <w:r>
        <w:br/>
        <w:t>М а л я р. Не сердься, товаришу Крячко. Я без злоби, я просто почав розглядати людей, заходячи їм з тилу... Анфас вони чепурнi, а з тилу — облiпленi кiзяками життя... I хочеться менi скласти книжку "Хто є хто?".</w:t>
      </w:r>
    </w:p>
    <w:p>
      <w:r>
        <w:br/>
        <w:t>К р я ч к о. Починай з себе.</w:t>
      </w:r>
    </w:p>
    <w:p>
      <w:r>
        <w:br/>
        <w:t>М а л я р. Я особистiсть складна. Ти, Крячко, дивився коли-небудь у довжелезну трубу, що лежить на землi? Глянеш — i далеко-далеко маячить кружечок порожнечi. Отак я iнодi життя своє бачу — як труба... I з цього, iз того боку порожнеча. (Сiдає на стiлець, голова важко падає на груди, нiби раптом задрiмав).</w:t>
      </w:r>
    </w:p>
    <w:p>
      <w:r>
        <w:br/>
        <w:t>К р я ч к о. Набрався спозарання, а мо', ще звечора.</w:t>
      </w:r>
    </w:p>
    <w:p>
      <w:r>
        <w:br/>
        <w:t>П л а т о н. Iтимеш, забери його. Додому заведеш.</w:t>
      </w:r>
    </w:p>
    <w:p>
      <w:r>
        <w:br/>
        <w:t>К р я ч к о. Його нести треба, а сил немає.</w:t>
      </w:r>
    </w:p>
    <w:p>
      <w:r>
        <w:br/>
        <w:t>М а л я р (прокинувся. Знову оглянув подвiр'я), Платоне Микитовичу, пiдiйдiть... Хочу вам щось сказати при свiдках.</w:t>
      </w:r>
    </w:p>
    <w:p>
      <w:r>
        <w:br/>
        <w:t>Платон пiдходить.</w:t>
      </w:r>
    </w:p>
    <w:p>
      <w:r>
        <w:br/>
        <w:t>Я прийшов до вас свататися... Вiддайте менi мою жiнку. Так-так, вiддайте! Ми ще не розведенi, живемо в однiй квартирi, але вона вже ваша... Вiддайте! Я заново з нею одружуся. Весiлля вiдгуляю. Бувало, i лаяв її, i бив потроху... Бачите, як на духу перед вами... Зраджував, бувало, тому що вона менi здавалась якоюсь прiсною, i очi, i руки, i як повернеться, як пройде, — все менi не подобалося, а тепер... (Виривається безглуздий смiх). Усе подобається!.. Подобається!.. Вiддайте менi. Могорич... Заново весiлля вiдгуляємо.</w:t>
      </w:r>
    </w:p>
    <w:p>
      <w:r>
        <w:br/>
        <w:t>К р я ч к о. Не до Платона, до Федора апелюй...</w:t>
      </w:r>
    </w:p>
    <w:p>
      <w:r>
        <w:br/>
        <w:t>М а л я р. У Платоновi собака заритий, вiн дiло вершить! (Наче щось згадав). Вона безпутна ганчiрниця, їй аби наряди, вона розорить Федора i вас. Вона звикла... У мене навар був, i все вона... Не до вашого двору. Голова болить... Забув похмелитися...</w:t>
      </w:r>
    </w:p>
    <w:p>
      <w:r>
        <w:br/>
        <w:t>К р я ч к о. Ходiмо, проведу.</w:t>
      </w:r>
    </w:p>
    <w:p>
      <w:r>
        <w:br/>
        <w:t>М а л я р. Тут недалеко "чорнила" продаються. Але похмелюсь i прийду, я вам таке розповiм...</w:t>
      </w:r>
    </w:p>
    <w:p>
      <w:r>
        <w:br/>
        <w:t>Крячко i Маляр виходять. Потiм Маляр повертається.</w:t>
      </w:r>
    </w:p>
    <w:p>
      <w:r>
        <w:br/>
        <w:t>Забув сказати... спалю я ваше коршаче гнiздо, а її скалiчу. I буде ще одна iсторiя з епiлогом... (Виходить).</w:t>
      </w:r>
    </w:p>
    <w:p>
      <w:r>
        <w:br/>
        <w:t>Платон Микитович сiв на край столу. Видно, i на душi важко, i серце болить. Не помiтив, як зайшов Павлик. Вiн наче змужнiв, наче аж вирiс, а може, йому надає такого вигляду прикрашена численними кишеньками та змiйками куртка.</w:t>
      </w:r>
    </w:p>
    <w:p>
      <w:r>
        <w:br/>
        <w:t>Зайшов у двiр, нiби в хату, зняв кепку. Дивиться на батька, вiд хвилювання слово приготовлене загубилося.</w:t>
      </w:r>
    </w:p>
    <w:p>
      <w:r>
        <w:br/>
        <w:t>П а в л и к. Тату...</w:t>
      </w:r>
    </w:p>
    <w:p>
      <w:r>
        <w:br/>
        <w:t>Платон не оглянувся, може, недочув, а може, думає, що почулося. Тату!..</w:t>
      </w:r>
    </w:p>
    <w:p>
      <w:r>
        <w:br/>
        <w:t>П л а т о н (оглянувся). Це ти?.. Павлику... (Пiдвiвся).</w:t>
      </w:r>
    </w:p>
    <w:p>
      <w:r>
        <w:br/>
        <w:t>П а в л и к. Я, тату...</w:t>
      </w:r>
    </w:p>
    <w:p>
      <w:r>
        <w:br/>
        <w:t>П л а т о н. Повернувся... (Пiшов, зачинив дверi майстернi). Де пропадав?</w:t>
      </w:r>
    </w:p>
    <w:p>
      <w:r>
        <w:br/>
        <w:t>П а в л и к. Як мама?.. Дома все благополучно?</w:t>
      </w:r>
    </w:p>
    <w:p>
      <w:r>
        <w:br/>
        <w:t>П л а т о н. Помаленьку, все благополучно... Iнститут не кинув?</w:t>
      </w:r>
    </w:p>
    <w:p>
      <w:r>
        <w:br/>
        <w:t>П а в л и к. Домовився на вечiрнiй... А канiкули i оце трохи вересня захопив — на Пiвночi у будiвельному загонi...</w:t>
      </w:r>
    </w:p>
    <w:p>
      <w:r>
        <w:br/>
        <w:t>П л а т о н. Таки поїхав?</w:t>
      </w:r>
    </w:p>
    <w:p>
      <w:r>
        <w:br/>
        <w:t>П а в л и к. Поїхав i не шкодую... Важко було, а потiм оговтався.</w:t>
      </w:r>
    </w:p>
    <w:p>
      <w:r>
        <w:br/>
        <w:t>П л а т о н. А Оля?</w:t>
      </w:r>
    </w:p>
    <w:p>
      <w:r>
        <w:br/>
        <w:t>П а в л и к. Зi мною. їсти бригадi варила... Заробили ми там, тату, чимало... Близько двох тисяч...</w:t>
      </w:r>
    </w:p>
    <w:p>
      <w:r>
        <w:br/>
        <w:t>П л а т о н. Такi великi грошi?</w:t>
      </w:r>
    </w:p>
    <w:p>
      <w:r>
        <w:br/>
        <w:t>П а в л и к. Великi? Подивiться на руки...</w:t>
      </w:r>
    </w:p>
    <w:p>
      <w:r>
        <w:br/>
        <w:t>П л а т о н. Пробач, синку, що тодi так...</w:t>
      </w:r>
    </w:p>
    <w:p>
      <w:r>
        <w:br/>
        <w:t>Пауза. Батько i син наче в душi пережили ту пам'ятну розлуку.</w:t>
      </w:r>
    </w:p>
    <w:p>
      <w:r>
        <w:br/>
        <w:t>П а в л и к. Було i минуло.</w:t>
      </w:r>
    </w:p>
    <w:p>
      <w:r>
        <w:br/>
        <w:t>П л а т о н. I Петро живе з нами...</w:t>
      </w:r>
    </w:p>
    <w:p>
      <w:r>
        <w:br/>
        <w:t>П а в л и к. Переїхав сюди на роботу?..</w:t>
      </w:r>
    </w:p>
    <w:p>
      <w:r>
        <w:br/>
        <w:t>П л а т о н. Додому приїхав i на роботу тут влаштувався.</w:t>
      </w:r>
    </w:p>
    <w:p>
      <w:r>
        <w:br/>
        <w:t>П а в л и к. А Лiда?</w:t>
      </w:r>
    </w:p>
    <w:p>
      <w:r>
        <w:br/>
        <w:t>Пауза.</w:t>
      </w:r>
    </w:p>
    <w:p>
      <w:r>
        <w:br/>
        <w:t>П л а т о н. Оля чого ж не прийшла?</w:t>
      </w:r>
    </w:p>
    <w:p>
      <w:r>
        <w:br/>
        <w:t>П а в л и к. Ми завтра, на суботнiй обiд.</w:t>
      </w:r>
    </w:p>
    <w:p>
      <w:r>
        <w:br/>
        <w:t>П л а т о н (якимсь голосом, наче стримуючи i плач і радiсть). Збирається сiм'я... Синку, Павлику, драстуи! (Підійшов, обняв сина).</w:t>
      </w:r>
    </w:p>
    <w:p>
      <w:r>
        <w:br/>
        <w:t>Перемiна свiтла.</w:t>
      </w:r>
    </w:p>
    <w:p>
      <w:r>
        <w:br/>
        <w:t>З протилежних бокiв виходять Таня i Вiля. Вони вже до цього помiтили одне одного. Наблизились, зупинились. Очi в очi, наче їм не розминутися, наче вичiкують, хто перший скаже слово.</w:t>
      </w:r>
    </w:p>
    <w:p>
      <w:r>
        <w:br/>
        <w:t>Т а н я. Так вдивляєтесь, наче впiзнаєте?</w:t>
      </w:r>
    </w:p>
    <w:p>
      <w:r>
        <w:br/>
        <w:t>В i л я. I пiзнаю.</w:t>
      </w:r>
    </w:p>
    <w:p>
      <w:r>
        <w:br/>
        <w:t>Т а н я. Мене?</w:t>
      </w:r>
    </w:p>
    <w:p>
      <w:r>
        <w:br/>
        <w:t>Пауза.</w:t>
      </w:r>
    </w:p>
    <w:p>
      <w:r>
        <w:br/>
        <w:t>В i л я. Свою суджену в тобi.</w:t>
      </w:r>
    </w:p>
    <w:p>
      <w:r>
        <w:br/>
        <w:t>Т а н я. Ви...</w:t>
      </w:r>
    </w:p>
    <w:p>
      <w:r>
        <w:br/>
        <w:t>В i л я. На цьому й зупинимось, дiвчинко. (Рухом руки наче зняв з очей полуду). Буває ж таке, наче долю свою зустрiв... А тепер спокiйно подивлюся. Когось ти нагадуєш... Чи не донька Ангела Платона Микитовича?</w:t>
      </w:r>
    </w:p>
    <w:p>
      <w:r>
        <w:br/>
        <w:t>Т а н я. Так... (Нiяк не може отямитись вiд враження зустрiчi).</w:t>
      </w:r>
    </w:p>
    <w:p>
      <w:r>
        <w:br/>
        <w:t>В i л я. Де вiн живе?</w:t>
      </w:r>
    </w:p>
    <w:p>
      <w:r>
        <w:br/>
        <w:t>Т а н я. Тата зараз немає вдома.</w:t>
      </w:r>
    </w:p>
    <w:p>
      <w:r>
        <w:br/>
        <w:t>В i л я. Коли буде?</w:t>
      </w:r>
    </w:p>
    <w:p>
      <w:r>
        <w:br/>
        <w:t>Т а н я. На обiд. Сьогоднi о п'ятiй на обiд ми всi збираємося.</w:t>
      </w:r>
    </w:p>
    <w:p>
      <w:r>
        <w:br/>
        <w:t>В i л я. То я зайду о сьомiй.</w:t>
      </w:r>
    </w:p>
    <w:p>
      <w:r>
        <w:br/>
        <w:t>Т а н я. Можна й зараз.</w:t>
      </w:r>
    </w:p>
    <w:p>
      <w:r>
        <w:br/>
        <w:t>В i л я. Менi пообiцяли номер у готелi... За пару годин.</w:t>
      </w:r>
    </w:p>
    <w:p>
      <w:r>
        <w:br/>
        <w:t>Т а н я. Що татовi сказати?</w:t>
      </w:r>
    </w:p>
    <w:p>
      <w:r>
        <w:br/>
        <w:t>В i л я. Приїхав Вiля. Портрет його писати.</w:t>
      </w:r>
    </w:p>
    <w:p>
      <w:r>
        <w:br/>
        <w:t>Т а н я. Татiв?</w:t>
      </w:r>
    </w:p>
    <w:p>
      <w:r>
        <w:br/>
        <w:t>В i л я. Скажи, вiн засвiтився...</w:t>
      </w:r>
    </w:p>
    <w:p>
      <w:r>
        <w:br/>
        <w:t>Т а н я. Засвiтився?.. Не розумiю.</w:t>
      </w:r>
    </w:p>
    <w:p>
      <w:r>
        <w:br/>
        <w:t>В i л я. Платон Микитович зрозумiє. Таню, ви теж будете о сьомiй? (Виходить).</w:t>
      </w:r>
    </w:p>
    <w:p>
      <w:r>
        <w:br/>
        <w:t>Т а н я. Художник... Малювати портрет тата, а може, як той кореспондент, утече. Везе ж менi на зустрiчi. Татовi не буду зараз говорити, скажу пiсля обiду.</w:t>
      </w:r>
    </w:p>
    <w:p>
      <w:r>
        <w:br/>
        <w:t>КАРТИНА П'ЯТА</w:t>
      </w:r>
    </w:p>
    <w:p>
      <w:r>
        <w:br/>
        <w:t>Подвiр'я Платона. Уляна накриває на стiл. Таня зачiсується. Федiр лагодить стiлець. Платон миє руки, бiля нього стоїть Оля з рушником. Павлик вносить батькове крiсло.</w:t>
      </w:r>
    </w:p>
    <w:p>
      <w:r>
        <w:br/>
        <w:t>У л я н а. Федоре, залиш той стiлець. (Пiдраховує стiльцi бiля'столу). Тут уже всiм вистачить...</w:t>
      </w:r>
    </w:p>
    <w:p>
      <w:r>
        <w:br/>
        <w:t>Ф е д i р. Пару хвилин...</w:t>
      </w:r>
    </w:p>
    <w:p>
      <w:r>
        <w:br/>
        <w:t>П л а т о н. На Пiвнiч злiтали. Мама знає?</w:t>
      </w:r>
    </w:p>
    <w:p>
      <w:r>
        <w:br/>
        <w:t>О л я. Ми з Павликом написали.</w:t>
      </w:r>
    </w:p>
    <w:p>
      <w:r>
        <w:br/>
        <w:t>Т а н я.. Тату, тiльки пиво чи й вино можна? На честь приїзду Павлика.</w:t>
      </w:r>
    </w:p>
    <w:p>
      <w:r>
        <w:br/>
        <w:t>П л а т о н. Обiйдемося.</w:t>
      </w:r>
    </w:p>
    <w:p>
      <w:r>
        <w:br/>
        <w:t>Ф е д i р (вiдремонтований стiлець ставить бiля столу). Хай буде вино на столi.</w:t>
      </w:r>
    </w:p>
    <w:p>
      <w:r>
        <w:br/>
        <w:t>П а в л й к. А борщ як пахне!</w:t>
      </w:r>
    </w:p>
    <w:p>
      <w:r>
        <w:br/>
        <w:t>Заходить Лiда, як завжди, модно вдягнена, але без речей. Усi здивованi, аж очам своїм не вiрять.</w:t>
      </w:r>
    </w:p>
    <w:p>
      <w:r>
        <w:br/>
        <w:t>Л i д а (усмiхнулася). У театрi це називається — нiма сцена. Дивуєтесь, нiби я з того свiту, i ви теж, Платоне Микитовичу, здивованi?</w:t>
      </w:r>
    </w:p>
    <w:p>
      <w:r>
        <w:br/>
        <w:t>П л а т о н. Без речей?..</w:t>
      </w:r>
    </w:p>
    <w:p>
      <w:r>
        <w:br/>
        <w:t>Л i д а (мовляв, як бачите). Без речей легше.</w:t>
      </w:r>
    </w:p>
    <w:p>
      <w:r>
        <w:br/>
        <w:t>Входить Петро, не бачить Лiди.</w:t>
      </w:r>
    </w:p>
    <w:p>
      <w:r>
        <w:br/>
        <w:t>П е т р о. Хто допоможе? Розучився галстук зав'язувати.</w:t>
      </w:r>
    </w:p>
    <w:p>
      <w:r>
        <w:br/>
        <w:t>Помiтив Лiду, довга пауза. Тиша. Лiда пiдходить до Петра, зав'язує галстук. Вiдступила на пiвкроку i майже закричала.</w:t>
      </w:r>
    </w:p>
    <w:p>
      <w:r>
        <w:br/>
        <w:t>Л i д а. Петрику, поцiлуй же, клята душа твоя. (Кинулася, обняла Петра).</w:t>
      </w:r>
    </w:p>
    <w:p>
      <w:r>
        <w:br/>
        <w:t>У л я н а (перехрестилася). Слава богу!..</w:t>
      </w:r>
    </w:p>
    <w:p>
      <w:r>
        <w:br/>
        <w:t>Ф е д i р (усмiхнувся). До того йшлося...</w:t>
      </w:r>
    </w:p>
    <w:p>
      <w:r>
        <w:br/>
        <w:t>Л i д а (до Платона). Хотiла розлучитися, щоб не бачити його. Знаєте, що устругнув ваш синок? Написав: "Можеш до мене не повертатись, я тебе зрозумiю i прощу, мене вже зняли..." Та напиши, що старцювати пiшов, однаково ж любити буду.... Доленько моя ти ясна.</w:t>
      </w:r>
    </w:p>
    <w:p>
      <w:r>
        <w:br/>
        <w:t>Т а н я. Лiдо, давай я вiд усiх присутнiх розцiлую тебе. (Цiлує). Ти наша!</w:t>
      </w:r>
    </w:p>
    <w:p>
      <w:r>
        <w:br/>
        <w:t>П л а т о н. Наша...</w:t>
      </w:r>
    </w:p>
    <w:p>
      <w:r>
        <w:br/>
        <w:t>Т а н я. А ти ще бiльша модниця...</w:t>
      </w:r>
    </w:p>
    <w:p>
      <w:r>
        <w:br/>
        <w:t>Л i д а. Бо тепер я маю ще бiльше подобатися чоловiковi... Бач, пробував вiдмовитися.</w:t>
      </w:r>
    </w:p>
    <w:p>
      <w:r>
        <w:br/>
        <w:t>П л а т о н. А речi на станцiї? У камерi?</w:t>
      </w:r>
    </w:p>
    <w:p>
      <w:r>
        <w:br/>
        <w:t>Л i д а. Не дотягнула сама, набрала всього, ще й машинку друкарську... Я ж до замiжжя вчилася стенографiї i друкування. Тепер вiзьмуся.</w:t>
      </w:r>
    </w:p>
    <w:p>
      <w:r>
        <w:br/>
        <w:t>П л а т о н. Ти ще й така?</w:t>
      </w:r>
    </w:p>
    <w:p>
      <w:r>
        <w:br/>
        <w:t>Л i д а. I така...</w:t>
      </w:r>
    </w:p>
    <w:p>
      <w:r>
        <w:br/>
        <w:t>У л я н а. За стiл, дiти.</w:t>
      </w:r>
    </w:p>
    <w:p>
      <w:r>
        <w:br/>
        <w:t>Т а н я. Оце сьогоднi свято так свято!</w:t>
      </w:r>
    </w:p>
    <w:p>
      <w:r>
        <w:br/>
        <w:t>Уляна пiдраховує стiльцi. Це зайвий...</w:t>
      </w:r>
    </w:p>
    <w:p>
      <w:r>
        <w:br/>
        <w:t>Ф е д i р. Хай стоїть.</w:t>
      </w:r>
    </w:p>
    <w:p>
      <w:r>
        <w:br/>
        <w:t>Коли вже всi сiли, Платон Микитович дiстає</w:t>
      </w:r>
    </w:p>
    <w:p>
      <w:r>
        <w:br/>
        <w:t>блокнот, надiває окуляри.</w:t>
      </w:r>
    </w:p>
    <w:p>
      <w:r>
        <w:br/>
        <w:t>Т а н я. Тату, заради гостей можна б було експропрiацiю перенести на завтра.</w:t>
      </w:r>
    </w:p>
    <w:p>
      <w:r>
        <w:br/>
        <w:t>П л а т о н. Тут гостей немає, всi свої.</w:t>
      </w:r>
    </w:p>
    <w:p>
      <w:r>
        <w:br/>
        <w:t>Федiр, що весь час поглядав на дорогу, пiдвiвся. Заходить Клава.</w:t>
      </w:r>
    </w:p>
    <w:p>
      <w:r>
        <w:br/>
        <w:t>К л а в а. Добрий день, моя доля не вмерла, на обiд потрапила.</w:t>
      </w:r>
    </w:p>
    <w:p>
      <w:r>
        <w:br/>
        <w:t>Платон (пiдвiвся, пiшов назустрiч). Не вмерла! Може, тiльки народилася... (Пiдiйшов, пiдвiв до вiльного стiльця). Сiдай обiдати з нами. Оце, запам'ятай, Клаво, твоє мiсце буде i стiлець твiй. (Повернувся до свого крiсла).</w:t>
      </w:r>
    </w:p>
    <w:p>
      <w:r>
        <w:br/>
        <w:t>Т а н я. Тату, перенесемо на завтра.</w:t>
      </w:r>
    </w:p>
    <w:p>
      <w:r>
        <w:br/>
        <w:t>П л а т о н. Навiщо переносити?</w:t>
      </w:r>
    </w:p>
    <w:p>
      <w:r>
        <w:br/>
        <w:t>Т а н я (подає грошi). Сто сiмдесят. Тридцять залишила на курси.</w:t>
      </w:r>
    </w:p>
    <w:p>
      <w:r>
        <w:br/>
        <w:t>П л а т о н. Вже нiчого.</w:t>
      </w:r>
    </w:p>
    <w:p>
      <w:r>
        <w:br/>
        <w:t>Т а н я. У складальний перейшла.</w:t>
      </w:r>
    </w:p>
    <w:p>
      <w:r>
        <w:br/>
        <w:t>П л а т о н. Мовчала?</w:t>
      </w:r>
    </w:p>
    <w:p>
      <w:r>
        <w:br/>
        <w:t>Т а н я. Сюрприз.</w:t>
      </w:r>
    </w:p>
    <w:p>
      <w:r>
        <w:br/>
        <w:t>Ф е д i р (подає грошi). Двiстi вiсiмдесят...</w:t>
      </w:r>
    </w:p>
    <w:p>
      <w:r>
        <w:br/>
        <w:t>Т а н я. Росте людина... Похвалiть, тату.</w:t>
      </w:r>
    </w:p>
    <w:p>
      <w:r>
        <w:br/>
        <w:t>П л а т о н. Йому багато й треба.</w:t>
      </w:r>
    </w:p>
    <w:p>
      <w:r>
        <w:br/>
        <w:t>П е т р о. Вiзьмiть, тату, й мої.</w:t>
      </w:r>
    </w:p>
    <w:p>
      <w:r>
        <w:br/>
        <w:t>Платон подивився на Лiду.</w:t>
      </w:r>
    </w:p>
    <w:p>
      <w:r>
        <w:br/>
        <w:t>П л а т о н. Я вже завiв графу на тебе, Петре. Скiльки ж?</w:t>
      </w:r>
    </w:p>
    <w:p>
      <w:r>
        <w:br/>
        <w:t>П е т р о. Сто сiмдесят п'ять.</w:t>
      </w:r>
    </w:p>
    <w:p>
      <w:r>
        <w:br/>
        <w:t>П л а т о н. Малувато...</w:t>
      </w:r>
    </w:p>
    <w:p>
      <w:r>
        <w:br/>
        <w:t>П е т р о. Гола зарплата... Прогресивка в кiнцi кварталу.</w:t>
      </w:r>
    </w:p>
    <w:p>
      <w:r>
        <w:br/>
        <w:t>П л а т о н. Придивляйся, як можна приробити.</w:t>
      </w:r>
    </w:p>
    <w:p>
      <w:r>
        <w:br/>
        <w:t>П е т р о. Придивляюся.</w:t>
      </w:r>
    </w:p>
    <w:p>
      <w:r>
        <w:br/>
        <w:t>П а в л й к. Тату, а вiд нас з Олею вам подарунок.</w:t>
      </w:r>
    </w:p>
    <w:p>
      <w:r>
        <w:br/>
        <w:t>Л i д а. Берiть, берiть. Традицiї Ангелiв порушувати не треба.</w:t>
      </w:r>
    </w:p>
    <w:p>
      <w:r>
        <w:br/>
        <w:t>Оля i Павлик виносять вузол, розв'язують, там кожух. Павлик накидає батьковi на плечi.</w:t>
      </w:r>
    </w:p>
    <w:p>
      <w:r>
        <w:br/>
        <w:t>П л а т о н. Оце кожух, зносу йому не буде... Павлику, Олю, спасибi вам... Але, Павлику, цим не вiдбудеш. (Повертається у крiсло). Ото ви заробили з Олечкою близько двох тисяч, теж треба сюди. (Стукає пальцем по блокноту).</w:t>
      </w:r>
    </w:p>
    <w:p>
      <w:r>
        <w:br/>
        <w:t>Т а н я. Тату, це вже недозволений прийом.</w:t>
      </w:r>
    </w:p>
    <w:p>
      <w:r>
        <w:br/>
        <w:t>У л я н а. Лише в пiр'ячко вбиваються.</w:t>
      </w:r>
    </w:p>
    <w:p>
      <w:r>
        <w:br/>
        <w:t>Ф е д i р. Вони ж студенти.</w:t>
      </w:r>
    </w:p>
    <w:p>
      <w:r>
        <w:br/>
        <w:t>П л а т о н (наче й не чув, що говорили). Треба сюди. У Федора назбирано, вистачить на кооперативну квартиру. А в Петра, як у Сковороди, тiльки книжки. Треба йому допомогти на кооператив. Ти, Павлику, житимеш у нас. Учитесь обоє, треба вам i їсти, i все приготувати. Словом, житимете у нас.</w:t>
      </w:r>
    </w:p>
    <w:p>
      <w:r>
        <w:br/>
        <w:t>Т а н я. Тату, це порада чи директива?</w:t>
      </w:r>
    </w:p>
    <w:p>
      <w:r>
        <w:br/>
        <w:t>П л а т о н (ледь усмiхнувся). Постанова. (Згорнув блокнот, окуляри, пiдвiвся). Сьогоднi пообiдаєте, дiтки, без мене. Пiду вiдпочину... (Пiшов до хати, на ганку оглянувся на своїх, нiби хотiв повернутись, i пiшов до хати).</w:t>
      </w:r>
    </w:p>
    <w:p>
      <w:r>
        <w:br/>
        <w:t>Л i д а. Платоне Микитовичу, як же...</w:t>
      </w:r>
    </w:p>
    <w:p>
      <w:r>
        <w:br/>
        <w:t>У л я н а. Хай трошки полежить, притомився.</w:t>
      </w:r>
    </w:p>
    <w:p>
      <w:r>
        <w:br/>
        <w:t>Т а н я. Постанову будемо обговорювати?</w:t>
      </w:r>
    </w:p>
    <w:p>
      <w:r>
        <w:br/>
        <w:t>О л я. Ми з Павликом згоднi, як тато сказали.</w:t>
      </w:r>
    </w:p>
    <w:p>
      <w:r>
        <w:br/>
        <w:t>В цей час вривається пiсня "Мой дед — разбойник"... Вона глушить усе, через деякий час обривається.</w:t>
      </w:r>
    </w:p>
    <w:p>
      <w:r>
        <w:br/>
        <w:t>Т а н я. Ванько повернувся!</w:t>
      </w:r>
    </w:p>
    <w:p>
      <w:r>
        <w:br/>
        <w:t>Ф е д i р. Йому ж три роки колонiї дали.</w:t>
      </w:r>
    </w:p>
    <w:p>
      <w:r>
        <w:br/>
        <w:t>У л я н а. Схаменувся, i помилували...</w:t>
      </w:r>
    </w:p>
    <w:p>
      <w:r>
        <w:br/>
        <w:t>Т а н я. Прийшов — i знову за свою музику.</w:t>
      </w:r>
    </w:p>
    <w:p>
      <w:r>
        <w:br/>
        <w:t>Подзвоню.</w:t>
      </w:r>
    </w:p>
    <w:p>
      <w:r>
        <w:br/>
        <w:t>У л я н а. Хай грає, перетерпимо...</w:t>
      </w:r>
    </w:p>
    <w:p>
      <w:r>
        <w:br/>
        <w:t>Музика уривається.</w:t>
      </w:r>
    </w:p>
    <w:p>
      <w:r>
        <w:br/>
        <w:t>Ф е д i р. Вiзьмусь я за Ванька.</w:t>
      </w:r>
    </w:p>
    <w:p>
      <w:r>
        <w:br/>
        <w:t>Т а н я. Поб'єш?</w:t>
      </w:r>
    </w:p>
    <w:p>
      <w:r>
        <w:br/>
        <w:t>Ф е д i р. На завод поведу.</w:t>
      </w:r>
    </w:p>
    <w:p>
      <w:r>
        <w:br/>
        <w:t>Т а н я. Я допоможу.</w:t>
      </w:r>
    </w:p>
    <w:p>
      <w:r>
        <w:br/>
        <w:t>Заходить Крячко.</w:t>
      </w:r>
    </w:p>
    <w:p>
      <w:r>
        <w:br/>
        <w:t>К р я ч к о (про себе). Зiбралося стiльки, що й не полiчити. Доброго вам дня!</w:t>
      </w:r>
    </w:p>
    <w:p>
      <w:r>
        <w:br/>
        <w:t>У л я н а. Син повернувся? Це вам радiсть...</w:t>
      </w:r>
    </w:p>
    <w:p>
      <w:r>
        <w:br/>
        <w:t>К р я ч к о. Де там повернувся... Ще в колонiї бути та бути...</w:t>
      </w:r>
    </w:p>
    <w:p>
      <w:r>
        <w:br/>
        <w:t>Т а н я. А музика?</w:t>
      </w:r>
    </w:p>
    <w:p>
      <w:r>
        <w:br/>
        <w:t>К р я ч к о. Така туга найшла на мою душу, туга за сином... Взяв та й увiмкнув його музику. Хоч на секунду, наче вiн у хату... (Пауза).</w:t>
      </w:r>
    </w:p>
    <w:p>
      <w:r>
        <w:br/>
        <w:t>У л я н а. Сiдай, пообiдаєш з нами.</w:t>
      </w:r>
    </w:p>
    <w:p>
      <w:r>
        <w:br/>
        <w:t>К р я ч к о. А де Платон Микитович?</w:t>
      </w:r>
    </w:p>
    <w:p>
      <w:r>
        <w:br/>
        <w:t>У л я н а. Вiдпочиває.</w:t>
      </w:r>
    </w:p>
    <w:p>
      <w:r>
        <w:br/>
        <w:t>К р я ч к о. Платон вiдпочиває? Свiт не бачив. Пiду до нього.</w:t>
      </w:r>
    </w:p>
    <w:p>
      <w:r>
        <w:br/>
        <w:t>У л я н а. Усе прохолоне... Обiдайте. Федоре, наливай вино.</w:t>
      </w:r>
    </w:p>
    <w:p>
      <w:r>
        <w:br/>
        <w:t>Федiр наливає вино в чарки.</w:t>
      </w:r>
    </w:p>
    <w:p>
      <w:r>
        <w:br/>
        <w:t>Л i д а. Кому ж перший тост? Найстаршому.</w:t>
      </w:r>
    </w:p>
    <w:p>
      <w:r>
        <w:br/>
        <w:t>Т а н я. Або наймолодшому. Мамi або менi.</w:t>
      </w:r>
    </w:p>
    <w:p>
      <w:r>
        <w:br/>
        <w:t>У л я н а. Говори, доню, ти, який з мене оратор.</w:t>
      </w:r>
    </w:p>
    <w:p>
      <w:r>
        <w:br/>
        <w:t>Т а н я (пiднiмає чарку). За тата! Але, перш нiж випити, давайте заспiваємо нашої дитячої. Побачите, тато вийде! Вiн не признається, а любить цю пiсню.</w:t>
      </w:r>
    </w:p>
    <w:p>
      <w:r>
        <w:br/>
        <w:t>(Починає повiльно, а згодом пiдхоплюють усi).</w:t>
      </w:r>
    </w:p>
    <w:p>
      <w:r>
        <w:br/>
        <w:t>I сказала стиха мати:</w:t>
      </w:r>
    </w:p>
    <w:p>
      <w:r>
        <w:br/>
        <w:t>— Не пустуйте, бо йде тато! —</w:t>
      </w:r>
    </w:p>
    <w:p>
      <w:r>
        <w:br/>
        <w:t>I сказала стиха мати:</w:t>
      </w:r>
    </w:p>
    <w:p>
      <w:r>
        <w:br/>
        <w:t>— Спати, дiти, бо йде тато! —</w:t>
      </w:r>
    </w:p>
    <w:p>
      <w:r>
        <w:br/>
        <w:t>I сказала стиха мати:</w:t>
      </w:r>
    </w:p>
    <w:p>
      <w:r>
        <w:br/>
        <w:t>— Їжте, дiти, бо йде тато!</w:t>
      </w:r>
    </w:p>
    <w:p>
      <w:r>
        <w:br/>
        <w:t>На цi слова виходить з хати Крячко, iде аж на авансцену, сам не свiй.</w:t>
      </w:r>
    </w:p>
    <w:p>
      <w:r>
        <w:br/>
        <w:t>I сказала стиха мати:</w:t>
      </w:r>
    </w:p>
    <w:p>
      <w:r>
        <w:br/>
        <w:t>— До роботи, бо йде тато.</w:t>
      </w:r>
    </w:p>
    <w:p>
      <w:r>
        <w:br/>
        <w:t>К р я ч к о. Як їм сказати, що в них уже немає тата! Уже немає батька! (Ледве стримує чоловiчий плач). Уже немає Платона!</w:t>
      </w:r>
    </w:p>
    <w:p>
      <w:r>
        <w:br/>
        <w:t>I сказала стиха мати:</w:t>
      </w:r>
    </w:p>
    <w:p>
      <w:r>
        <w:br/>
        <w:t>— Хоч женитись, спитай тата.-</w:t>
      </w:r>
    </w:p>
    <w:p>
      <w:r>
        <w:br/>
        <w:t>I навчала тихо мати:</w:t>
      </w:r>
    </w:p>
    <w:p>
      <w:r>
        <w:br/>
        <w:t>-— А як жити, скаже тато.</w:t>
      </w:r>
    </w:p>
    <w:p>
      <w:r>
        <w:br/>
        <w:t>Завiса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Дикий ангел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