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Дика коза</w:t>
      </w:r>
    </w:p>
    <w:p>
      <w:r>
        <w:br/>
        <w:t xml:space="preserve"> &lt;blockquote&gt;&lt;p&gt;Ю. В. Шумському </w:t>
      </w:r>
    </w:p>
    <w:p>
      <w:r>
        <w:br/>
        <w:t>Благородна тварина — дика коза.</w:t>
      </w:r>
    </w:p>
    <w:p>
      <w:r>
        <w:br/>
        <w:t>Благородна i своію постаттю, коли, струнка й нiжна, стоїть вона серед кущiв лiщини або на зеленiй квiтучо-пахучiй галявинi лiсу нашого чарiвного чи коли, спустившись до Сули, до Росi, до Горинi, грацiозно нахилившись, студену воду п'і.</w:t>
      </w:r>
    </w:p>
    <w:p>
      <w:r>
        <w:br/>
        <w:t>Благородна i в стрiмкому вихорiльотi, коли, налякана, не бiжить, а стелеться над чагарником, над кущами, чи помiж дубо-клено-ясенових стовбурiв...</w:t>
      </w:r>
    </w:p>
    <w:p>
      <w:r>
        <w:br/>
        <w:t>А ще благороднiша вона тим, що через неї i завдяки їй можна виявити дуже несимпатичну породу роду людського, ту породу, що ганьбить почесне звання охотника — людини, якiй і назва браконьір. Браконьір — це, власне кажучи, людина тiльки зверху: в неї, коли починати знизу, — двi ноги, черево, груди, двi руки, писок, баньки, голова й кашкет або капелюха на головi.</w:t>
      </w:r>
    </w:p>
    <w:p>
      <w:r>
        <w:br/>
        <w:t>У баньках (у людей цi штуки звуться — очi) нема нi радостi, нi суму, самi тiльки хитрощi. У людей очi дивляться, а баньки в браконьіра — бiгають.</w:t>
      </w:r>
    </w:p>
    <w:p>
      <w:r>
        <w:br/>
        <w:t>Серця в браконьіра нема. Замiсть серця в нього торбочка з м'язiв. Торбочка ця в нього спецiально для того, щоб сильно дуже калататися, коли хтось тюкне.</w:t>
      </w:r>
    </w:p>
    <w:p>
      <w:r>
        <w:br/>
        <w:t>Оце й і — браконьір.</w:t>
      </w:r>
    </w:p>
    <w:p>
      <w:r>
        <w:br/>
        <w:t>Так ще раз кажемо, дика коза допомагаі виявляти серед людей отих вилюдкiв-браконьірiв, хоч i платить за це своїм життям.</w:t>
      </w:r>
    </w:p>
    <w:p>
      <w:r>
        <w:br/>
        <w:t>Дику козу полювати заборонено.</w:t>
      </w:r>
    </w:p>
    <w:p>
      <w:r>
        <w:br/>
        <w:t>Тiльки з особливого дозволу можна одстрiлювати певного часу самцiв-цапiв, а браконьіровi закон не писаний, вiн iде в лiс i винищуі i цапiв, i кiзочок, i маленьких козеняточок.</w:t>
      </w:r>
    </w:p>
    <w:p>
      <w:r>
        <w:br/>
        <w:t>Нам нiколи не доводилося бачити браконьіра за його пiдлою роботою, але ми уявляімо собi, як може лупати вiн своїми баньками, коли кiзочка дивиться на нього своїми печальними-печальними, повними слiз очима i вмираі...</w:t>
      </w:r>
    </w:p>
    <w:p>
      <w:r>
        <w:br/>
        <w:t>I яка школа, що її благородство не дозволяі їй плюнуть тому звiровi межи його баньки?!</w:t>
      </w:r>
    </w:p>
    <w:p>
      <w:r>
        <w:br/>
        <w:t>Браконьїр — хитрюща бестiя.</w:t>
      </w:r>
    </w:p>
    <w:p>
      <w:r>
        <w:br/>
        <w:t>Юрiй Васильович Шумський, чудесний артист i чудовий охотник, — дехто, примiром, каже, що вiн охотник кращий, нiж артист, дехто тої думки, що з нього, навпаки, артист далеко кращий, нiж охотник, а ми — такого погляду, що коли вiн такий охотник, як артист, то таки справдi вiн прекрасний охотник, — так Юрiй Васильович розповiв нам таку пригоду.</w:t>
      </w:r>
    </w:p>
    <w:p>
      <w:r>
        <w:br/>
        <w:t>— Зайшов, — каже, — якось до мене земляк.</w:t>
      </w:r>
    </w:p>
    <w:p>
      <w:r>
        <w:br/>
        <w:t>— Приїздiть, — просить, — та й приїздить до нас у Дзвонкове пополювати. А то чомусь увесь час в степах України охотитесь.</w:t>
      </w:r>
    </w:p>
    <w:p>
      <w:r>
        <w:br/>
        <w:t>Зiбрались ми кумпанiію й поїхали. Поїхав, — каже Юрiй Васильович, — я й зо мною Платон Кречет, Галушка й дзвонар Квазимодський iз собору Паризької богоматерi. Приїхали ми у Дзвонкове, зупинилися в земляка, перекусили — й зразу в лiс. Тiльки-но в лiс увiйшли, коли це — бббах! — i недалечке. Ми туди. Зирк на галявинцi хтось бiля вбитої дикої кози вовтузиться. Я як крикну:</w:t>
      </w:r>
    </w:p>
    <w:p>
      <w:r>
        <w:br/>
        <w:t>— Стiй!!</w:t>
      </w:r>
    </w:p>
    <w:p>
      <w:r>
        <w:br/>
        <w:t>Ви ж самi розумiіте, що робиться з браконьіром, коли вiн почуі "стiй!" Це на нього так впливаі, як батiг на рисака. Вiн за козу i — в довгої. Ми за ним! Усi вчотирьох! Галушка з Квазимодським трохи вiдстали, а я та Кречет по п'ятах за ним. Прибiгаімо в село, помiтили в яку хату вiн ускочив. Убiгли й ми в його хату, ну, може, хвилин через три, як ускочив вiн.</w:t>
      </w:r>
    </w:p>
    <w:p>
      <w:r>
        <w:br/>
        <w:t>— Де коза?питаімо.</w:t>
      </w:r>
    </w:p>
    <w:p>
      <w:r>
        <w:br/>
        <w:t>— Яка коза?</w:t>
      </w:r>
    </w:p>
    <w:p>
      <w:r>
        <w:br/>
        <w:t>— Дика коза, що ти в лiсi тiльки що вбив?</w:t>
      </w:r>
    </w:p>
    <w:p>
      <w:r>
        <w:br/>
        <w:t>— Та я й у лiсi не був!</w:t>
      </w:r>
    </w:p>
    <w:p>
      <w:r>
        <w:br/>
        <w:t>Жiнка його над колискою стоїть, нахилилася, дитину годуі.</w:t>
      </w:r>
    </w:p>
    <w:p>
      <w:r>
        <w:br/>
        <w:t>— Люди добрi, — озвалася жiнка, — таж вiн iз хати нiкуди не виходив!</w:t>
      </w:r>
    </w:p>
    <w:p>
      <w:r>
        <w:br/>
        <w:t>Ми шукать. I в печi, i на печi, i пiд полом, i в миснику, i за мисником, i в помийницi, i в дiжi, i в сiнях, i в комiрчинi — нема!</w:t>
      </w:r>
    </w:p>
    <w:p>
      <w:r>
        <w:br/>
        <w:t>Ми й у коморi, i в хлiвi, i в свининцi, i пiд свининцем — нема! Пiдбiгли Галушка з дзвонарем Квазимодським, — та всi вчотирьох по всiх закутках, по всiх закапелках.</w:t>
      </w:r>
    </w:p>
    <w:p>
      <w:r>
        <w:br/>
        <w:t>Облазили скрiзь, де можна, де й не можна — нема!</w:t>
      </w:r>
    </w:p>
    <w:p>
      <w:r>
        <w:br/>
        <w:t>Увiйшли ми в хату, вiдпочили i знову до хазяїна:</w:t>
      </w:r>
    </w:p>
    <w:p>
      <w:r>
        <w:br/>
        <w:t>— Де?</w:t>
      </w:r>
    </w:p>
    <w:p>
      <w:r>
        <w:br/>
        <w:t>— Та чого ви, — каже, — до мене присiкались?! У лiсi я не був, нiякої я кози не вбивав!</w:t>
      </w:r>
    </w:p>
    <w:p>
      <w:r>
        <w:br/>
        <w:t>Тодi я вже до нього ладиком:</w:t>
      </w:r>
    </w:p>
    <w:p>
      <w:r>
        <w:br/>
        <w:t>— Слухай, — кажу, — чоловiче! На власнi ж очi всi ми бачили, що козу ти вбив, що з козою ти додому бiг i з козою в хату вскочив! Де вона, кажи!</w:t>
      </w:r>
    </w:p>
    <w:p>
      <w:r>
        <w:br/>
        <w:t>— Та то ви помилилися! То, може, сусiда, а не я! Я вдома сидiв!</w:t>
      </w:r>
    </w:p>
    <w:p>
      <w:r>
        <w:br/>
        <w:t>— Нi, — кажу, — не сусiда, а ти!</w:t>
      </w:r>
    </w:p>
    <w:p>
      <w:r>
        <w:br/>
        <w:t>Та, вже ви знаіте, i злiсть мене бере, та й цiкавiсть розпинаі, де можна козу так заховати?! Ми ж усе облазили i не знайшли.</w:t>
      </w:r>
    </w:p>
    <w:p>
      <w:r>
        <w:br/>
        <w:t>Тодi я йому кажу:</w:t>
      </w:r>
    </w:p>
    <w:p>
      <w:r>
        <w:br/>
        <w:t>— Слухай, дядьку! Даю тобi слово, що нiкому нiчого не скажемо, нiчого тобi не буде, коза залишиться тобi, — скажи, де ти її так заховав, що ми знайти не можемо? Де?</w:t>
      </w:r>
    </w:p>
    <w:p>
      <w:r>
        <w:br/>
        <w:t>Вiн довго думав та й каже:</w:t>
      </w:r>
    </w:p>
    <w:p>
      <w:r>
        <w:br/>
        <w:t>— А нiчого не буде?</w:t>
      </w:r>
    </w:p>
    <w:p>
      <w:r>
        <w:br/>
        <w:t>— Та нiчого! Слово даю!</w:t>
      </w:r>
    </w:p>
    <w:p>
      <w:r>
        <w:br/>
        <w:t>Тодi вiн до жiнки:</w:t>
      </w:r>
    </w:p>
    <w:p>
      <w:r>
        <w:br/>
        <w:t>— Покажи!</w:t>
      </w:r>
    </w:p>
    <w:p>
      <w:r>
        <w:br/>
        <w:t>Жiнка його вiдхилилася вiд колиски:</w:t>
      </w:r>
    </w:p>
    <w:p>
      <w:r>
        <w:br/>
        <w:t>— Ось вона! Я її груддю годую!</w:t>
      </w:r>
    </w:p>
    <w:p>
      <w:r>
        <w:br/>
        <w:t>Пiдходимо: справдi, лежить у колисцi невеличка дика коза, над якою в скорбнiй матернiй позi весь час стояла браконьірова дружина.</w:t>
      </w:r>
    </w:p>
    <w:p>
      <w:r>
        <w:br/>
        <w:t>— Отакi браконьіри! — закiнчив оповiдання Юрiй Васильович Шумський.</w:t>
      </w:r>
    </w:p>
    <w:p>
      <w:r>
        <w:br/>
        <w:t>Хитрюща бестiя — браконьір. I шкiдлива бестiя — браконьір.</w:t>
      </w:r>
    </w:p>
    <w:p>
      <w:r>
        <w:br/>
        <w:t>Та проте й з ним боротися можна.</w:t>
      </w:r>
    </w:p>
    <w:p>
      <w:r>
        <w:br/>
        <w:t>Повертаючись одного разу з охоти, зайшов я по дорозi до давнього мого знайомого Максима Тудистрибни перепочити та молочком пiдкрiпитися.</w:t>
      </w:r>
    </w:p>
    <w:p>
      <w:r>
        <w:br/>
        <w:t>Давно вже, рокiв чи не з п'ять, я Максима не бачив. Зайшов. У хатi сама Максимова жiнка.</w:t>
      </w:r>
    </w:p>
    <w:p>
      <w:r>
        <w:br/>
        <w:t>— Драстуйте, — привiтався я.</w:t>
      </w:r>
    </w:p>
    <w:p>
      <w:r>
        <w:br/>
        <w:t>— Драстуйте! Давненько вас не чуть!</w:t>
      </w:r>
    </w:p>
    <w:p>
      <w:r>
        <w:br/>
        <w:t>— Занiколилося, — кажу. — А Максим же, — питаю, — де?</w:t>
      </w:r>
    </w:p>
    <w:p>
      <w:r>
        <w:br/>
        <w:t>— В оборi пораіться. Зараз увiйде!</w:t>
      </w:r>
    </w:p>
    <w:p>
      <w:r>
        <w:br/>
        <w:t>— Чи не можна, — питаю, — у вас молочка?</w:t>
      </w:r>
    </w:p>
    <w:p>
      <w:r>
        <w:br/>
        <w:t>— Е! Молочка?! "Не видоїли бичка!" — вiдповiдаі Максимиха.</w:t>
      </w:r>
    </w:p>
    <w:p>
      <w:r>
        <w:br/>
        <w:t>Здивувався я крiпко: така завжди привiтна жiнка i нате вам!</w:t>
      </w:r>
    </w:p>
    <w:p>
      <w:r>
        <w:br/>
        <w:t>А вона до мене:</w:t>
      </w:r>
    </w:p>
    <w:p>
      <w:r>
        <w:br/>
        <w:t>— Нема, — каже, — молочка! Коза корову з'їла!</w:t>
      </w:r>
    </w:p>
    <w:p>
      <w:r>
        <w:br/>
        <w:t>— Як?</w:t>
      </w:r>
    </w:p>
    <w:p>
      <w:r>
        <w:br/>
        <w:t>— А так! — каже.</w:t>
      </w:r>
    </w:p>
    <w:p>
      <w:r>
        <w:br/>
        <w:t>Коли ось i Максим у хату.</w:t>
      </w:r>
    </w:p>
    <w:p>
      <w:r>
        <w:br/>
        <w:t>Привiталися.</w:t>
      </w:r>
    </w:p>
    <w:p>
      <w:r>
        <w:br/>
        <w:t>— Давненько, — кажу, — вас не бачив, Максиме! Мене робота не пускала, а ви ж у мiстi буваіте, чому не заходили? Ранiше було частенько навiдувались!</w:t>
      </w:r>
    </w:p>
    <w:p>
      <w:r>
        <w:br/>
        <w:t>А жiнка од печi:</w:t>
      </w:r>
    </w:p>
    <w:p>
      <w:r>
        <w:br/>
        <w:t>— Козу полював!</w:t>
      </w:r>
    </w:p>
    <w:p>
      <w:r>
        <w:br/>
        <w:t>Я сиджу й нiчого не розумiю.</w:t>
      </w:r>
    </w:p>
    <w:p>
      <w:r>
        <w:br/>
        <w:t>Максим махнув рукою:</w:t>
      </w:r>
    </w:p>
    <w:p>
      <w:r>
        <w:br/>
        <w:t>— Та!</w:t>
      </w:r>
    </w:p>
    <w:p>
      <w:r>
        <w:br/>
        <w:t>— Що таке, — питаю, — Максиме? Розкажiть!</w:t>
      </w:r>
    </w:p>
    <w:p>
      <w:r>
        <w:br/>
        <w:t>— Три роки дику козу полював! — ще раз махнув вiн рукою.</w:t>
      </w:r>
    </w:p>
    <w:p>
      <w:r>
        <w:br/>
        <w:t>— Три роки? Як це — "три роки"?</w:t>
      </w:r>
    </w:p>
    <w:p>
      <w:r>
        <w:br/>
        <w:t>— А так.</w:t>
      </w:r>
    </w:p>
    <w:p>
      <w:r>
        <w:br/>
        <w:t>— З рушницею?</w:t>
      </w:r>
    </w:p>
    <w:p>
      <w:r>
        <w:br/>
        <w:t>— Та де там з рушницею!!</w:t>
      </w:r>
    </w:p>
    <w:p>
      <w:r>
        <w:br/>
        <w:t>— Аз чим?</w:t>
      </w:r>
    </w:p>
    <w:p>
      <w:r>
        <w:br/>
        <w:t>— З iзоляцiію.</w:t>
      </w:r>
    </w:p>
    <w:p>
      <w:r>
        <w:br/>
        <w:t>Та й розповiв менi Максим таку iсторiю:</w:t>
      </w:r>
    </w:p>
    <w:p>
      <w:r>
        <w:br/>
        <w:t>— Пiшов я з рушницею в лiс, може, думаю, де зайця пiднiму. Вийшов на личакову поляну, зирк! — а передо мною, ну, не далi, як до комори, стоять двi й дивляться на мене. Отут у мене як затiпаіться! Не витримав: приложився — ббах! — одна на мiсцi! А друга втекла! Я бiжу до неї i свiту пiд собою не бачу! Прибiг, здiймаю череска, путаю ноги! А руки тремтять, а ноги тремтять! Нiчого й не бачу, нiчого й не чую! Коли хтось по потилицi менi як шарахне, так я своїм лобом об козинячий тiльки — лусь! А в очах огники тiльки — блись! блись! блись! Отямився, а передо мною лiсничий. Ну, далi самi вже знаіте: суд i три роки з iзоляцiію!</w:t>
      </w:r>
    </w:p>
    <w:p>
      <w:r>
        <w:br/>
        <w:t>— З iзоляцiію та ще й без корови! Бо поки його три роки за козою носило, я й корову продала! Охотник! — додала з притиском Максимиха.</w:t>
      </w:r>
    </w:p>
    <w:p>
      <w:r>
        <w:br/>
        <w:t>— I рушницi нема? — питаю.</w:t>
      </w:r>
    </w:p>
    <w:p>
      <w:r>
        <w:br/>
        <w:t>— Та на лиху годину ота рушниця?! Як i пiду коли-небудь на козу, то тiльки з жiнкою i тiльки на Житнiй базар!</w:t>
      </w:r>
    </w:p>
    <w:p>
      <w:r>
        <w:br/>
        <w:t>— Навчило одного браконьіра, — подумав я сам собi. Можна їх усiх, браконьірiв, навчити, треба тiльки як слiд за це дiло взятись.</w:t>
      </w:r>
    </w:p>
    <w:p>
      <w:r>
        <w:br/>
        <w:t>Полюють дику козу здебiльша загонами, гучками. Облавою, одне слово. Робиться це з дозволу вiдповiдних органiзацiй, колiї провадиться так званий одстрiл цапiв-самцiв.</w:t>
      </w:r>
    </w:p>
    <w:p>
      <w:r>
        <w:br/>
        <w:t>Для охотника труднощi полювання на козу полягають у тому, щоб не помилитись i не бахнуть замiсть цапа козу-самицю.</w:t>
      </w:r>
    </w:p>
    <w:p>
      <w:r>
        <w:br/>
        <w:t>— Ну, а як ти його в лихої години розбереш, коли воно повз тебе не бiжить, а стелеться, летить i на мушцi воно в тебе одну мить, — скажiть, як ти розбереш, чи коза воно, чи цап?! Прибрiхують тi мисливцi, що кажуть:</w:t>
      </w:r>
    </w:p>
    <w:p>
      <w:r>
        <w:br/>
        <w:t>— Я, мовляв, нiколи не помилюсь! — з сумом казав менi оце якось прекрасний, досвiдчений, старий уже мисливець. — Ну, й трапляються, звiсно, конфузи, коли замiсть цапа дивиться на тебе печальними очима кiзочка... Дуже неприімна та до того ще й кримiнальна справа!</w:t>
      </w:r>
    </w:p>
    <w:p>
      <w:r>
        <w:br/>
        <w:t>Єдиний, на нашу думку, спосiб не помилитися, чи коза повз тебе летить, чи цап, — такий.</w:t>
      </w:r>
    </w:p>
    <w:p>
      <w:r>
        <w:br/>
        <w:t>Коли ви помiтите, що десь у кущах щось шелестить, виймайте шматочок хлiбця i, простягаючи його в руцi, кричiть:</w:t>
      </w:r>
    </w:p>
    <w:p>
      <w:r>
        <w:br/>
        <w:t>— Кiз-кiз-кiз-кiз!</w:t>
      </w:r>
    </w:p>
    <w:p>
      <w:r>
        <w:br/>
        <w:t>Вона, звичайно, зупиниться.</w:t>
      </w:r>
    </w:p>
    <w:p>
      <w:r>
        <w:br/>
        <w:t>Ви зразу ж питайте:</w:t>
      </w:r>
    </w:p>
    <w:p>
      <w:r>
        <w:br/>
        <w:t>— Чи ти коза, чи ти цап? Вона зразу ж вам:</w:t>
      </w:r>
    </w:p>
    <w:p>
      <w:r>
        <w:br/>
        <w:t>— Я — коза! А цап позад мене летить! Туди дивисьi</w:t>
      </w:r>
    </w:p>
    <w:p>
      <w:r>
        <w:br/>
        <w:t>Гав тут ловити не можна! Дiалог з козою маі бути стенографiчний, iнакше втеряіте цапа.</w:t>
      </w:r>
    </w:p>
    <w:p>
      <w:r>
        <w:br/>
        <w:t>Трапляються випадки, що цап, зупинившись на ваш заклик — кiз-кiз! — стане перед вами i, щоб вас обдурити, мекне басом:</w:t>
      </w:r>
    </w:p>
    <w:p>
      <w:r>
        <w:br/>
        <w:t>— Я — коза!</w:t>
      </w:r>
    </w:p>
    <w:p>
      <w:r>
        <w:br/>
        <w:t>Але в цей час ви встигнете помiтити в нього рiжки й борiдку, коли вiн не поголиться. А і й взагалi цапи без бороди i без рiжок! Тодi вже дивiться туди, куди вам ближче!</w:t>
      </w:r>
    </w:p>
    <w:p>
      <w:r>
        <w:br/>
        <w:t>I бабахкайте!</w:t>
      </w:r>
    </w:p>
    <w:p>
      <w:r>
        <w:br/>
        <w:t>Убити цапа — це цiла подiя в життi кожного мисливця.</w:t>
      </w:r>
    </w:p>
    <w:p>
      <w:r>
        <w:br/>
        <w:t>Траплялося й менi вбивати.</w:t>
      </w:r>
    </w:p>
    <w:p>
      <w:r>
        <w:br/>
        <w:t>— Заходьте, — запросив мене добрий мiй знайомий i старий охотник, — завтра до мене! Дикого цапа встрелимо! Дозвiл маю!</w:t>
      </w:r>
    </w:p>
    <w:p>
      <w:r>
        <w:br/>
        <w:t>Я зайшов, зарядивши рушницю "чотирма кулями".</w:t>
      </w:r>
    </w:p>
    <w:p>
      <w:r>
        <w:br/>
        <w:t>— Рушницю, — каже мiй знайомий, — поки що розрядiть i повiсьте та йдiть сюди й сiдайте, поговоримо!</w:t>
      </w:r>
    </w:p>
    <w:p>
      <w:r>
        <w:br/>
        <w:t>Щоб довго не балакати, — убив я тодi чи не цiле здоровенне блюдо дикого цапа! Ох, i смачна ж дичина! Хазяйка вже аж кривиться почала! А я б'ю, а я б'ю!</w:t>
      </w:r>
    </w:p>
    <w:p>
      <w:r>
        <w:br/>
        <w:t>Яка ж благородна тварина — дика коза! I в лiсi, коли стоїть, i коли вона летить-стелеться, i коли вона браконьіра виявляі. Благородна вона й на блюдi!</w:t>
      </w:r>
    </w:p>
    <w:p>
      <w:r>
        <w:br/>
        <w:t>1946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Дика коза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