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Дідова рукавичка</w:t>
      </w:r>
    </w:p>
    <w:p>
      <w:r>
        <w:br/>
        <w:t xml:space="preserve"> &lt;p&gt;Був собі дід. Пішов він у ліс та й згубив рукавицю. Лежить рукавиця. Коли це біжить мишка й побачила.</w:t>
      </w:r>
    </w:p>
    <w:p>
      <w:r>
        <w:br/>
        <w:t>— Що воно таке розчепірилось? — Нюхнула, заглянула: нічого там усередині, добре, тепленько, щільненько. "Се мені буде за хатку!" — подумала мишка. Улізла та й сидить.</w:t>
      </w:r>
    </w:p>
    <w:p>
      <w:r>
        <w:br/>
        <w:t>Коли це стриба жабка. Надибала рукавицю, побачила, що вона ворушиться, та й питає:</w:t>
      </w:r>
    </w:p>
    <w:p>
      <w:r>
        <w:br/>
        <w:t>— Хто тут такий?</w:t>
      </w:r>
    </w:p>
    <w:p>
      <w:r>
        <w:br/>
        <w:t>А мишка озивається:</w:t>
      </w:r>
    </w:p>
    <w:p>
      <w:r>
        <w:br/>
        <w:t>— Я мишка-стреботушка, а ти хто?</w:t>
      </w:r>
    </w:p>
    <w:p>
      <w:r>
        <w:br/>
        <w:t>— Я жабка-стрекотушка. Прийми й мене.</w:t>
      </w:r>
    </w:p>
    <w:p>
      <w:r>
        <w:br/>
        <w:t>— Ну йди, жабко: будем укупі сидіти!</w:t>
      </w:r>
    </w:p>
    <w:p>
      <w:r>
        <w:br/>
        <w:t>Влізла й жабка. Сидять удвох.</w:t>
      </w:r>
    </w:p>
    <w:p>
      <w:r>
        <w:br/>
        <w:t>Коли це біжить зайчик. Угледів рукавичку, угледів, що там щось сидить, та й питає здалека:</w:t>
      </w:r>
    </w:p>
    <w:p>
      <w:r>
        <w:br/>
        <w:t>— А хто тут такий?</w:t>
      </w:r>
    </w:p>
    <w:p>
      <w:r>
        <w:br/>
        <w:t>А йому й гукають з рукавички:</w:t>
      </w:r>
    </w:p>
    <w:p>
      <w:r>
        <w:br/>
        <w:t>— Я мишка-скреботушка! Я жабка-скрекотушка! А ти хто такий?</w:t>
      </w:r>
    </w:p>
    <w:p>
      <w:r>
        <w:br/>
        <w:t>— Я зайчик-лапанчик. Прийміть і мене.</w:t>
      </w:r>
    </w:p>
    <w:p>
      <w:r>
        <w:br/>
        <w:t>— Ну йди!</w:t>
      </w:r>
    </w:p>
    <w:p>
      <w:r>
        <w:br/>
        <w:t>Уліз і зайчик. Сидять утрьох.</w:t>
      </w:r>
    </w:p>
    <w:p>
      <w:r>
        <w:br/>
        <w:t>А тим часом дід оглядівся, що нема рукавиці, та й вернувся. Бачить — лежить рукавичка, а в ній щось ворушиться, та ще й не одно. "Еге, стривай же,— думає дід,— я теє все й заберу!" Схопив швиденько рукавицю, зав'язав мотузочком і причепив собі до пояса. От всі троє й заметалися!</w:t>
      </w:r>
    </w:p>
    <w:p>
      <w:r>
        <w:br/>
        <w:t>— От тепер край! От тепер ми пропали! — мовить зайчик.— Бідна наша голівка! — І став плакати.</w:t>
      </w:r>
    </w:p>
    <w:p>
      <w:r>
        <w:br/>
        <w:t>— Та стривай,— каже мишка.— Чого там уже так зараз і умлівати? Не плач! Якось-то буде... Треба ради шукати при лихій годині, а не плакати!</w:t>
      </w:r>
    </w:p>
    <w:p>
      <w:r>
        <w:br/>
        <w:t>— Якої ради,— пита зайчик, а сам усе лапкою слізки втирає.</w:t>
      </w:r>
    </w:p>
    <w:p>
      <w:r>
        <w:br/>
        <w:t>— А ось побачиш,— каже мишка. Та спустилась наспід у рукавичку і почала дірочку прогризати. Гризь, гризь... І прогризла.</w:t>
      </w:r>
    </w:p>
    <w:p>
      <w:r>
        <w:br/>
        <w:t>— Тікаймо,— каже,— тепер! — І вискочила. А за нею й жабка, а за жабкою й зайчик.</w:t>
      </w:r>
    </w:p>
    <w:p>
      <w:r>
        <w:br/>
        <w:t>Тільки що вискочили, зайчик як побіг, як побіг, то тільки лапки замелькали! А жабка з мишкою розглядаються, де це вони опинилися та куди їм податися. Жабка й каже до мишки: "Ходім до мене, мишко, будем у мене жити". Та й повела мишку до свого болота.</w:t>
      </w:r>
    </w:p>
    <w:p>
      <w:r>
        <w:br/>
        <w:t>— Ось побачиш,— каже,— як тут гарно! Яке хороше болото!</w:t>
      </w:r>
    </w:p>
    <w:p>
      <w:r>
        <w:br/>
        <w:t>— Е,— каже мишка,— кому гарно, а кому й ні! Тобі гарно, а я до такого не звикла... Бувай здорова!..</w:t>
      </w:r>
    </w:p>
    <w:p>
      <w:r>
        <w:br/>
        <w:t>Та й побігла собі. Бігла, бігла, та аж у село забігла. Там жила вона в козака на току, у клуні, в снопках, жила і в бабиній хижі — у буханчиках дірки прогризла, а тепер, може, і у вас у комірці або в хаті, десь у куточку, в нірці оселилася; як побачите її, то розпитайте, як то воно було з тією пригодою, з рукавичкою...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Дідова рукавичка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