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Дидактичний етюд ii</w:t>
      </w:r>
    </w:p>
    <w:p>
      <w:r>
        <w:br/>
        <w:t xml:space="preserve"> Все-таки непросто&lt;br /&gt;</w:t>
        <w:br/>
        <w:t>зрубати&lt;br /&gt;</w:t>
        <w:br/>
        <w:t>високу і горду смереку.</w:t>
      </w:r>
    </w:p>
    <w:p>
      <w:r>
        <w:br/>
        <w:t>То тільки так здається,&lt;br /&gt;</w:t>
        <w:br/>
        <w:t>бо легко її обняти.</w:t>
      </w:r>
    </w:p>
    <w:p>
      <w:r>
        <w:br/>
        <w:t>То вже й тобі так здається,&lt;br /&gt;</w:t>
        <w:br/>
        <w:t>Але все це не так!</w:t>
      </w:r>
    </w:p>
    <w:p>
      <w:r>
        <w:br/>
        <w:t>Обхопи&lt;br /&gt;</w:t>
        <w:br/>
        <w:t>високу і горду свою смереку,&lt;br /&gt;</w:t>
        <w:br/>
        <w:t>і якщо вже так вийшло,&lt;br /&gt;</w:t>
        <w:br/>
        <w:t>що вона має впасти,&lt;br /&gt;</w:t>
        <w:br/>
        <w:t>зроби це сам.</w:t>
      </w:r>
    </w:p>
    <w:p>
      <w:r>
        <w:br/>
        <w:t>Нікого не підпускай до неї,&lt;br /&gt;</w:t>
        <w:br/>
        <w:t>бо ти все-таки знаєш,&lt;br /&gt;</w:t>
        <w:br/>
        <w:t>як непросто зрубати смереку,&lt;br /&gt;</w:t>
        <w:br/>
        <w:t>точніше, спустити її на землю,&lt;br /&gt;</w:t>
        <w:br/>
        <w:t>бо знає один Бог,&lt;br /&gt;</w:t>
        <w:br/>
        <w:t>куди полетить&lt;br /&gt;</w:t>
        <w:br/>
        <w:t>невміло зрізане дерево,&lt;br /&gt;</w:t>
        <w:br/>
        <w:t>спершу страшно потанцювавши&lt;br /&gt;</w:t>
        <w:br/>
        <w:t>на власному пні,&lt;br /&gt;</w:t>
        <w:br/>
        <w:t>на своєму корінні.</w:t>
      </w:r>
    </w:p>
    <w:p>
      <w:r>
        <w:br/>
        <w:t>І дай Боже,&lt;br /&gt;</w:t>
        <w:br/>
        <w:t>щоб воно нікого не вбило.</w:t>
      </w:r>
    </w:p>
    <w:p>
      <w:r>
        <w:br/>
        <w:t>Отож&lt;br /&gt;</w:t>
        <w:br/>
        <w:t>пригадай,&lt;br /&gt;</w:t>
        <w:br/>
        <w:t>як рубають у горах смереку,&lt;br /&gt;</w:t>
        <w:br/>
        <w:t>наперед вибравши місце,&lt;br /&gt;</w:t>
        <w:br/>
        <w:t>куди вона має впасти.</w:t>
      </w:r>
    </w:p>
    <w:p>
      <w:r>
        <w:br/>
        <w:t>Отож&lt;br /&gt;</w:t>
        <w:br/>
        <w:t>для початку вибери&lt;br /&gt;</w:t>
        <w:br/>
        <w:t>смужку затерплої землі&lt;br /&gt;</w:t>
        <w:br/>
        <w:t>і з того боку&lt;br /&gt;</w:t>
        <w:br/>
        <w:t>зроби надріз і підрубай — на явір.</w:t>
      </w:r>
    </w:p>
    <w:p>
      <w:r>
        <w:br/>
        <w:t>А з другого —&lt;br /&gt;</w:t>
        <w:br/>
        <w:t>з боку провалля,&lt;br /&gt;</w:t>
        <w:br/>
        <w:t>над яким вона стоїть,&lt;br /&gt;</w:t>
        <w:br/>
        <w:t>починай різати.</w:t>
      </w:r>
    </w:p>
    <w:p>
      <w:r>
        <w:br/>
        <w:t>Не бійся,&lt;br /&gt;</w:t>
        <w:br/>
        <w:t>тільки не ріж до кінця,&lt;br /&gt;</w:t>
        <w:br/>
        <w:t>бо тоді не минути смертельного танцю.</w:t>
      </w:r>
    </w:p>
    <w:p>
      <w:r>
        <w:br/>
        <w:t>Чуєш?</w:t>
      </w:r>
    </w:p>
    <w:p>
      <w:r>
        <w:br/>
        <w:t>Трішки живого залиш&lt;br /&gt;</w:t>
        <w:br/>
        <w:t>і нахили її на явір.</w:t>
      </w:r>
    </w:p>
    <w:p>
      <w:r>
        <w:br/>
        <w:t>Потихеньку нахиляй,&lt;br /&gt;</w:t>
        <w:br/>
        <w:t>можеш помогти собі сокирою.</w:t>
      </w:r>
    </w:p>
    <w:p>
      <w:r>
        <w:br/>
        <w:t>Не бійся, вона впаде.&lt;br /&gt;</w:t>
        <w:br/>
        <w:t>Так як годиться.&lt;br /&gt;</w:t>
        <w:br/>
        <w:t>От і все.</w:t>
      </w:r>
    </w:p>
    <w:p>
      <w:r>
        <w:br/>
        <w:t>Тільки прошу:</w:t>
      </w:r>
    </w:p>
    <w:p>
      <w:r>
        <w:br/>
        <w:t>зроби це сам.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Дидактичний етюд ii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