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"Дякую" по-бузьковому</w:t>
      </w:r>
    </w:p>
    <w:p>
      <w:r>
        <w:br/>
        <w:t xml:space="preserve"> &lt;p&gt;Оповідання</w:t>
      </w:r>
    </w:p>
    <w:p>
      <w:r>
        <w:br/>
        <w:t>Дозріло в перепілки жито, а косити нема кому. Перепелові хтось ногу підбив, шкутильгав він. Радить перепілці, щоб летіла вона до бузька на оболоню:</w:t>
      </w:r>
    </w:p>
    <w:p>
      <w:r>
        <w:br/>
        <w:t>— Попроси його, може, викосить, бо, поки нога загоїться, жито осиплеться.</w:t>
      </w:r>
    </w:p>
    <w:p>
      <w:r>
        <w:br/>
        <w:t>Перепілка бере з собою дітей, прилітають вони до бузька. А він саме сіно косить, шапка набакир, точило за поясом.</w:t>
      </w:r>
    </w:p>
    <w:p>
      <w:r>
        <w:br/>
        <w:t>— Хай щастить вам у роботі, господарю!</w:t>
      </w:r>
    </w:p>
    <w:p>
      <w:r>
        <w:br/>
        <w:t>Бузько скинув шапку, вклонився і почав косу мантачити.</w:t>
      </w:r>
    </w:p>
    <w:p>
      <w:r>
        <w:br/>
        <w:t>— Я прийшла просити, щоб ви жито нам викосили. Чоловік мій нездужає, а діти ще малі.</w:t>
      </w:r>
    </w:p>
    <w:p>
      <w:r>
        <w:br/>
        <w:t>Бузько намантачив косу, усміхнувся. Але нічого не каже. Перепілка ще раз просить. Бузько розводить крилами, не розуміє, чого від нього хочуть, бо мови перепілчиної не знає. Догадалася перепілка, в чому річ, на мигах почала пояснювати бузькові. Він покивав головою — згодився.</w:t>
      </w:r>
    </w:p>
    <w:p>
      <w:r>
        <w:br/>
        <w:t>Викосив бузько жито. Тільки як розплатитися з ним? Покликала перепілка Дмитрика.</w:t>
      </w:r>
    </w:p>
    <w:p>
      <w:r>
        <w:br/>
        <w:t>Хлопчик знає пташині мови, дід Іван навчив його розуміти птахів.</w:t>
      </w:r>
    </w:p>
    <w:p>
      <w:r>
        <w:br/>
        <w:t>— Перепілка не знає, скільки заплатити за те, що ви викосили жито,— пояснює Дмитрик бузькові.</w:t>
      </w:r>
    </w:p>
    <w:p>
      <w:r>
        <w:br/>
        <w:t>— А я думав, їй ще щось потрібно допомогти,— дивується бузько.— Я задурно викосив. Досить з мене, що ось оце перепеленя скаже мені "дякую" по-бузьковому. Почало перепеленя вчитися казати "дякую" по-бузьковому. Ніяк не виходить у нього,— то скаже "тякую", то "квакую", мало язика не переломило. Але нарешті голосно й виразно сказало: "Дя-ку-ю! Дякую!"</w:t>
      </w:r>
    </w:p>
    <w:p>
      <w:r>
        <w:br/>
        <w:t>Так тому перепеленяті сподобалося по-бузьковому "дякую", що бузько вже й у небо злетів, а воно йому навздогін:</w:t>
      </w:r>
    </w:p>
    <w:p>
      <w:r>
        <w:br/>
        <w:t>— Дя-ку-ю-ю!</w:t>
      </w:r>
    </w:p>
    <w:p>
      <w:r>
        <w:br/>
        <w:t>Аж Андрійко почув це і прибіг на поле.</w:t>
      </w:r>
    </w:p>
    <w:p>
      <w:r>
        <w:br/>
        <w:t>— Що ти тут робиш? — питається він у Дмитрика.— Хочеш зловити перепела? Я йому вчора ногу підбив, спіймати тепер неважко. Він так смішно скаче на одній нозі.</w:t>
      </w:r>
    </w:p>
    <w:p>
      <w:r>
        <w:br/>
        <w:t>Перепел побачив Андрійка і наказав своїм дітям поховатися.</w:t>
      </w:r>
    </w:p>
    <w:p>
      <w:r>
        <w:br/>
        <w:t>— Не бійтеся, — заспокоював їх Дмитрик. А до Андрійка: — Перепел з тобою не хоче говорити.</w:t>
      </w:r>
    </w:p>
    <w:p>
      <w:r>
        <w:br/>
        <w:t>— Це я з ним не маю про що говорити!</w:t>
      </w:r>
    </w:p>
    <w:p>
      <w:r>
        <w:br/>
        <w:t>— Краще б ти навчився пташиної мови. Коли я говорю з птахами, мені здається, що співаю,— каже Дмитрик.</w:t>
      </w:r>
    </w:p>
    <w:p>
      <w:r>
        <w:br/>
        <w:t>Андрійко пташину мову знав погано, кілька слів, та й то тільки для того, щоб перекривляти їх.</w:t>
      </w:r>
    </w:p>
    <w:p>
      <w:r>
        <w:br/>
        <w:t>З того часу минув день, два. Андрійко не вилазить зі свойого подвір'я. Аж тут прилетів до нього Дмитриків голуб. Сміливий голуб, бо одразу сів Андрійкові на плече. Підняв крило, а там записка. Андрійко відв'язав її. Попросив маму, щоб прочитала йому. Там написано: "Біжи в поле, тато покатає на комбайні. Дмитрик".</w:t>
      </w:r>
    </w:p>
    <w:p>
      <w:r>
        <w:br/>
        <w:t>Побіг Андрійко в поле, а Дмитрик назустріч йому:</w:t>
      </w:r>
    </w:p>
    <w:p>
      <w:r>
        <w:br/>
        <w:t>— Я вже два дні з татом у полі, ночуємо в курені. Бачив перепела, він видужав і не має на тебе зла.</w:t>
      </w:r>
    </w:p>
    <w:p>
      <w:r>
        <w:br/>
        <w:t>— Справді? — Андрійко зачервонівся.</w:t>
      </w:r>
    </w:p>
    <w:p>
      <w:r>
        <w:br/>
        <w:t>Пішли вони назустріч комбайнові. Ідуть коло хати перепілчиної. І раптом хтось як з-під землі:</w:t>
      </w:r>
    </w:p>
    <w:p>
      <w:r>
        <w:br/>
        <w:t>— Дякую! — Не по-бузьковому, а так, як Дмитрик каже, коли йому подарують щось дуже гарне.</w:t>
      </w:r>
    </w:p>
    <w:p>
      <w:r>
        <w:br/>
        <w:t>— На здоров'я! — каже Дмитрик і розглядається: хто 6 це міг бути.— А, перепеленя, це ти!</w:t>
      </w:r>
    </w:p>
    <w:p>
      <w:r>
        <w:br/>
        <w:t>— Ків, ків — я, я, — вигукує воно і, побачивши Андрійка, кидається тікати.</w:t>
      </w:r>
    </w:p>
    <w:p>
      <w:r>
        <w:br/>
        <w:t>— Не тікай, я тобі нічого поганого не зроблю.— Андрійко зупиняється.— Ти не гніваєшся на мене?</w:t>
      </w:r>
    </w:p>
    <w:p>
      <w:r>
        <w:br/>
        <w:t>— Не гнівається,— тлумачить Дмитрик.</w:t>
      </w:r>
    </w:p>
    <w:p>
      <w:r>
        <w:br/>
        <w:t>— Дмитрику, навчи мене розуміти птахів,— просить Андрійко. А перепілка чує це і моргає до Дмитрика: навчи його, навчи...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"Дякую" по-бузьковому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