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Дядько вчитель</w:t>
      </w:r>
    </w:p>
    <w:p>
      <w:r>
        <w:br/>
        <w:t xml:space="preserve"> &lt;p&gt;Це було дуже давно. Хтозна й коли це було.</w:t>
      </w:r>
    </w:p>
    <w:p>
      <w:r>
        <w:br/>
        <w:t>Навіть я вже ледве пригадую його, хоч він навчав мене грамоти коромислом. Що вже казати за тих, яких учив тільки ліщиновим прутом!..</w:t>
      </w:r>
    </w:p>
    <w:p>
      <w:r>
        <w:br/>
        <w:t>Ну, діти, чи завітаєте зі мною в село?</w:t>
      </w:r>
    </w:p>
    <w:p>
      <w:r>
        <w:br/>
        <w:t>Ви ходите до високих шкіл-палаців і жартома можете всього навчитися. А наша школа містилася в сільській, вкритій соломою хатині. Її давно вже нема. Давненько помер і наш старий учитель, що чотири-п'ять років навчав нас писати, читати та рахувати. Клопітна була це робота, діточки!</w:t>
      </w:r>
    </w:p>
    <w:p>
      <w:r>
        <w:br/>
        <w:t>Тоді ще дорого коштувала наука!</w:t>
      </w:r>
    </w:p>
    <w:p>
      <w:r>
        <w:br/>
        <w:t>Ходіть-но і загляньте до нашої школи.</w:t>
      </w:r>
    </w:p>
    <w:p>
      <w:r>
        <w:br/>
        <w:t>* * *</w:t>
      </w:r>
    </w:p>
    <w:p>
      <w:r>
        <w:br/>
        <w:t>Невеличке село. Одна тільки вулиця. Попід могутніми горіхами, акаціями, вербами, яблунями, сливами, морелями принишкли маленькі білобокі хатини.</w:t>
      </w:r>
    </w:p>
    <w:p>
      <w:r>
        <w:br/>
        <w:t>Школу видно здалеку. Вона випнулася аж на середину вулиці. Мабуть, для того, щоб побачив її й той дітвак, що біжить тої школи, як чорт ладану.</w:t>
      </w:r>
    </w:p>
    <w:p>
      <w:r>
        <w:br/>
        <w:t>Кімната дядька вчителя має два вікна. Одне дивиться на північ, друге — на південь. З цього видно один куток села, з того — другий. І дядько вчитель може заглянути геть у кожен двір.</w:t>
      </w:r>
    </w:p>
    <w:p>
      <w:r>
        <w:br/>
        <w:t>Надто легко зазирнути туди, як начепить на ніс старі окуляри. Про ці окуляри він не раз розповідав малюкам, нібито бачить ними крізь стіну. Кажучи так, учитель втуплювався очима в протилежну стіну, де недбалою рукою було виведено велику літеру "А".</w:t>
      </w:r>
    </w:p>
    <w:p>
      <w:r>
        <w:br/>
        <w:t>Бувало, тільки на світ благословиться, а старий вчитель вже сидить між двох вікон і чекає своїх учнів. Ми не приходили до школи в певний час. Тільки-но розвидниться, всі вже мають бути в школі. Хто приходив перший, мав за те яблуко, хто останній — різки.</w:t>
      </w:r>
    </w:p>
    <w:p>
      <w:r>
        <w:br/>
        <w:t>Вулицею треба було йти статечно, бо коли ми з торбинкою, з грифельною табличкою та материним поцілунком на чолі виходили з воріт — одразу потрапляли вчителеві на очі. З-за своїх окулярів він стежив за нами непомітно, наче кобра з-за куща.</w:t>
      </w:r>
    </w:p>
    <w:p>
      <w:r>
        <w:br/>
        <w:t>Лічив на пальцях, виглядаючи з вікна:</w:t>
      </w:r>
    </w:p>
    <w:p>
      <w:r>
        <w:br/>
        <w:t>— Піш-та Фо-рі — ледащо! Розі Мате працює! А в тієї малої жалюгідної Жужі Пап знов гарячка...</w:t>
      </w:r>
    </w:p>
    <w:p>
      <w:r>
        <w:br/>
        <w:t>Початок речення він вимовляв сповага, а кінець — поквапливо. Так обмірковував дядько вчитель, хто з якої причини не прийшов до школи.</w:t>
      </w:r>
    </w:p>
    <w:p>
      <w:r>
        <w:br/>
        <w:t>Нарешті вчитель гукав на свою гарненьку онучку Шарі:</w:t>
      </w:r>
    </w:p>
    <w:p>
      <w:r>
        <w:br/>
        <w:t>— Ша-а-арі! Побіжи лишень на базар! Скажи хлопчакам, нехай кожен повісить собі на рот замок! Бо піду і відшмагаю негідників!..</w:t>
      </w:r>
    </w:p>
    <w:p>
      <w:r>
        <w:br/>
        <w:t>І так було щоранку. Дядько вчитель збирав нас, як квочка курчат.</w:t>
      </w:r>
    </w:p>
    <w:p>
      <w:r>
        <w:br/>
        <w:t>Школа містилася в низькостелій хатині, під очеретяною стріхою. В тих очеретинах було багато меду. Клуню вкривали снопики соломи. Тут водилося безліч горобців.</w:t>
      </w:r>
    </w:p>
    <w:p>
      <w:r>
        <w:br/>
        <w:t>Вже заради цього варто було ходити до школи. Ми вибирали з гнізд горобців і залюбки витягали з стріхи очеретини, аби поласувати медом.</w:t>
      </w:r>
    </w:p>
    <w:p>
      <w:r>
        <w:br/>
        <w:t>Та дядько вчитель сердився за це. Покрівлю на школі лагодила парафія[1], а це означало, що дощ ллявся на горище там, де йому забагалося.</w:t>
      </w:r>
    </w:p>
    <w:p>
      <w:r>
        <w:br/>
        <w:t>Зате в дворі росли дві величезні дикі груші. Дозволялося вилізти на дерево й подерти одяг. Бо це вже наші батьки латали. Випадком можна було навіть упасти з груші й скрутити собі в'язи. Адже ми самі потім видужували.</w:t>
      </w:r>
    </w:p>
    <w:p>
      <w:r>
        <w:br/>
        <w:t>Коли учень дер одіж або вивертав собі ногу й батьки обурювались, дядько вчитель розсудливо відказував:</w:t>
      </w:r>
    </w:p>
    <w:p>
      <w:r>
        <w:br/>
        <w:t>— Так йому, бовдурові, й треба. Чому такий неоковирний? Щоб жити, треба вміти зорі з неба хапати.</w:t>
      </w:r>
    </w:p>
    <w:p>
      <w:r>
        <w:br/>
        <w:t>Дядько вчитель завжди навчав нас, як треба жити.</w:t>
      </w:r>
    </w:p>
    <w:p>
      <w:r>
        <w:br/>
        <w:t>Коли ми прийшли до школи, він напочатку був ласкавий, наче змерзлий ведмідь. Та згодом ні сіло ні впало почав давати ляпаса.</w:t>
      </w:r>
    </w:p>
    <w:p>
      <w:r>
        <w:br/>
        <w:t>Малюк заверещить, заплаче, а дядько вчитель мовчить. Коли ж утихне гамір і час хилиться до полудня, озветься:</w:t>
      </w:r>
    </w:p>
    <w:p>
      <w:r>
        <w:br/>
        <w:t>— Ну, щенятко! Бачиш, як тобі перепало, хоч ти ні в чому не винний. А що буде, коли завиниш? Знаєш що? Я тебе по-ві-шу! За ноги! За провину каратимуть тебе і тоді, коли виростеш. Але тоді вже, замість шарфа, почеплять тобі на шию мотузку.</w:t>
      </w:r>
    </w:p>
    <w:p>
      <w:r>
        <w:br/>
        <w:t>Після цього ми вже не допускалися помилок.</w:t>
      </w:r>
    </w:p>
    <w:p>
      <w:r>
        <w:br/>
        <w:t>* * *</w:t>
      </w:r>
    </w:p>
    <w:p>
      <w:r>
        <w:br/>
        <w:t>До певного часу!..</w:t>
      </w:r>
    </w:p>
    <w:p>
      <w:r>
        <w:br/>
        <w:t>Коли ж хтось таки завинить, то на нього чекали дві кари. Перша — добра прочуханка; друга — просити пробачення.</w:t>
      </w:r>
    </w:p>
    <w:p>
      <w:r>
        <w:br/>
        <w:t>Прочуханку давав сам учитель ліщиновою палицею, на жаль, у більших дозах, аніж було приємно. До того ж учитель вважав: коли дитину бити в одне і те саме місце, то вона швидко звикає до того, і вже їй здається, ніби її не б'ють, а гладять.</w:t>
      </w:r>
    </w:p>
    <w:p>
      <w:r>
        <w:br/>
        <w:t>Потім годилося просити пробачення, себто виголошувати промову, яку треба було знати краще, аніж отченаш. Ось вона:</w:t>
      </w:r>
    </w:p>
    <w:p>
      <w:r>
        <w:br/>
        <w:t>"Покаянно прошу пробачення від улюбленого пана вчителя за те, що я наважився вчинити провину і своєю поганою поведінкою завдав йому прикрості. Скоро мій хороший пан учитель зразковим покаранням настановив мене на добру путь, то я від щирого серця дякую йому і присягаюсь, що ніколи більше не наважуся чинити провину".</w:t>
      </w:r>
    </w:p>
    <w:p>
      <w:r>
        <w:br/>
        <w:t>Ми, звичайно, не дотримували слова.</w:t>
      </w:r>
    </w:p>
    <w:p>
      <w:r>
        <w:br/>
        <w:t>Але дядько вчитель дуже пишався з цієї промови, і хто гарно, чітко проказував її, того нагороджував горіхами.</w:t>
      </w:r>
    </w:p>
    <w:p>
      <w:r>
        <w:br/>
        <w:t>Коли шибеникові Йошці Гажі забаглося горіхів, то доти бешкетував, поки його дядько вчитель не покарав. Тоді Йошка так зворушливо виспівував "пробачення", що дістав за це цілу жменю горіхів.</w:t>
      </w:r>
    </w:p>
    <w:p>
      <w:r>
        <w:br/>
        <w:t>* * *</w:t>
      </w:r>
    </w:p>
    <w:p>
      <w:r>
        <w:br/>
        <w:t>Дядько вчитель не поважав нікого в світі, тільки куратора й попа та ще інспекторів і професорів.</w:t>
      </w:r>
    </w:p>
    <w:p>
      <w:r>
        <w:br/>
        <w:t>Синові куратора він завжди догоджав: ніколи не карав, натомість не раз пригощав червоним яблуком.</w:t>
      </w:r>
    </w:p>
    <w:p>
      <w:r>
        <w:br/>
        <w:t>Не раз той кураторів Лайчі рятував усю школу.</w:t>
      </w:r>
    </w:p>
    <w:p>
      <w:r>
        <w:br/>
        <w:t>Коли на дошці вже було записано багато бешкетників, хлопці вмовляли Лайчі, аби й він щось устругнув. Лайчі був дуже лагідний хлопчина і поводився чемно, але заради нас завжди готовий був на таку самопожертву.</w:t>
      </w:r>
    </w:p>
    <w:p>
      <w:r>
        <w:br/>
        <w:t>Черговий записував на дошку Лайчі, до того ж згори й найбільшими літерами. А на додаток ще й нижче — двічі чи тричі.</w:t>
      </w:r>
    </w:p>
    <w:p>
      <w:r>
        <w:br/>
        <w:t>Тоді в класі знімалася веремія. Та ще яка! Аж на тому кутку села дивом дивувалися люди.</w:t>
      </w:r>
    </w:p>
    <w:p>
      <w:r>
        <w:br/>
        <w:t>Нарешті з палицею в руках у клас вбігав розлючений учитель.</w:t>
      </w:r>
    </w:p>
    <w:p>
      <w:r>
        <w:br/>
        <w:t>— Ну, зараз буде те, чого ніколи не було! — гримів він. — Ану, подивимось, хто тут більш за всіх бешкетував? — і грізно потрясав величезною палицею.</w:t>
      </w:r>
    </w:p>
    <w:p>
      <w:r>
        <w:br/>
        <w:t>А тоді вже читав:</w:t>
      </w:r>
    </w:p>
    <w:p>
      <w:r>
        <w:br/>
        <w:t>— Лайош Коша... Лайош Коша... Лайош Коша... Це кураторів Лайчі...</w:t>
      </w:r>
    </w:p>
    <w:p>
      <w:r>
        <w:br/>
        <w:t>І вчитель скипав од люті. Так вперіщував по парті палицею, ніби з гармати стріляв.</w:t>
      </w:r>
    </w:p>
    <w:p>
      <w:r>
        <w:br/>
        <w:t>— Циганська банда! Серед вас навіть такий баранчик здичавіє. Ну, ходи лишень, синку! Не бійся, не вб'ю тебе через отих шибеників...</w:t>
      </w:r>
    </w:p>
    <w:p>
      <w:r>
        <w:br/>
        <w:t>А шибеники тільки хитро моргали один одному...</w:t>
      </w:r>
    </w:p>
    <w:p>
      <w:r>
        <w:br/>
        <w:t>І любесенько починався урок.</w:t>
      </w:r>
    </w:p>
    <w:p>
      <w:r>
        <w:br/>
        <w:t>Урок! Те навчання!</w:t>
      </w:r>
    </w:p>
    <w:p>
      <w:r>
        <w:br/>
        <w:t>Годинами, днями, місяцями, роками виспівували ми "Золоту абетку":</w:t>
      </w:r>
    </w:p>
    <w:p>
      <w:r>
        <w:br/>
        <w:t>Абизло буні хтоне мавна тебе,</w:t>
      </w:r>
    </w:p>
    <w:p>
      <w:r>
        <w:br/>
        <w:t>Лишедоб рочи нити треба.</w:t>
      </w:r>
    </w:p>
    <w:p>
      <w:r>
        <w:br/>
        <w:t>Ванягазькі наймити</w:t>
      </w:r>
    </w:p>
    <w:p>
      <w:r>
        <w:br/>
        <w:t>Мають душу, якіти.</w:t>
      </w:r>
    </w:p>
    <w:p>
      <w:r>
        <w:br/>
        <w:t>(Хто второпає, що означає ця "китайська" грамота, той дістане морелю. А ми її у свій час не тямили!)</w:t>
      </w:r>
    </w:p>
    <w:p>
      <w:r>
        <w:br/>
        <w:t>Які довгі ці золоті правила! Можна їх півдня співати. До того ж вони мають чудову мелодію!..</w:t>
      </w:r>
    </w:p>
    <w:p>
      <w:r>
        <w:br/>
        <w:t>Я знаю тільки одну пісню, що довша й мелодійніша,— таблицю множення. За чотири-п'ять років ми співали її щодня протягом чотирьох-п'яти годин. То й засвоїли міцно. Коли хтось запитував, скільки дорівнює сім раз по вісім,— ми починали сьомий куплет пісні, а саме:</w:t>
      </w:r>
    </w:p>
    <w:p>
      <w:r>
        <w:br/>
        <w:t>Сім раз один дорівнює сім,</w:t>
      </w:r>
    </w:p>
    <w:p>
      <w:r>
        <w:br/>
        <w:t>Сім раз два дорівнює чотирнадцять,</w:t>
      </w:r>
    </w:p>
    <w:p>
      <w:r>
        <w:br/>
        <w:t>Сім раз три дорівнює двадцять один...</w:t>
      </w:r>
    </w:p>
    <w:p>
      <w:r>
        <w:br/>
        <w:t>Коли ж отак доходили до восьмого рядка, то нарешті дізнавалися, що:</w:t>
      </w:r>
    </w:p>
    <w:p>
      <w:r>
        <w:br/>
        <w:t>Сім раз вісім дорівнює п'ятдесят шість!</w:t>
      </w:r>
    </w:p>
    <w:p>
      <w:r>
        <w:br/>
        <w:t>* * *</w:t>
      </w:r>
    </w:p>
    <w:p>
      <w:r>
        <w:br/>
        <w:t>І досі дивуюся, як міг хтось у школі дядька вчителя навчитися читати.</w:t>
      </w:r>
    </w:p>
    <w:p>
      <w:r>
        <w:br/>
        <w:t>Мені було легко, бо мене вчила мати.</w:t>
      </w:r>
    </w:p>
    <w:p>
      <w:r>
        <w:br/>
        <w:t>А в дядька вчителя був такий метод: він розподіляв малечу між старшими учнями, і ті щодня мали навчити їх одної літери. Назавтра навчання з малим провадив вже якийсь інший старший хлопець.</w:t>
      </w:r>
    </w:p>
    <w:p>
      <w:r>
        <w:br/>
        <w:t>Я працював на ниві народної освіти, починаючи з першого класу. Уже тоді дядько вчитель доручив мені вчити мого сусіда — сина пастуха. Ніколи не забуду його замурзане лице, облите слізьми. Пальці в хлопця були, наче грифель, негнучкі й такі ж чорні. Я брав його руку в свою і ледве-ледве виводив нею літеру.</w:t>
      </w:r>
    </w:p>
    <w:p>
      <w:r>
        <w:br/>
        <w:t>Ой Палку, Палку! Ти зараз, мабуть, пасеш десь за Тисою свиней. Чи ти вже вмієш писати букву "і"? Навіщо це тобі, правда? Адже ти діло своє добре знаєш, і в селі всі тебе поважають. Коли товщим кінцем костура, що його завжди носиш при собі, зробиш велике "А", твій наказ добре розуміють усі твої підлеглі — від старого кнура аж до малого поросяти...</w:t>
      </w:r>
    </w:p>
    <w:p>
      <w:r>
        <w:br/>
        <w:t>* * *</w:t>
      </w:r>
    </w:p>
    <w:p>
      <w:r>
        <w:br/>
        <w:t>Отак ми вчилися. Дядькові вчителеві довелося самому навчати одне тільки покоління. Відтоді ця його праця була щедро винагороджена. Письменні діти під його мудрим наглядом учили неписьменних — виховували з них подібних до себе розумних людей.</w:t>
      </w:r>
    </w:p>
    <w:p>
      <w:r>
        <w:br/>
        <w:t>Подеколи дядько розказував нам щось. Правда, не так нудно, як у підручнику.</w:t>
      </w:r>
    </w:p>
    <w:p>
      <w:r>
        <w:br/>
        <w:t>Нема такої цікавої казки, як вчителеве пояснення.</w:t>
      </w:r>
    </w:p>
    <w:p>
      <w:r>
        <w:br/>
        <w:t>Ось послухайте, як він розповідав про відкриття Америки.</w:t>
      </w:r>
    </w:p>
    <w:p>
      <w:r>
        <w:br/>
        <w:t>— Тихо, діти! Десь-не-десь була собі країна, що називалася Іспанія. У тій країні жив собі бідний чоловік, на ймення Кріштоф Коломпош[2]. Коли ще він був малий, дуже любив пускати на воду човники. Як ішов дощ, він виходив на вулицю і бродив по калюжах з паперовими човниками. Не раз перепадало йому за це від матері.</w:t>
      </w:r>
    </w:p>
    <w:p>
      <w:r>
        <w:br/>
        <w:t>Але ж малюк виріс, вибився в люди. Як і раніше, він любив кораблі. І одного разу заманулося йому відкрити Америку.</w:t>
      </w:r>
    </w:p>
    <w:p>
      <w:r>
        <w:br/>
        <w:t>Ось як! Та коли б він не був бідний, як руда миша. Але ж був. Не мав корабля.</w:t>
      </w:r>
    </w:p>
    <w:p>
      <w:r>
        <w:br/>
        <w:t>Не біда. Поміркував трохи і подався до короля.</w:t>
      </w:r>
    </w:p>
    <w:p>
      <w:r>
        <w:br/>
        <w:t>— Пресвітлий королю, хоч загину, хоч житиму, а кортить відкрити Америку. Та не маю корабля. Пішки через океан мені не пройти.</w:t>
      </w:r>
    </w:p>
    <w:p>
      <w:r>
        <w:br/>
        <w:t>— Коли тобі потрібно лише це,— мовив король, — то не журися. Буде корабель. Скільки треба?</w:t>
      </w:r>
    </w:p>
    <w:p>
      <w:r>
        <w:br/>
        <w:t>— Бодай три, пане королю, бо дорога далека, треба й харчів узяти з собою.</w:t>
      </w:r>
    </w:p>
    <w:p>
      <w:r>
        <w:br/>
        <w:t>І король дав йому три кораблі. Навантажили їх штучними коралями, аби було чим обдарувати дикунів. І гармату висадили на корабель, щоб нею лякати червоношкірих.</w:t>
      </w:r>
    </w:p>
    <w:p>
      <w:r>
        <w:br/>
        <w:t>Ну гаразд. Вирушили. Пливли та й пливли, ніде не зупинялися аж чотири місяці. І якось надвечір побачили землю.</w:t>
      </w:r>
    </w:p>
    <w:p>
      <w:r>
        <w:br/>
        <w:t>— Тут заночуємо, — сказав Коломпош, — а вранці висядемо на берег.</w:t>
      </w:r>
    </w:p>
    <w:p>
      <w:r>
        <w:br/>
        <w:t>Так і сталося.</w:t>
      </w:r>
    </w:p>
    <w:p>
      <w:r>
        <w:br/>
        <w:t>На березі червоношкірий чоловік байдики бив. Озвався до нього Коломпош:</w:t>
      </w:r>
    </w:p>
    <w:p>
      <w:r>
        <w:br/>
        <w:t>— Доброго здоров'я, батечку! Скажіть, це не Америка?</w:t>
      </w:r>
    </w:p>
    <w:p>
      <w:r>
        <w:br/>
        <w:t>— Так, вона. Чого б не вона, коли вона. Ачей ви Коломпош?</w:t>
      </w:r>
    </w:p>
    <w:p>
      <w:r>
        <w:br/>
        <w:t>— Авжеж!</w:t>
      </w:r>
    </w:p>
    <w:p>
      <w:r>
        <w:br/>
        <w:t>— Овва. Тоді ми, виходить, відкриті.</w:t>
      </w:r>
    </w:p>
    <w:p>
      <w:r>
        <w:br/>
        <w:t>* * *</w:t>
      </w:r>
    </w:p>
    <w:p>
      <w:r>
        <w:br/>
        <w:t>Цитьте, діти!</w:t>
      </w:r>
    </w:p>
    <w:p>
      <w:r>
        <w:br/>
        <w:t>Не смійтеся з мого вчителя.</w:t>
      </w:r>
    </w:p>
    <w:p>
      <w:r>
        <w:br/>
        <w:t>Він був добрий собі чоловік, хоча й не вчив</w:t>
      </w:r>
    </w:p>
    <w:p>
      <w:r>
        <w:br/>
        <w:t>нас математики, геометрії та іншого. Однак ми дуже любили і його, і школу. Він вивчив нас пісень, молитов, навчив нас бути людяними, чесними, навчив нас любити батьківщину...</w:t>
      </w:r>
    </w:p>
    <w:p>
      <w:r>
        <w:br/>
        <w:t>Майже шістдесят років учив він наше село.</w:t>
      </w:r>
    </w:p>
    <w:p>
      <w:r>
        <w:br/>
        <w:t>Коли ми ховали його, в цілому селі був тільки один-однісінький старий дід, який учився в іншого вчителя. Та навіть і дід той плакав за ним; славний наш дядько вчитель наставляв на добру путь шістьох його синів та багатьох онуків.</w:t>
      </w:r>
    </w:p>
    <w:p>
      <w:r>
        <w:br/>
        <w:t>[1] Парафія — релігійна громада.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Дядько вчитель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