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Дядечко Цок</w:t>
      </w:r>
    </w:p>
    <w:p>
      <w:r>
        <w:br/>
        <w:t xml:space="preserve"> &lt;p&gt;Приніс тато додому отакенну коробку, а Наталочка питає:</w:t>
      </w:r>
    </w:p>
    <w:p>
      <w:r>
        <w:br/>
        <w:t>— Що це?</w:t>
      </w:r>
    </w:p>
    <w:p>
      <w:r>
        <w:br/>
        <w:t>Тато загадково усміхнувся й каже:</w:t>
      </w:r>
    </w:p>
    <w:p>
      <w:r>
        <w:br/>
        <w:t>— Тут дядечко Цок живе.</w:t>
      </w:r>
    </w:p>
    <w:p>
      <w:r>
        <w:br/>
        <w:t>Розкрив він коробку, а там і справді — розмальована хатка. На передній стінці в неї — кружок із цифрами та дві стрілочки, одна більша, друга менша.</w:t>
      </w:r>
    </w:p>
    <w:p>
      <w:r>
        <w:br/>
        <w:t>Наталочка припала до хатки вухом, прислухалась, але нічогісінько не почула.</w:t>
      </w:r>
    </w:p>
    <w:p>
      <w:r>
        <w:br/>
        <w:t>— Мабуть, дядечко Цок спить,— прошепотіла вона.</w:t>
      </w:r>
    </w:p>
    <w:p>
      <w:r>
        <w:br/>
        <w:t>— А от ми зараз дізнаємося,— підморгнув тато.— Дядечко Цок — невтомний трудівник, він ніколи не дрімає!</w:t>
      </w:r>
    </w:p>
    <w:p>
      <w:r>
        <w:br/>
        <w:t>Прилаштував тато хатку на стіні, підтягнув гирі на ланцюжку, гойднув маятник — і в хатці весело зацокало.</w:t>
      </w:r>
    </w:p>
    <w:p>
      <w:r>
        <w:br/>
        <w:t>— Ой, як гарно! — сплеснула долоньками Наталочка.— А чи відчиняється оте віконце?</w:t>
      </w:r>
    </w:p>
    <w:p>
      <w:r>
        <w:br/>
        <w:t>— Звичайно. Сюди дядечко Цок випускає погуляти свою зозульку, і вона кує діткам на щастя, на довгі літа...</w:t>
      </w:r>
    </w:p>
    <w:p>
      <w:r>
        <w:br/>
        <w:t>Тепер щоранку, тільки-но Наталочка зачує зозульчине "ку-ку", вмить схоплюється з постелі і швиденько починає збиратися в дитсадочок.</w:t>
      </w:r>
    </w:p>
    <w:p>
      <w:r>
        <w:br/>
        <w:t>— Дякую, дядечку Цок! — гукає вона.</w:t>
      </w:r>
    </w:p>
    <w:p>
      <w:r>
        <w:br/>
        <w:t>Зозульку у віконці Наталочка вже багато разів бачила, а от самого дядечка Цока підстерегти ніяк не вдається. І що він там робить у своїй хатці?</w:t>
      </w:r>
    </w:p>
    <w:p>
      <w:r>
        <w:br/>
        <w:t>— Дядечку Цок! — гукає Наталочка.— Хоч раз визирніть!</w:t>
      </w:r>
    </w:p>
    <w:p>
      <w:r>
        <w:br/>
        <w:t>Та з хатки тільки й чути: цок-цоки-цок...</w:t>
      </w:r>
    </w:p>
    <w:p>
      <w:r>
        <w:br/>
        <w:t>Працює дядечко, ніколи йому, він час відлічує.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Дядечко Цок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