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Дезертир</w:t>
      </w:r>
    </w:p>
    <w:p>
      <w:r>
        <w:br/>
        <w:t xml:space="preserve"> &lt;blockquote&gt;&lt;br /&gt;</w:t>
        <w:br/>
        <w:t>Не дай, Боже, в чужім краю&lt;br /&gt;</w:t>
        <w:br/>
        <w:t>згинуть у неволі...&lt;br /&gt;</w:t>
        <w:br/>
        <w:t>Шевченко&lt;/blockquote&gt;</w:t>
      </w:r>
    </w:p>
    <w:p>
      <w:r>
        <w:br/>
        <w:t>Гей, на північній чорній чужині&lt;br /&gt;</w:t>
        <w:br/>
        <w:t>зима снігами землю покриває,&lt;br /&gt;</w:t>
        <w:br/>
        <w:t>гнуться вітами ліси до рік&lt;br /&gt;</w:t>
        <w:br/>
        <w:t>від ваги великої снігів,&lt;br /&gt;</w:t>
        <w:br/>
        <w:t>що на сосни та дуби лягає...</w:t>
      </w:r>
    </w:p>
    <w:p>
      <w:r>
        <w:br/>
        <w:t>Сніги летять і порошать&lt;br /&gt;</w:t>
        <w:br/>
        <w:t>все по рязанському шляху&lt;br /&gt;</w:t>
        <w:br/>
        <w:t>й поміж ровами путь пушать&lt;br /&gt;</w:t>
        <w:br/>
        <w:t>ото Діброві-козаку&lt;br /&gt;</w:t>
        <w:br/>
        <w:t>на далеку Україну,&lt;br /&gt;</w:t>
        <w:br/>
        <w:t>на Славутицю ріку.</w:t>
      </w:r>
    </w:p>
    <w:p>
      <w:r>
        <w:br/>
        <w:t>А бір шумить, вирує бір,&lt;br /&gt;</w:t>
        <w:br/>
        <w:t>тріщать гілляки і верхи...&lt;br /&gt;</w:t>
        <w:br/>
        <w:t>Утікши з армії рабів,&lt;br /&gt;</w:t>
        <w:br/>
        <w:t>Діброва розгубив шляхи.&lt;br /&gt;</w:t>
        <w:br/>
        <w:t>Вже третій день схилився в глід&lt;br /&gt;</w:t>
        <w:br/>
        <w:t>на березі ріки-Оки...&lt;br /&gt;</w:t>
        <w:br/>
        <w:t>В онучах ноги, без чобіт,&lt;br /&gt;</w:t>
        <w:br/>
        <w:t>і лізуть лікті у дірки.&lt;br /&gt;</w:t>
        <w:br/>
        <w:t>А бір шумить, вирує бір,&lt;br /&gt;</w:t>
        <w:br/>
        <w:t>з морозу лускає ріка,&lt;br /&gt;</w:t>
        <w:br/>
        <w:t>і йде снігами сірий звір&lt;br /&gt;</w:t>
        <w:br/>
        <w:t>і сумно виє по балках.</w:t>
      </w:r>
    </w:p>
    <w:p>
      <w:r>
        <w:br/>
        <w:t>Кінець Діброва бачить свій&lt;br /&gt;</w:t>
        <w:br/>
        <w:t>і вовкові казати став:&lt;br /&gt;</w:t>
        <w:br/>
        <w:t>"І ти шукаєш, брате мій,&lt;br /&gt;</w:t>
        <w:br/>
        <w:t>у полі смерти без хреста?&lt;br /&gt;</w:t>
        <w:br/>
        <w:t>І я не бачитиму днів,&lt;br /&gt;</w:t>
        <w:br/>
        <w:t>що колосками б'ють у степ,&lt;br /&gt;</w:t>
        <w:br/>
        <w:t>й не наберу води з морів&lt;br /&gt;</w:t>
        <w:br/>
        <w:t>у спеку бризнути на серп...</w:t>
      </w:r>
    </w:p>
    <w:p>
      <w:r>
        <w:br/>
        <w:t>Мій односелець нам писав,&lt;br /&gt;</w:t>
        <w:br/>
        <w:t>що села там і дим, і прах —&lt;br /&gt;</w:t>
        <w:br/>
        <w:t>і ніч я вітром загнуздав&lt;br /&gt;</w:t>
        <w:br/>
        <w:t>і мчав із муштри до Дніпра.&lt;br /&gt;</w:t>
        <w:br/>
        <w:t>Шляхи ж московські та низи&lt;br /&gt;</w:t>
        <w:br/>
        <w:t>мені поплутали стежки.&lt;br /&gt;</w:t>
        <w:br/>
        <w:t>Умру, то ти мене згризи,&lt;br /&gt;</w:t>
        <w:br/>
        <w:t>та т^т не кинь мої кістки:&lt;br /&gt;</w:t>
        <w:br/>
        <w:t>на щелепи візьми їх ти&lt;br /&gt;</w:t>
        <w:br/>
        <w:t>та й волочи їх не в траву&lt;br /&gt;</w:t>
        <w:br/>
        <w:t>а на Славутицю пусти,&lt;br /&gt;</w:t>
        <w:br/>
        <w:t>і я на той світ попливу" ...</w:t>
      </w:r>
    </w:p>
    <w:p>
      <w:r>
        <w:br/>
        <w:t>І вовк завив, повіяв жах&lt;br /&gt;</w:t>
        <w:br/>
        <w:t>на людську мову, на таку,&lt;br /&gt;</w:t>
        <w:br/>
        <w:t>а сонце, ставши на лісах,&lt;br /&gt;</w:t>
        <w:br/>
        <w:t>схилило світло на Оку.&lt;br /&gt;</w:t>
        <w:br/>
        <w:t>А бір шумів, ламався бір,&lt;br /&gt;</w:t>
        <w:br/>
        <w:t>гули гілляки і сніги,&lt;br /&gt;</w:t>
        <w:br/>
        <w:t>людина ж мовила в простір&lt;br /&gt;</w:t>
        <w:br/>
        <w:t>уже з останньої снаги:&lt;br /&gt;</w:t>
        <w:br/>
        <w:t>"Гей, будь голубкою з-за хмар&lt;br /&gt;</w:t>
        <w:br/>
        <w:t>ти, Україно, на ріллі,&lt;br /&gt;</w:t>
        <w:br/>
        <w:t>що котить кров свою, мов жар,&lt;br /&gt;</w:t>
        <w:br/>
        <w:t>із серця, по важкім крилі&lt;br /&gt;</w:t>
        <w:br/>
        <w:t>за голуб'ят, що десь роти&lt;br /&gt;</w:t>
        <w:br/>
        <w:t>ворушать в клуні між кроков,&lt;br /&gt;</w:t>
        <w:br/>
        <w:t>аж доки заворкуєш ти&lt;br /&gt;</w:t>
        <w:br/>
        <w:t>про чисте зерно та любов ...&lt;br /&gt;</w:t>
        <w:br/>
        <w:t>І будь орлицею в лісах,&lt;br /&gt;</w:t>
        <w:br/>
        <w:t>неначе марища замчищ,&lt;br /&gt;</w:t>
        <w:br/>
        <w:t>що до гнізда несе крізь жах&lt;br /&gt;</w:t>
        <w:br/>
        <w:t>орлятам їжу з бойовищ...&lt;br /&gt;</w:t>
        <w:br/>
        <w:t>І нам лисицею ти будь,&lt;br /&gt;</w:t>
        <w:br/>
        <w:t>що пробіга за ніч краї&lt;br /&gt;</w:t>
        <w:br/>
        <w:t>і роси струшує на путь,&lt;br /&gt;</w:t>
        <w:br/>
        <w:t>сліди стираючи свої,&lt;br /&gt;</w:t>
        <w:br/>
        <w:t>а вранці до щенят гребе&lt;br /&gt;</w:t>
        <w:br/>
        <w:t>в глибоку нору під дупло&lt;br /&gt;</w:t>
        <w:br/>
        <w:t>і ссати віддає себе&lt;br /&gt;</w:t>
        <w:br/>
        <w:t>і кров добуту і тепло" ...&lt;br /&gt;</w:t>
        <w:br/>
        <w:t>Голодний звір не вив тепер,&lt;br /&gt;</w:t>
        <w:br/>
        <w:t>бо впало сонце на ріку,&lt;br /&gt;</w:t>
        <w:br/>
        <w:t>і козакові розідер&lt;br /&gt;</w:t>
        <w:br/>
        <w:t>хижак шинелю нетривку&lt;br /&gt;</w:t>
        <w:br/>
        <w:t>і аж до ночі ребра гриз,&lt;br /&gt;</w:t>
        <w:br/>
        <w:t>ламаючи в зубах громи,&lt;br /&gt;</w:t>
        <w:br/>
        <w:t>а вітер в степ із ліса вис,&lt;br /&gt;</w:t>
        <w:br/>
        <w:t>мов прапори над трунами...&lt;br /&gt;</w:t>
        <w:br/>
        <w:t>Впівночі ж вовк, як вогнеліт,&lt;br /&gt;</w:t>
        <w:br/>
        <w:t>з кістками до Дніпра летів,&lt;br /&gt;</w:t>
        <w:br/>
        <w:t>зриваючи холодний слід&lt;br /&gt;</w:t>
        <w:br/>
        <w:t>і тумани страшних снігів,&lt;br /&gt;</w:t>
        <w:br/>
        <w:t>а вітер плакав на слідах,&lt;br /&gt;</w:t>
        <w:br/>
        <w:t>що зорі й сонце світять нам&lt;br /&gt;</w:t>
        <w:br/>
        <w:t>лише на рідних берегах,&lt;br /&gt;</w:t>
        <w:br/>
        <w:t>про що відомо і вовкам...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Дезертир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