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Девоншірська дівчина</w:t>
      </w:r>
    </w:p>
    <w:p>
      <w:r>
        <w:br/>
        <w:t xml:space="preserve"> 1</w:t>
      </w:r>
    </w:p>
    <w:p>
      <w:r>
        <w:br/>
        <w:t>Куди ти зібралась, красуне моя,&lt;br /&gt;</w:t>
        <w:br/>
        <w:t>Із чим у руці плетениця?&lt;br /&gt;</w:t>
        <w:br/>
        <w:t>О феє доярні, які в тебе гарні&lt;br /&gt;</w:t>
        <w:br/>
        <w:t>Вершечки! О, дай же напиться!</w:t>
      </w:r>
    </w:p>
    <w:p>
      <w:r>
        <w:br/>
        <w:t>2</w:t>
      </w:r>
    </w:p>
    <w:p>
      <w:r>
        <w:br/>
        <w:t>Люблю я твій луг, і квіти твої,&lt;br /&gt;</w:t>
        <w:br/>
        <w:t>I гулянки біля діброви:&lt;br /&gt;</w:t>
        <w:br/>
        <w:t>Уста ж твої свіжі мені найлюбіші!&lt;br /&gt;</w:t>
        <w:br/>
        <w:t>О, годі хмурити брови!</w:t>
      </w:r>
    </w:p>
    <w:p>
      <w:r>
        <w:br/>
        <w:t>3</w:t>
      </w:r>
    </w:p>
    <w:p>
      <w:r>
        <w:br/>
        <w:t>Люблю я ці гори, й долини люблю,&lt;br /&gt;</w:t>
        <w:br/>
        <w:t>I вівці, що в полі пасуться.&lt;br /&gt;</w:t>
        <w:br/>
        <w:t>Як любо на паші слухать, як наші&lt;br /&gt;</w:t>
        <w:br/>
        <w:t>Два серця так близько б'ються!</w:t>
      </w:r>
    </w:p>
    <w:p>
      <w:r>
        <w:br/>
        <w:t>4</w:t>
      </w:r>
    </w:p>
    <w:p>
      <w:r>
        <w:br/>
        <w:t>Я шаль на вербове повішу гілля,&lt;br /&gt;</w:t>
        <w:br/>
        <w:t>Твій кошик одсуну до скелі —&lt;br /&gt;</w:t>
        <w:br/>
        <w:t>I будем до нічки стокроткам у вічки&lt;br /&gt;</w:t>
        <w:br/>
        <w:t>Зітхать на зеленій постелі.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Девоншірська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