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Дев'ята симфонія</w:t>
      </w:r>
    </w:p>
    <w:p>
      <w:r>
        <w:br/>
        <w:t xml:space="preserve"> &lt;p&gt;Немов так і бачу його: з буйним розвіяним волоссям, з лицем, палаючим гарячкою, з очима, вдивленими в тем-неє небо, серед бурі грізної, блискавок, громів, що кидають столітні дуби, мов слабу солому на землю, іде він самотний. І не перестрахає його шаління могутнього живла. Він і сам — як демон 1 шаліючої тієї стихії. Не знайде супокою і тому так невтомимо гонить по лісах, гаях і левадах довкола пишного Відня.</w:t>
      </w:r>
    </w:p>
    <w:p>
      <w:r>
        <w:br/>
        <w:t>Травить його, мучить його гарячка творчості!..</w:t>
      </w:r>
    </w:p>
    <w:p>
      <w:r>
        <w:br/>
        <w:t>А потому спішить до гамірного міста, до спокійної затишної кімнати десь на третьому поверсі, до кімнати, яку винайшли йому добрі приятелі, засідає до фортепіано і серед бурливої ночі грає довго-довго.</w:t>
      </w:r>
    </w:p>
    <w:p>
      <w:r>
        <w:br/>
        <w:t>З завиваючим погуком і зойком бурі, що увихається навоздушними скоками понад верхи святинь і палат наддунайської "Віндобони 2 смутних", зливається могутня музика хмарного генія. Під сильними ударами у клавіші мало не розсиплеться фортепіано. Могутні, голосні, серцеполо-няючі і потрясаючі серцем акорди летять крізь відчинене вікно на стрічу ордам чорних, тяжких, суворих хмар.</w:t>
      </w:r>
    </w:p>
    <w:p>
      <w:r>
        <w:br/>
        <w:t>Очі хмарного генія композитора вдивлені у клавіші фор-тепіана. На лиці його праця думки — душі, що творить. Так неначе і видно, що не слухом він мірить могутню мову і величаву красу своєї пісні, не слухом, а і душею...</w:t>
      </w:r>
    </w:p>
    <w:p>
      <w:r>
        <w:br/>
        <w:t>У нього немає слуху, це глухий творець пісні над піснями, це — Бетховен *!</w:t>
      </w:r>
    </w:p>
    <w:p>
      <w:r>
        <w:br/>
        <w:t>А та пісня, виспівана душею, це безсмертна Дев'ята симфонія *...</w:t>
      </w:r>
    </w:p>
    <w:p>
      <w:r>
        <w:br/>
        <w:t>* * *</w:t>
      </w:r>
    </w:p>
    <w:p>
      <w:r>
        <w:br/>
        <w:t>Утіха в наші серця завітала, взяла нас за руки і повела на свої святі оболоня. Загальна спільна радість зиполола з нашого поля бур'ян ненависті і зависті, гніву і зобиди, ввела нас у свою божеську святиню невинності і чистоти серця.</w:t>
      </w:r>
    </w:p>
    <w:p>
      <w:r>
        <w:br/>
        <w:t>Як любо, як солодко жити на світі! Обніміться, міліони, Най цілуєсь мир цілий! Люди всі братами стануть На твій поклик чарівний!5</w:t>
      </w:r>
    </w:p>
    <w:p>
      <w:r>
        <w:br/>
        <w:t>На твій поклик, велика, свята, загальна радосте, братами стануть!?</w:t>
      </w:r>
    </w:p>
    <w:p>
      <w:r>
        <w:br/>
        <w:t>То вони ще й не брати були дотепер, а чужі собі?</w:t>
      </w:r>
    </w:p>
    <w:p>
      <w:r>
        <w:br/>
        <w:t>А великі кличі білих пророків побратання й любові розплилися як гомін по широкому світу?</w:t>
      </w:r>
    </w:p>
    <w:p>
      <w:r>
        <w:br/>
        <w:t>Обніміться, міліони! — кличе могутнім звуком симфонія і на зворотних її крилах пливуть-налітають, немов тихі мари, якісь постаті величні, божеські...</w:t>
      </w:r>
    </w:p>
    <w:p>
      <w:r>
        <w:br/>
        <w:t>Конфуцій 6, Будда 7, Христос...</w:t>
      </w:r>
    </w:p>
    <w:p>
      <w:r>
        <w:br/>
        <w:t>Вони ж кликали: обніміться, міліони!</w:t>
      </w:r>
    </w:p>
    <w:p>
      <w:r>
        <w:br/>
        <w:t>Вони дивляться сумно-жалібно на людей, на світ, якому послали тиху, чаруючу Радість. Але світ її не хотів приняти і сотворив собі свою Радість грішну, оплямлену взаємною кров'ю.</w:t>
      </w:r>
    </w:p>
    <w:p>
      <w:r>
        <w:br/>
        <w:t>Вона ходить в плащі з дрижучих, закривавлених сердець. Вона ступає на сп'янілих мозках міліонів. Вона напувається чарою, сповненою нужденним існуванням бездушних мас. Вона — одна велика оргія на стипі ** брата... А над нею гомонить звуком чарівного срібного дзвону могутня симфонія — кличе:</w:t>
      </w:r>
    </w:p>
    <w:p>
      <w:r>
        <w:br/>
        <w:t>Обніміться, міліони. Най цілуєсь мир цілий!..</w:t>
      </w:r>
    </w:p>
    <w:p>
      <w:r>
        <w:br/>
        <w:t>* Людвік Бетховен зложив свою славнозвісну Дев'яту симфонію, бувши цілковито глухим в році 1822. Чув її не вухом, а душею. Славний Ріхард Вагнер 4, почувши її, став музиком. ** Тризна, поминки (польськ.).— Ред.</w:t>
      </w:r>
    </w:p>
    <w:p>
      <w:r>
        <w:br/>
        <w:t>* * *</w:t>
      </w:r>
    </w:p>
    <w:p>
      <w:r>
        <w:br/>
        <w:t>Христос зійшов ізнову межи людей і плаче.</w:t>
      </w:r>
    </w:p>
    <w:p>
      <w:r>
        <w:br/>
        <w:t>Плаче сльозами пісень геніальних творців, сльозами-каскадами симфоній. Плаче, накликає...</w:t>
      </w:r>
    </w:p>
    <w:p>
      <w:r>
        <w:br/>
        <w:t>Міліони даються поривати звукові. Та не змістові...</w:t>
      </w:r>
    </w:p>
    <w:p>
      <w:r>
        <w:br/>
        <w:t>Звук вони чують, змісту не розуміють. Не слухають душами.</w:t>
      </w:r>
    </w:p>
    <w:p>
      <w:r>
        <w:br/>
        <w:t>Душі в них глухі.</w:t>
      </w:r>
    </w:p>
    <w:p>
      <w:r>
        <w:br/>
        <w:t>А ти, великий Бетховене, чув, слухав душею... Коли вони так почують?</w:t>
      </w:r>
    </w:p>
    <w:p>
      <w:r>
        <w:br/>
        <w:t>Люди всі тоді братами стануть. Коли? Чи далеко той час?</w:t>
      </w:r>
    </w:p>
    <w:p>
      <w:r>
        <w:br/>
        <w:t>Коли сповниться заповітний голос великої Дев'ятої симфонії?</w:t>
      </w:r>
    </w:p>
    <w:p>
      <w:r>
        <w:br/>
        <w:t>Чернівці, 27. XI 1903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Дев'ята симфонія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