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перекладів з поезії Гейне</w:t>
      </w:r>
    </w:p>
    <w:p>
      <w:r>
        <w:br/>
        <w:t xml:space="preserve"> І. Lebensafahrt&lt;br /&gt;</w:t>
        <w:br/>
        <w:t>І співи і сміхи, і сонечко сяє,&lt;br /&gt;</w:t>
        <w:br/>
        <w:t>І хвиля блискуча наш човен гойдає;&lt;br /&gt;</w:t>
        <w:br/>
        <w:t>Сиджу я між друзів, скрізь очі ясні —&lt;br /&gt;</w:t>
        <w:br/>
        <w:t>І весело в серці і легко мені!&lt;br /&gt;</w:t>
        <w:br/>
        <w:t>Розбило наш човен на дріб'язки море,&lt;br /&gt;</w:t>
        <w:br/>
        <w:t>Не виплили друзі із виру на горе:&lt;br /&gt;</w:t>
        <w:br/>
        <w:t>Вони потонули в вітчизні своїй —&lt;br /&gt;</w:t>
        <w:br/>
        <w:t>Мене кинув борвій на берег чужий.&lt;br /&gt;</w:t>
        <w:br/>
        <w:t>Знайшов я там човен ще кращий, пишніший,&lt;br /&gt;</w:t>
        <w:br/>
        <w:t>В нім нове заласся і спів чарівніший,&lt;br /&gt;</w:t>
        <w:br/>
        <w:t>І хвилі чужії гойдають щомить...&lt;br /&gt;</w:t>
        <w:br/>
        <w:t>Як край мій далеко! Як серце щемить!&lt;br /&gt;</w:t>
        <w:br/>
        <w:t>І регіт лунає і стогнуть снастини,&lt;br /&gt;</w:t>
        <w:br/>
        <w:t>І вітер суворий рида щохвилини;&lt;br /&gt;</w:t>
        <w:br/>
        <w:t>Остатню зорю вже затемріло вкрай...&lt;br /&gt;</w:t>
        <w:br/>
        <w:t>Як тяжко на серці! Далеко мій край!..</w:t>
      </w:r>
    </w:p>
    <w:p>
      <w:r>
        <w:br/>
        <w:t>II&lt;br /&gt;</w:t>
        <w:br/>
        <w:t>Отроєні пісні мої.&lt;br /&gt;</w:t>
        <w:br/>
        <w:t>Чи ж може інакше то бути?&lt;br /&gt;</w:t>
        <w:br/>
        <w:t>В моє пишноквітне життя&lt;br /&gt;</w:t>
        <w:br/>
        <w:t>Влила ти чимало отрути.&lt;br /&gt;</w:t>
        <w:br/>
        <w:t>Отроєні пісні мої...&lt;br /&gt;</w:t>
        <w:br/>
        <w:t>Нема тут ніякого дива:&lt;br /&gt;</w:t>
        <w:br/>
        <w:t>Багато в сім серці гадюк,&lt;br /&gt;</w:t>
        <w:br/>
        <w:t>І ти, моя зірко, зрадлива!</w:t>
      </w:r>
    </w:p>
    <w:p>
      <w:r>
        <w:br/>
        <w:t>III. Король Генрих&lt;br /&gt;</w:t>
        <w:br/>
        <w:t>На дворі в Каноськім замку&lt;br /&gt;</w:t>
        <w:br/>
        <w:t>Сам король германський Генрих.&lt;br /&gt;</w:t>
        <w:br/>
        <w:t>Гріх, покута, босий в рям'ї...&lt;br /&gt;</w:t>
        <w:br/>
        <w:t>Ніч холодна; дощ спадає.&lt;br /&gt;</w:t>
        <w:br/>
        <w:t>А із замку визирають&lt;br /&gt;</w:t>
        <w:br/>
        <w:t>Два обличчя; освіщає&lt;br /&gt;</w:t>
        <w:br/>
        <w:t>Місяць лисину Григора&lt;br /&gt;</w:t>
        <w:br/>
        <w:t>І Матильди пишні груди.&lt;br /&gt;</w:t>
        <w:br/>
        <w:t>І задублими устами&lt;br /&gt;</w:t>
        <w:br/>
        <w:t>Мимрить Генрих Pater noster2,&lt;br /&gt;</w:t>
        <w:br/>
        <w:t>Але ж в серці королівськім&lt;br /&gt;</w:t>
        <w:br/>
        <w:t>Потай шепче і клянеться:&lt;br /&gt;</w:t>
        <w:br/>
        <w:t>Там далеко в ріднім краю&lt;br /&gt;</w:t>
        <w:br/>
        <w:t>Піднялись високі гори,&lt;br /&gt;</w:t>
        <w:br/>
        <w:t>В їх глибоких, темних надрах&lt;br /&gt;</w:t>
        <w:br/>
        <w:t>Єсть залізо на сокиру.&lt;br /&gt;</w:t>
        <w:br/>
        <w:t>Там далеко в ріднім краю&lt;br /&gt;</w:t>
        <w:br/>
        <w:t>Піднялись бори темряві,&lt;br /&gt;</w:t>
        <w:br/>
        <w:t>І росте в найвищім дубі&lt;br /&gt;</w:t>
        <w:br/>
        <w:t>Там держално на сокиру.&lt;br /&gt;</w:t>
        <w:br/>
        <w:t>Ти, мій любий, вірний краю,&lt;br /&gt;</w:t>
        <w:br/>
        <w:t>Ти зростиш ще й чоловіка,&lt;br /&gt;</w:t>
        <w:br/>
        <w:t>Що гадюк моєї муки&lt;br /&gt;</w:t>
        <w:br/>
        <w:t>Розсіче сокири лезом!</w:t>
      </w:r>
    </w:p>
    <w:p>
      <w:r>
        <w:br/>
        <w:t>IV</w:t>
      </w:r>
    </w:p>
    <w:p>
      <w:r>
        <w:br/>
        <w:t>Серце! Набік всі печалі:&lt;br /&gt;</w:t>
        <w:br/>
        <w:t>Згине доля навісна!&lt;br /&gt;</w:t>
        <w:br/>
        <w:t>Знов верне тобі весна,&lt;br /&gt;</w:t>
        <w:br/>
        <w:t>Що морози одібрали.&lt;br /&gt;</w:t>
        <w:br/>
        <w:t>Ще ж хорошо немало:&lt;br /&gt;</w:t>
        <w:br/>
        <w:t>Світ широкий — справжній рай,&lt;br /&gt;</w:t>
        <w:br/>
        <w:t>І чого б ти не збажало —&lt;br /&gt;</w:t>
        <w:br/>
        <w:t>Вільно, серце, все кохай!&lt;br /&gt;</w:t>
        <w:br/>
        <w:t>V.&lt;br /&gt;</w:t>
        <w:br/>
        <w:t>Осторога&lt;br /&gt;</w:t>
        <w:br/>
        <w:t>Ти такі книжки друкуєш?&lt;br /&gt;</w:t>
        <w:br/>
        <w:t>Любий друже, — ти загинув.&lt;br /&gt;</w:t>
        <w:br/>
        <w:t>Хочеш шану й гроші мати:&lt;br /&gt;</w:t>
        <w:br/>
        <w:t>Мусим низько гнути спину.&lt;br /&gt;</w:t>
        <w:br/>
        <w:t>Я не радив би нізащо&lt;br /&gt;</w:t>
        <w:br/>
        <w:t>Так балакать про народ наш,&lt;br /&gt;</w:t>
        <w:br/>
        <w:t>Так балакать про попівство&lt;br /&gt;</w:t>
        <w:br/>
        <w:t>І про пишних можновладців.&lt;br /&gt;</w:t>
        <w:br/>
        <w:t>Любий друже, — ти загинув!&lt;br /&gt;</w:t>
        <w:br/>
        <w:t>Язики попівські довгі,&lt;br /&gt;</w:t>
        <w:br/>
        <w:t>Довгі руки мають дуки,&lt;br /&gt;</w:t>
        <w:br/>
        <w:t>А народ довжезні вуха.&lt;br /&gt;</w:t>
        <w:br/>
        <w:t>VI&lt;br /&gt;</w:t>
        <w:br/>
        <w:t>В мою похмуру ніч зайшла зоря чудова,&lt;br /&gt;</w:t>
        <w:br/>
        <w:t>І в серце хвореє розвага ллється нова,&lt;br /&gt;</w:t>
        <w:br/>
        <w:t>І обіцяє новий рай...&lt;br /&gt;</w:t>
        <w:br/>
        <w:t>О, не зражай!&lt;br /&gt;</w:t>
        <w:br/>
        <w:t>Немов до місяця бурхливе рветься море,&lt;br /&gt;</w:t>
        <w:br/>
        <w:t>Так лине до тебе, моя хороша зоре,&lt;br /&gt;</w:t>
        <w:br/>
        <w:t>Це серце, стомлене украй...&lt;br /&gt;</w:t>
        <w:br/>
        <w:t>О, не зражай!&lt;br /&gt;</w:t>
        <w:br/>
        <w:t>VII&lt;br /&gt;</w:t>
        <w:br/>
        <w:t>Під чорним вітрилом корабль мій пливе,&lt;br /&gt;</w:t>
        <w:br/>
        <w:t>Крізь море бурхливе й страшне,&lt;br /&gt;</w:t>
        <w:br/>
        <w:t>Ти ж знаєш, як темно в сім серці смутнім,&lt;br /&gt;</w:t>
        <w:br/>
        <w:t>І тяжко ганебиш мене!</w:t>
      </w:r>
    </w:p>
    <w:p>
      <w:r>
        <w:br/>
        <w:t>Невірне, мов вітер, серденько твоє,&lt;br /&gt;</w:t>
        <w:br/>
        <w:t>Од мене до інших майне!&lt;br /&gt;</w:t>
        <w:br/>
        <w:t>Під чорним вітрилом корабль мій пливе&lt;br /&gt;</w:t>
        <w:br/>
        <w:t>Крізь море бурхливе й страшне!</w:t>
      </w:r>
    </w:p>
    <w:p>
      <w:r>
        <w:br/>
        <w:t>VIII&lt;br /&gt;</w:t>
        <w:br/>
        <w:t>Ніч вкрива шляхи незнані...&lt;br /&gt;</w:t>
        <w:br/>
        <w:t>Хворе серце... хворе тіло...&lt;br /&gt;</w:t>
        <w:br/>
        <w:t>Тихо сяйво ллє ласкаво&lt;br /&gt;</w:t>
        <w:br/>
        <w:t>Місяць ясний з небосхила.&lt;br /&gt;</w:t>
        <w:br/>
        <w:t>Ясний місяць! тихим сяйвом&lt;br /&gt;</w:t>
        <w:br/>
        <w:t>Геть женеш ти жахи ночі,&lt;br /&gt;</w:t>
        <w:br/>
        <w:t>І вже тануть в серці муки&lt;br /&gt;</w:t>
        <w:br/>
        <w:t>І слеза туманить очі!&lt;br /&gt;</w:t>
        <w:br/>
        <w:t>IX&lt;br /&gt;</w:t>
        <w:br/>
        <w:t>Наче місяця одсяйво,&lt;br /&gt;</w:t>
        <w:br/>
        <w:t>Що гойдають дикі хвилі,&lt;br /&gt;</w:t>
        <w:br/>
        <w:t>А він сам пливе спокійно&lt;br /&gt;</w:t>
        <w:br/>
        <w:t>По блакитнім неба схилі.&lt;br /&gt;</w:t>
        <w:br/>
        <w:t>Так і ти живеш безжурно,&lt;br /&gt;</w:t>
        <w:br/>
        <w:t>Твоє личенько дівоче&lt;br /&gt;</w:t>
        <w:br/>
        <w:t>Лиш тремтить в цім хворім серці,&lt;br /&gt;</w:t>
        <w:br/>
        <w:t>Бо само воно тріпоче.&lt;br /&gt;</w:t>
        <w:br/>
        <w:t>X&lt;br /&gt;</w:t>
        <w:br/>
        <w:t>Ввесь світ став сліпий, увесь світ став дурний&lt;br /&gt;</w:t>
        <w:br/>
        <w:t>І губить свій смак щохвилини,&lt;br /&gt;</w:t>
        <w:br/>
        <w:t>"Недобрая вдача" — кричить він мені, —&lt;br /&gt;</w:t>
        <w:br/>
        <w:t>"В твоєї красуні-дівчини".&lt;br /&gt;</w:t>
        <w:br/>
        <w:t>Ілюди сліпі і люди дурні&lt;br /&gt;</w:t>
        <w:br/>
        <w:t>Й ніколи тебе не спізнають,&lt;br /&gt;</w:t>
        <w:br/>
        <w:t>Не відати їм, яким жаром-вогнем&lt;br /&gt;</w:t>
        <w:br/>
        <w:t>Твої поцілунки палають!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перекладів з поезії Гейне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