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там поволі, ледь помітно...</w:t>
      </w:r>
    </w:p>
    <w:p>
      <w:r>
        <w:br/>
        <w:t xml:space="preserve"> Десь там поволі, ледь помітно,&lt;br /&gt;</w:t>
        <w:br/>
        <w:t>Вже далі сірість огорта,&lt;br /&gt;</w:t>
        <w:br/>
        <w:t>А тут — таке ще світло,&lt;br /&gt;</w:t>
        <w:br/>
        <w:t>Така ще яснота!&lt;br /&gt;</w:t>
        <w:br/>
        <w:t>Там, осторонь,&lt;br /&gt;</w:t>
        <w:br/>
        <w:t>У мертвій порожнечі неба&lt;br /&gt;</w:t>
        <w:br/>
        <w:t>Горить ще сонце&lt;br /&gt;</w:t>
        <w:br/>
        <w:t>Жовтими полотнами полів&lt;br /&gt;</w:t>
        <w:br/>
        <w:t>(Пора жовтнева),&lt;br /&gt;</w:t>
        <w:br/>
        <w:t>Вогнями світлими&lt;br /&gt;</w:t>
        <w:br/>
        <w:t>Замріяних лісів,&lt;br /&gt;</w:t>
        <w:br/>
        <w:t>Ріки сталево-синьою стягою.&lt;br /&gt;</w:t>
        <w:br/>
        <w:t>Прощається земля&lt;br /&gt;</w:t>
        <w:br/>
        <w:t>Без слів&lt;br /&gt;</w:t>
        <w:br/>
        <w:t>Із царством світла і спокою...&lt;br /&gt;</w:t>
        <w:br/>
        <w:t>Її лице&lt;br /&gt;</w:t>
        <w:br/>
        <w:t>Спокійне і погідне,&lt;br /&gt;</w:t>
        <w:br/>
        <w:t>У кожній зморшці&lt;br /&gt;</w:t>
        <w:br/>
        <w:t>Струмують тихо&lt;br /&gt;</w:t>
        <w:br/>
        <w:t>Усмішки прозорі,&lt;br /&gt;</w:t>
        <w:br/>
        <w:t>Уся вона ласкава і привітна,&lt;br /&gt;</w:t>
        <w:br/>
        <w:t>I вдячність світиться&lt;br /&gt;</w:t>
        <w:br/>
        <w:t>В напівпогаслім зорі...&lt;br /&gt;</w:t>
        <w:br/>
        <w:t>I звернений той зір&lt;br /&gt;</w:t>
        <w:br/>
        <w:t>До білих стін&lt;br /&gt;</w:t>
        <w:br/>
        <w:t>Людських осель.&lt;br /&gt;</w:t>
        <w:br/>
        <w:t>Останній відблиск дня,&lt;br /&gt;</w:t>
        <w:br/>
        <w:t>Здається,&lt;br /&gt;</w:t>
        <w:br/>
        <w:t>Людям&lt;br /&gt;</w:t>
        <w:br/>
        <w:t>Від матері&lt;br /&gt;</w:t>
        <w:br/>
        <w:t>Напучення несе:&lt;br /&gt;</w:t>
        <w:br/>
        <w:t>"Ну, годі на сьогодні,&lt;br /&gt;</w:t>
        <w:br/>
        <w:t>Усім хай буде мир!"&lt;br /&gt;</w:t>
        <w:br/>
        <w:t>Сонце!&lt;br /&gt;</w:t>
        <w:br/>
        <w:t>Твое тепло&lt;br /&gt;</w:t>
        <w:br/>
        <w:t>До повних зібрано комір.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там поволі, ледь помітно...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