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Dervish song</w:t>
      </w:r>
    </w:p>
    <w:p>
      <w:r>
        <w:br/>
        <w:t xml:space="preserve"> це ж скільки слів я сплів для тебе в строфи!&lt;br /&gt;</w:t>
        <w:br/>
        <w:t>сотні псалмів мабуть зопалу випалив&lt;br /&gt;</w:t>
        <w:br/>
        <w:t>це – нереально&lt;br /&gt;</w:t>
        <w:br/>
        <w:t>це – катастрофа&lt;br /&gt;</w:t>
        <w:br/>
        <w:t>пристрасть і хіть на межі крововиливу&lt;br /&gt;</w:t>
        <w:br/>
        <w:t>ніжність і щем – наче пара від подиху&lt;br /&gt;</w:t>
        <w:br/>
        <w:t>радість дурна за межею істерики&lt;br /&gt;</w:t>
        <w:br/>
        <w:t>долі секунди відміряно в сотих..&lt;br /&gt;</w:t>
        <w:br/>
        <w:t>мед і горілку розлито по сотах..&lt;br /&gt;</w:t>
        <w:br/>
        <w:t>вітер несе зашифровані в нотах&lt;br /&gt;</w:t>
        <w:br/>
        <w:t>ритми нових америк..</w:t>
      </w:r>
    </w:p>
    <w:p>
      <w:r>
        <w:br/>
        <w:t>я тебе&lt;br /&gt;</w:t>
        <w:br/>
        <w:t>я тебе&lt;br /&gt;</w:t>
        <w:br/>
        <w:t>я тебе вибуквив&lt;br /&gt;</w:t>
        <w:br/>
        <w:t>я тебе&lt;br /&gt;</w:t>
        <w:br/>
        <w:t>я тебе&lt;br /&gt;</w:t>
        <w:br/>
        <w:t>я тебе вичислив&lt;br /&gt;</w:t>
        <w:br/>
        <w:t>сфера небесна – прозора і випукла&lt;br /&gt;</w:t>
        <w:br/>
        <w:t>води тілесні – гарячі і чисті&lt;br /&gt;</w:t>
        <w:br/>
        <w:t>нори підземні – надійні і темні&lt;br /&gt;</w:t>
        <w:br/>
        <w:t>пори землі ніби очі прикриті&lt;br /&gt;</w:t>
        <w:br/>
        <w:t>тільки в любові світ недаремний –&lt;br /&gt;</w:t>
        <w:br/>
        <w:t>є в ньому нерви!&lt;br /&gt;</w:t>
        <w:br/>
        <w:t>є в ньому ниті!&lt;br /&gt;</w:t>
        <w:br/>
        <w:t>є в ньому пісня і ритм безперервний..&lt;br /&gt;</w:t>
        <w:br/>
        <w:t>безперспективний.. і безсистемний..</w:t>
      </w:r>
    </w:p>
    <w:p>
      <w:r>
        <w:br/>
        <w:t>миті на нитях – вервиця чортова&lt;br /&gt;</w:t>
        <w:br/>
        <w:t>ниті між нами – ріки невидимі&lt;br /&gt;</w:t>
        <w:br/>
        <w:t>пристрасті русло вузьке як аорта&lt;br /&gt;</w:t>
        <w:br/>
        <w:t>строфи звучать переважно форте&lt;br /&gt;</w:t>
        <w:br/>
        <w:t>viva la muerte! viva la muerte! –&lt;br /&gt;</w:t>
        <w:br/>
        <w:t>подихи вгору злітають і видихи</w:t>
      </w:r>
    </w:p>
    <w:p>
      <w:r>
        <w:br/>
        <w:t>ти мене&lt;br /&gt;</w:t>
        <w:br/>
        <w:t>ти мене&lt;br /&gt;</w:t>
        <w:br/>
        <w:t>ти мене викрала&lt;br /&gt;</w:t>
        <w:br/>
        <w:t>ти мене&lt;br /&gt;</w:t>
        <w:br/>
        <w:t>ти мене&lt;br /&gt;</w:t>
        <w:br/>
        <w:t>ти мене вкурвила&lt;br /&gt;</w:t>
        <w:br/>
        <w:t>ти мене вибрала&lt;br /&gt;</w:t>
        <w:br/>
        <w:t>ти мене виграла&lt;br /&gt;</w:t>
        <w:br/>
        <w:t>хрест на мені і сорочка випрана..</w:t>
      </w:r>
    </w:p>
    <w:p>
      <w:r>
        <w:br/>
        <w:t>..без виправдань коректив і виправлень&lt;br /&gt;</w:t>
        <w:br/>
        <w:t>граю тобі на печерних бубнах я&lt;br /&gt;</w:t>
        <w:br/>
        <w:t>граю тобі на тамтешніх тамтамах&lt;br /&gt;</w:t>
        <w:br/>
        <w:t>х&amp;#243;джу по лезу гострої бритви&lt;br /&gt;</w:t>
        <w:br/>
        <w:t>б'юcя за тебе в небесну браму..</w:t>
      </w:r>
    </w:p>
    <w:p>
      <w:r>
        <w:br/>
        <w:t>..маю для тебе пісню кохана&lt;br /&gt;</w:t>
        <w:br/>
        <w:t>маю для тебе пісню&lt;br /&gt;</w:t>
        <w:br/>
        <w:t>і ритм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Dervish song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