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Депресивний синдром</w:t>
      </w:r>
    </w:p>
    <w:p>
      <w:r>
        <w:br/>
        <w:t xml:space="preserve"> Оксані</w:t>
      </w:r>
    </w:p>
    <w:p>
      <w:r>
        <w:br/>
        <w:t>1.</w:t>
      </w:r>
    </w:p>
    <w:p>
      <w:r>
        <w:br/>
        <w:t>Жовтий вечір. Оранжеві свічі.&lt;br /&gt;</w:t>
        <w:br/>
        <w:t>Кварта вицвілого вина.&lt;br /&gt;</w:t>
        <w:br/>
        <w:t>Ти вина моя перша і вічна.&lt;br /&gt;</w:t>
        <w:br/>
        <w:t>Ти єдина моя вина.</w:t>
      </w:r>
    </w:p>
    <w:p>
      <w:r>
        <w:br/>
        <w:t>По дорозі безпечної долі,&lt;br /&gt;</w:t>
        <w:br/>
        <w:t>по дорозі битого шкла&lt;br /&gt;</w:t>
        <w:br/>
        <w:t>я несу тебе, вірну і голу,&lt;br /&gt;</w:t>
        <w:br/>
        <w:t>не втираючи осінь з чола.</w:t>
      </w:r>
    </w:p>
    <w:p>
      <w:r>
        <w:br/>
        <w:t>Ти мовчиш. Ти повинна мовчати.&lt;br /&gt;</w:t>
        <w:br/>
        <w:t>З-під зачинених мертво очей&lt;br /&gt;</w:t>
        <w:br/>
        <w:t>тихо сочиться страх дитинчати&lt;br /&gt;</w:t>
        <w:br/>
        <w:t>і повільно по щічці тече.</w:t>
      </w:r>
    </w:p>
    <w:p>
      <w:r>
        <w:br/>
        <w:t>Нам назустріч виходить карета.&lt;br /&gt;</w:t>
        <w:br/>
        <w:t>Стигле ложе постелено в ній.&lt;br /&gt;</w:t>
        <w:br/>
        <w:t>О наївні химери поета!&lt;br /&gt;</w:t>
        <w:br/>
        <w:t>О безпомічна цнота надій…</w:t>
      </w:r>
    </w:p>
    <w:p>
      <w:r>
        <w:br/>
        <w:t>2.</w:t>
      </w:r>
    </w:p>
    <w:p>
      <w:r>
        <w:br/>
        <w:t>нам сьогодні повільно безладно невлучно&lt;br /&gt;</w:t>
        <w:br/>
        <w:t>говорити мовчати і знов говорити&lt;br /&gt;</w:t>
        <w:br/>
        <w:t>і спиратись на часу тоненьке поруччя&lt;br /&gt;</w:t>
        <w:br/>
        <w:t>і затяжно останню цигарку палити</w:t>
      </w:r>
    </w:p>
    <w:p>
      <w:r>
        <w:br/>
        <w:t>потім знову мовчати мовчати мовчати&lt;br /&gt;</w:t>
        <w:br/>
        <w:t>доки нерви не стверднуться сіткою дроту&lt;br /&gt;</w:t>
        <w:br/>
        <w:t>і ховати в очах нуклуїдні карати&lt;br /&gt;</w:t>
        <w:br/>
        <w:t>чи то крові чи сліз чи наруги чи поту</w:t>
      </w:r>
    </w:p>
    <w:p>
      <w:r>
        <w:br/>
        <w:t>членувати думки на потерті скрижалі&lt;br /&gt;</w:t>
        <w:br/>
        <w:t>на свавільні листівки на мудрі рулони&lt;br /&gt;</w:t>
        <w:br/>
        <w:t>і самотньо довершувать психоаналіз&lt;br /&gt;</w:t>
        <w:br/>
        <w:t>голубого дощу на роздвоєне лоно</w:t>
      </w:r>
    </w:p>
    <w:p>
      <w:r>
        <w:br/>
        <w:t>ми повинні багато ми довго повинні&lt;br /&gt;</w:t>
        <w:br/>
        <w:t>забувати про щастя під вітром вишневим&lt;br /&gt;</w:t>
        <w:br/>
        <w:t>і кусаючи губи криваві аж винні&lt;br /&gt;</w:t>
        <w:br/>
        <w:t>роздягати очима стару королеву</w:t>
      </w:r>
    </w:p>
    <w:p>
      <w:r>
        <w:br/>
        <w:t>королева підходить спокійно панове&lt;br /&gt;</w:t>
        <w:br/>
        <w:t>під сорочкою білою кості зелені&lt;br /&gt;</w:t>
        <w:br/>
        <w:t>нумо гордо дивімось а нум гонорово&lt;br /&gt;</w:t>
        <w:br/>
        <w:t>говорімо про сексу пориви шалені</w:t>
      </w:r>
    </w:p>
    <w:p>
      <w:r>
        <w:br/>
        <w:t>говорімо… та ні стоїмо як дерева&lt;br /&gt;</w:t>
        <w:br/>
        <w:t>і останнім зусиллям ковтаємо муку&lt;br /&gt;</w:t>
        <w:br/>
        <w:t>супокійно підходить бліда королева&lt;br /&gt;</w:t>
        <w:br/>
        <w:t>для цілунку сухотну протягує руку</w:t>
      </w:r>
    </w:p>
    <w:p>
      <w:r>
        <w:br/>
        <w:t>3</w:t>
      </w:r>
    </w:p>
    <w:p>
      <w:r>
        <w:br/>
        <w:t>ідеш і бачиш&lt;br /&gt;</w:t>
        <w:br/>
        <w:t>колючі груди&lt;br /&gt;</w:t>
        <w:br/>
        <w:t>ідеш і бачиш&lt;br /&gt;</w:t>
        <w:br/>
        <w:t>голос білявого хлопця&lt;br /&gt;</w:t>
        <w:br/>
        <w:t>в червонім кашкеті&lt;br /&gt;</w:t>
        <w:br/>
        <w:t>ідеш і бачиш&lt;br /&gt;</w:t>
        <w:br/>
        <w:t>дорогу яка не веде</w:t>
      </w:r>
    </w:p>
    <w:p>
      <w:r>
        <w:br/>
        <w:t>котяться з неба&lt;br /&gt;</w:t>
        <w:br/>
        <w:t>розпечені персики&lt;br /&gt;</w:t>
        <w:br/>
        <w:t>меркне</w:t>
      </w:r>
    </w:p>
    <w:p>
      <w:r>
        <w:br/>
        <w:t>маліє</w:t>
      </w:r>
    </w:p>
    <w:p>
      <w:r>
        <w:br/>
        <w:t>жовта гора&lt;br /&gt;</w:t>
        <w:br/>
        <w:t>спертися ліктями&lt;br /&gt;</w:t>
        <w:br/>
        <w:t>поглядом спертися&lt;br /&gt;</w:t>
        <w:br/>
        <w:t>впасти долілиць&lt;br /&gt;</w:t>
        <w:br/>
        <w:t>пропасти&lt;br /&gt;</w:t>
        <w:br/>
        <w:t>пора</w:t>
      </w:r>
    </w:p>
    <w:p>
      <w:r>
        <w:br/>
        <w:t>лежиш і чуєш&lt;br /&gt;</w:t>
        <w:br/>
        <w:t>тріпоче камінь&lt;br /&gt;</w:t>
        <w:br/>
        <w:t>лежиш і чуєш&lt;br /&gt;</w:t>
        <w:br/>
        <w:t>солодке вологе тепле&lt;br /&gt;</w:t>
        <w:br/>
        <w:t>котиться зліва&lt;br /&gt;</w:t>
        <w:br/>
        <w:t>лежиш і чуєш&lt;br /&gt;</w:t>
        <w:br/>
        <w:t>усмішку винного</w:t>
      </w:r>
    </w:p>
    <w:p>
      <w:r>
        <w:br/>
        <w:t>я винен&lt;br /&gt;</w:t>
        <w:br/>
        <w:t>вина моя&lt;br /&gt;</w:t>
        <w:br/>
        <w:t>стиснена в правій руці&lt;br /&gt;</w:t>
        <w:br/>
        <w:t>я винен у тому що я не подібен на себе&lt;br /&gt;</w:t>
        <w:br/>
        <w:t>я винен у тому&lt;br /&gt;</w:t>
        <w:br/>
        <w:t>що горобці&lt;br /&gt;</w:t>
        <w:br/>
        <w:t>склювали усіх без винятку&lt;br /&gt;</w:t>
        <w:br/>
        <w:t>зебрів</w:t>
      </w:r>
    </w:p>
    <w:p>
      <w:r>
        <w:br/>
        <w:t>смугасті&lt;br /&gt;</w:t>
        <w:br/>
        <w:t>китиці&lt;br /&gt;</w:t>
        <w:br/>
        <w:t>кити&lt;br /&gt;</w:t>
        <w:br/>
        <w:t>кентаври&lt;br /&gt;</w:t>
        <w:br/>
        <w:t>круг</w:t>
      </w:r>
    </w:p>
    <w:p>
      <w:r>
        <w:br/>
        <w:t>мене</w:t>
      </w:r>
    </w:p>
    <w:p>
      <w:r>
        <w:br/>
        <w:t>круг</w:t>
      </w:r>
    </w:p>
    <w:p>
      <w:r>
        <w:br/>
        <w:t>тебе</w:t>
      </w:r>
    </w:p>
    <w:p>
      <w:r>
        <w:br/>
        <w:t>смугасте цунамі&lt;br /&gt;</w:t>
        <w:br/>
        <w:t>заливає таврію&lt;br /&gt;</w:t>
        <w:br/>
        <w:t>і&lt;br /&gt;</w:t>
        <w:br/>
        <w:t>залишає&lt;br /&gt;</w:t>
        <w:br/>
        <w:t>смугасті дебрі</w:t>
      </w:r>
    </w:p>
    <w:p>
      <w:r>
        <w:br/>
        <w:t>дерево сходить&lt;br /&gt;</w:t>
        <w:br/>
        <w:t>заходить дерево&lt;br /&gt;</w:t>
        <w:br/>
        <w:t>сонце ворушиться&lt;br /&gt;</w:t>
        <w:br/>
        <w:t>сон червоніє&lt;br /&gt;</w:t>
        <w:br/>
        <w:t>де Ти Господи&lt;br /&gt;</w:t>
        <w:br/>
        <w:t>янголи де ви&lt;br /&gt;</w:t>
        <w:br/>
        <w:t>озовися&lt;br /&gt;</w:t>
        <w:br/>
        <w:t>Діво Маріє…</w:t>
      </w:r>
    </w:p>
    <w:p>
      <w:r>
        <w:br/>
        <w:t>4.</w:t>
      </w:r>
    </w:p>
    <w:p>
      <w:r>
        <w:br/>
        <w:t>ви такі ж як і я&lt;br /&gt;</w:t>
        <w:br/>
        <w:t>наївні&lt;br /&gt;</w:t>
        <w:br/>
        <w:t>ви такі ж як і я&lt;br /&gt;</w:t>
        <w:br/>
        <w:t>довірливі&lt;br /&gt;</w:t>
        <w:br/>
        <w:t>на бантинах спите&lt;br /&gt;</w:t>
        <w:br/>
        <w:t>як півні&lt;br /&gt;</w:t>
        <w:br/>
        <w:t>і встаєте щоранку&lt;br /&gt;</w:t>
        <w:br/>
        <w:t>з півнями</w:t>
      </w:r>
    </w:p>
    <w:p>
      <w:r>
        <w:br/>
        <w:t>а мені залишилось</w:t>
      </w:r>
    </w:p>
    <w:p>
      <w:r>
        <w:br/>
        <w:t>спинитися</w:t>
      </w:r>
    </w:p>
    <w:p>
      <w:r>
        <w:br/>
        <w:t>на четвертій сходинці</w:t>
      </w:r>
    </w:p>
    <w:p>
      <w:r>
        <w:br/>
        <w:t>знизу</w:t>
      </w:r>
    </w:p>
    <w:p>
      <w:r>
        <w:br/>
        <w:t>усміхнутися</w:t>
      </w:r>
    </w:p>
    <w:p>
      <w:r>
        <w:br/>
        <w:t>помолитися</w:t>
      </w:r>
    </w:p>
    <w:p>
      <w:r>
        <w:br/>
        <w:t>і вдягнути чернечу ризу…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Депресивний синдром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