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Декому краще вдаються приголосні, декому голосні...</w:t>
      </w:r>
    </w:p>
    <w:p>
      <w:r>
        <w:br/>
        <w:t xml:space="preserve"> Декому краще вдаються приголосні, декому голосні.&lt;br /&gt;</w:t>
        <w:br/>
        <w:t>На неї не можна було не звернути увагу – вона сміялася уві сні.&lt;br /&gt;</w:t>
        <w:br/>
        <w:t>Я подумав: вона так легко вгризається в шкіру, не знаючи, що ця шкіра моя.&lt;br /&gt;</w:t>
        <w:br/>
        <w:t>Якщо вона коли-небудь прокинеться – добре було б дізнатись її ім’я.</w:t>
      </w:r>
    </w:p>
    <w:p>
      <w:r>
        <w:br/>
        <w:t>Добре було б знати, звідки вона прийшла й куди поверталась вночі,&lt;br /&gt;</w:t>
        <w:br/>
        <w:t>хто живе за тими дверима, до яких підходять її ключі,&lt;br /&gt;</w:t>
        <w:br/>
        <w:t>чому вона нічого не може згадати й звідки в неї всі ці знання.&lt;br /&gt;</w:t>
        <w:br/>
        <w:t>Якби наряд перевірив її кишені – хтось би точно отримав нове звання.</w:t>
      </w:r>
    </w:p>
    <w:p>
      <w:r>
        <w:br/>
        <w:t>Якби вона почала писати спогади про кожну з отриманих ран,&lt;br /&gt;</w:t>
        <w:br/>
        <w:t>її книга мала б такий самий успіх, як тора або коран,&lt;br /&gt;</w:t>
        <w:br/>
        <w:t>чоловіки читали б цю дивну книгу, відчуваючи власну вину,&lt;br /&gt;</w:t>
        <w:br/>
        <w:t>і палили б її на площах столиці, перш ніж почати війну.</w:t>
      </w:r>
    </w:p>
    <w:p>
      <w:r>
        <w:br/>
        <w:t>Чоловікам не варто знати про наслідки, їм достатньо причин.&lt;br /&gt;</w:t>
        <w:br/>
        <w:t>Коли їм, зрештою, дається все, вони наповнюють його нічим.&lt;br /&gt;</w:t>
        <w:br/>
        <w:t>Коли вони говорять про спільне, вони мають на увазі своє.&lt;br /&gt;</w:t>
        <w:br/>
        <w:t>З ними краще не говорити про те, що буде, щоби не втратити те, що є.</w:t>
      </w:r>
    </w:p>
    <w:p>
      <w:r>
        <w:br/>
        <w:t>Але вона прокидалась і все починалося саме тоді.&lt;br /&gt;</w:t>
        <w:br/>
        <w:t>Вона добре трималась на сповідях, на допитах і на суді.&lt;br /&gt;</w:t>
        <w:br/>
        <w:t>Вона говорила, що краще зброя в руках, аніж хрести на гербах.&lt;br /&gt;</w:t>
        <w:br/>
        <w:t>Коли вона вимовляла слово любов, я бачив кров на її зубах.</w:t>
      </w:r>
    </w:p>
    <w:p>
      <w:r>
        <w:br/>
        <w:t>Стережіть її, янголи, беріть під крило легке.&lt;br /&gt;</w:t>
        <w:br/>
        <w:t>Скажіть їй хай зберігає спокій, коли входить в чергове піке,&lt;br /&gt;</w:t>
        <w:br/>
        <w:t>хай поверне мої рукописи, моє срібло й моє пальне,&lt;br /&gt;</w:t>
        <w:br/>
        <w:t>до речі, спитайте її при нагоді, чи вона взагалі пам’ятає мене.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Декому краще вдаються приголосні, декому голосні...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