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 подівся Леваневський</w:t>
      </w:r>
    </w:p>
    <w:p>
      <w:r>
        <w:br/>
        <w:t xml:space="preserve"> &lt;p&gt;Коли глухої ночі Євграфа Фірсовича Горєлова зненацька арештовано, він був певний, що це явне непорозуміння. Його не збентежило й те, що протягом чотирьох годин усю невелику квартиру перетрусили й забрали конспекти лекцій з історії, які він приготував для своїх студентів з педінституту, та кілька випадкових книжок. Він навіть не попрощався з вкрай переляканими дружиною й дочкою і вийшов з дому, мов на якусь часинку в дрібній діловій справі</w:t>
      </w:r>
    </w:p>
    <w:p>
      <w:r>
        <w:br/>
        <w:t>Те, що в місті з якогось часу почалися арешти, — Євграф Фірсович знав, але що ж тут дивного? В умовах переможного наступу соціалізму класово ворожі елементи, видимо, чинять одчайдушний опір, і цілком слушно сказав Горький: "Якщо ворог не здається, його треба знищити". Дуже можливо, що під час масових арештів трапляються помилки — кінь на чотирьох ногах, та й то спотикається, але ці помилки, безперечно, виправлять, тож виправлять і грубу помилку з його арештом.</w:t>
      </w:r>
    </w:p>
    <w:p>
      <w:r>
        <w:br/>
        <w:t>Не похитнуло певності Євграфа Фірсовича й те, що, коли його привезли в НКВС, у кімнаті із заґратованими вікнами йому наказали роздягтись до тіла й ретельно обшукали весь одяг та білизну, промацуючи кожний шов. Здивувало тільки, навіщо відрізали на штанях металеві ґудзики — а як же триматимуться без них штани? На його прохання покликати когось із відповідальних працівників оперативник грубо гримнув на нього: "Мовчати!" І це зрозуміло — оперативники й вахтери не можуть знати, хто з привезених винен у чомусь, а хто ні, вони тільки виконують свій обов'язок, а до того ж дуже можливо, що й відповідальних працівників у таку пізню пору немає тут: треба ж і їм відпочити колись.</w:t>
      </w:r>
    </w:p>
    <w:p>
      <w:r>
        <w:br/>
        <w:t>Не стурбувала Євграфа Фірсовича й опрічна камера з прикріпленим до цементової підлоги залізним ліжком і твердим матрацом: не могли ж пустити його розгулювати по коридору й заглядати через прозурки в камери, де сидять справжні злочинці!</w:t>
      </w:r>
    </w:p>
    <w:p>
      <w:r>
        <w:br/>
        <w:t>Він так і не заснув до ранку, сповнений незвичайних вражень і чекаючи, коли настане день і розв'яжеться прикре непорозуміння з його арештом. Але й ранком його нікуди не покликали й до нього ніхто не прийшов. Лиш дали пайку хліба, насипали на папір з чайну ложечку цукру та принесли горнятко прохололого окропу. Це вже не подобалось Євграфові Фірсовичу — чого ж зволікають з ним? І цукру дали зовсім мало — він звик пити солодкий чай. Та й хіба не можна було дати справжнього окропу замість цієї тепленької водички!</w:t>
      </w:r>
    </w:p>
    <w:p>
      <w:r>
        <w:br/>
        <w:t>Трохи згодом стало чути, як двері камер у корвдорі розчиняються й зачиняються. Розчинили двері й до його камери, і коридорний наглядач скомандував: "Устати! Струнко!", ніби Євграф Фірсович не помилково затриманий, а звичайний арештант. Зайшов якийсь чоловік у військовій уніформі з червоними петлицями й, спитавши коридорного: "Новенький?", щось записав у зошиті, і не встиг Євграф Фірсович звернутись до нього, як чоловік з червоними петлицями зник, а коридорний перед самим носом Євграфа Фірсовича грюкнув дверима й клацнув замком.</w:t>
      </w:r>
    </w:p>
    <w:p>
      <w:r>
        <w:br/>
        <w:t>Це обурило Євграфа Фірсовича, він став стукати кулаками в двері й кричати, що о першій годині в нього лекція в педінституті, на нього чекатимуть студенти, а його затримують тут хтозна-чого...</w:t>
      </w:r>
    </w:p>
    <w:p>
      <w:r>
        <w:br/>
        <w:t>Коридорний не одразу підійшов до дверей. Одчинив віконечко, через яке Євграфові Фірсовичу дали раніш сніданок, і стомленим голосом спитав:</w:t>
      </w:r>
    </w:p>
    <w:p>
      <w:r>
        <w:br/>
        <w:t>— Ну, що там ще?</w:t>
      </w:r>
    </w:p>
    <w:p>
      <w:r>
        <w:br/>
        <w:t>— Мені на лекцію треба збиратись уже, а я тут сиджу хтозна-чого. В чому річ?</w:t>
      </w:r>
    </w:p>
    <w:p>
      <w:r>
        <w:br/>
        <w:t>— І сидітимете й далі тут. А якщо будете стукати в двері, в нас карцер є, де вам прочитають лекцію, як треба поводитись. Ясно?!</w:t>
      </w:r>
    </w:p>
    <w:p>
      <w:r>
        <w:br/>
        <w:t>Коридорний пристукнув віконечко, і Євграф Фірсо-вич стояв кілька хвилин спантеличений, не знаючи, на яку ступити. Звісно, коридорний — дрібний гвинтик у складній системі органів безпеки — що він може знати, але повинні ж уже прийти й відповідальні працівники. Де ж вони?</w:t>
      </w:r>
    </w:p>
    <w:p>
      <w:r>
        <w:br/>
        <w:t>Якщо попервах Євграф Фірсович почував себе в опрічній камері, як і вдома, коли несподівано псувалась електрика й доводилось вимушено байдикувати, нетерпляче дожидаючи монтера, що прийде й полагодить освітлення, то далі йому стало здаватись, ніби він сидить, як за часів воєнного комунізму, на глухій залізничній станції і тягуче чекає поїзда, що невідомо коли прийде, та й не знати, чи пощастить пробитись до нього крізь натовп таких же знудьгованих, як і він, людей.</w:t>
      </w:r>
    </w:p>
    <w:p>
      <w:r>
        <w:br/>
        <w:t>Але не можна ж так сидіти без кінця! Не інакше як сталося щось незвичайне, що прикувало до себе увагу відповідальних працівників НКВС і тому вони забули Євграфа Фірсовича. Але — що саме?</w:t>
      </w:r>
    </w:p>
    <w:p>
      <w:r>
        <w:br/>
        <w:t>І тільки тепер Євграф Фірсович пригадав, що вдень перед арештом він прочитав у газеті приголомшливе повідомлення: десь зник пілот Леваневський, що мав перелетіти через Північний полюс. Цей переліт був би сенсаційним досягненням радянської авіації і за перебігом його уважно стежив увесь Радянський Союз. І раптом радіозв'язок з літаком Леваневського урвався! В офіційному повідомленні ще не було тривоги, але з того факту, що про це повідомлялося, відчувалось, що справа серйозна й не виключена можливість аварії. А може, й трагедії?.. Може, лежить тепер Леваневський тяжко покалічений (а то й мертвий) на крижині між уламками потрощеного літака, а навколо скута морозом пустеля і скажений буран вкриває його білим саваном снігу?..</w:t>
      </w:r>
    </w:p>
    <w:p>
      <w:r>
        <w:br/>
        <w:t>Увечері перед арештом Євграф Фірсович не втерпів і зателефонував до знайомого секретаря обласної газети дізнатись, чи є нові відомості про Леваневського, але нового нічого не було, лиш загадкова мовчанка з літака Леваневського.</w:t>
      </w:r>
    </w:p>
    <w:p>
      <w:r>
        <w:br/>
        <w:t>Згадавши все це, Євграф Фірсович трохи заспокоївся. Ну, певна річ, відповідальні працівники НКВС, як і всі громадяни, стежать за наслідками розшуків Леванев-ського, і їм тепер не до Євграфа Фірсовича та дивного непорозуміння з ним.</w:t>
      </w:r>
    </w:p>
    <w:p>
      <w:r>
        <w:br/>
        <w:t>Аж наприкінці третьої доби, пізно ввечері, його повели довгим коридором з усякими поворотами до якогось кабінету. І перше, з чим звернувся Євграф Фірсович до людини середніх літ з брезклим, посірілим від нічної роботи обличчям, що сцціла в кабінеті за письмовим столом, було запитання:</w:t>
      </w:r>
    </w:p>
    <w:p>
      <w:r>
        <w:br/>
        <w:t>— Насамперед скажіть, будь ласка, що сталося з Ле-ваневським?</w:t>
      </w:r>
    </w:p>
    <w:p>
      <w:r>
        <w:br/>
        <w:t>— Вас приведено сюди не для розмов про Леваневсь-кого, а у вашій справі... Я ваш слідчий, моє прізвище — Чусовітін.</w:t>
      </w:r>
    </w:p>
    <w:p>
      <w:r>
        <w:br/>
        <w:t>— У якій справі? — щиро здивувався Євграф Фірсович.</w:t>
      </w:r>
    </w:p>
    <w:p>
      <w:r>
        <w:br/>
        <w:t>— Ось про це й будемо говорити, — відповів слідчий і поклав перед собою аркуш чистого паперу, на якому чітко написав угорі "Протокол допиту".</w:t>
      </w:r>
    </w:p>
    <w:p>
      <w:r>
        <w:br/>
        <w:t>"Що за протокол? Який може бути допит? Чи він має мене за злочинця?" — подумав Євграф Фірсович і обурено спитав:</w:t>
      </w:r>
    </w:p>
    <w:p>
      <w:r>
        <w:br/>
        <w:t>— Що це значить? Чому мене тримають ось уже три дні? На якій підставі?</w:t>
      </w:r>
    </w:p>
    <w:p>
      <w:r>
        <w:br/>
        <w:t>— Спокійно, спокійно! — застережливо підніс правицю слідчий. — Ви обвинувачуєтесь у контрреволюційній агітації і контрреволюційній організації.</w:t>
      </w:r>
    </w:p>
    <w:p>
      <w:r>
        <w:br/>
        <w:t>— Що, що? — не пойняв віри своїм вухам Євграф Фірсович.</w:t>
      </w:r>
    </w:p>
    <w:p>
      <w:r>
        <w:br/>
        <w:t>— Стаття п'ятдесят восьма, пункт десятий і одинадцятий, — уточнив слідчий, іронічно посміхнувшись.</w:t>
      </w:r>
    </w:p>
    <w:p>
      <w:r>
        <w:br/>
        <w:t>— Та ви що — збожеволіли? — вигукнув Євграф Фірсович, до краю вражений. — Я — і контрреволюційна агітація!</w:t>
      </w:r>
    </w:p>
    <w:p>
      <w:r>
        <w:br/>
        <w:t>— Так, так, саме ви, а не хто інший. А взагалі киньте прикидатись дурником. Такі понти* ми вже не раз бачили тут, і запевняю вас — вони не допоможуть! Отже — ваше прізвище, ім'я, по батькові?</w:t>
      </w:r>
    </w:p>
    <w:p>
      <w:r>
        <w:br/>
        <w:t>'Понт (кримін. жаргон) — викрут, виверт.</w:t>
      </w:r>
    </w:p>
    <w:p>
      <w:r>
        <w:br/>
        <w:t>82</w:t>
      </w:r>
    </w:p>
    <w:p>
      <w:r>
        <w:br/>
        <w:t>Євграф Фірсович був так ошелешений від несподіваного перетворення його арешту на серйозну політичну справу, що слідчий мусив сам називати його анкетні дані й спинився тільки на запитанні про партійну приналежність.</w:t>
      </w:r>
    </w:p>
    <w:p>
      <w:r>
        <w:br/>
        <w:t>— Член РКП(б)? З якого року?</w:t>
      </w:r>
    </w:p>
    <w:p>
      <w:r>
        <w:br/>
        <w:t>— З сімнадцятого, — знайшов у собі сили твердо відповісти Євграф Фірсович, але слідчий вивів його з рівноваги новим запитанням:</w:t>
      </w:r>
    </w:p>
    <w:p>
      <w:r>
        <w:br/>
        <w:t>— У білих арміях служили?</w:t>
      </w:r>
    </w:p>
    <w:p>
      <w:r>
        <w:br/>
        <w:t>"Та він що — знущається з мене? Хіба йому невідомо, хто я?" — подумав Євграф Фірсович і гордо відповів:</w:t>
      </w:r>
    </w:p>
    <w:p>
      <w:r>
        <w:br/>
        <w:t>— Я — колишній московський червоногвардієць, брав участь у штурмі Кремля, воював на Дону й Україні...</w:t>
      </w:r>
    </w:p>
    <w:p>
      <w:r>
        <w:br/>
        <w:t>Він глянув скоса, що там записує слідчий, і побачив тільки кінець фрази: "...арміях не служив".</w:t>
      </w:r>
    </w:p>
    <w:p>
      <w:r>
        <w:br/>
        <w:t>— Та-ак... — протягнув замислено слідчий і пильно подивився на Євграфа Фірсовича.</w:t>
      </w:r>
    </w:p>
    <w:p>
      <w:r>
        <w:br/>
        <w:t>— Ви викладали історію в педінституті?</w:t>
      </w:r>
    </w:p>
    <w:p>
      <w:r>
        <w:br/>
        <w:t>— Так.</w:t>
      </w:r>
    </w:p>
    <w:p>
      <w:r>
        <w:br/>
        <w:t>— А що ви казали на своїх лекціях про Троцького?</w:t>
      </w:r>
    </w:p>
    <w:p>
      <w:r>
        <w:br/>
        <w:t>— Нічого особливого не казав...</w:t>
      </w:r>
    </w:p>
    <w:p>
      <w:r>
        <w:br/>
        <w:t>— Ні, ви вихваляли Троцького, в нас є матеріал про це.</w:t>
      </w:r>
    </w:p>
    <w:p>
      <w:r>
        <w:br/>
        <w:t>— Я вихваляв Троцького? — щиро здивувався Євграф Фірсович.</w:t>
      </w:r>
    </w:p>
    <w:p>
      <w:r>
        <w:br/>
        <w:t>— Так, так, — ви.</w:t>
      </w:r>
    </w:p>
    <w:p>
      <w:r>
        <w:br/>
        <w:t>Євграф Фірсович напружив пам'ять, намагаючись пригадати, що й коли він міг сказати десь про Троцького. Нарешті таки згадав:</w:t>
      </w:r>
    </w:p>
    <w:p>
      <w:r>
        <w:br/>
        <w:t>— Якось студенти спитали мене, ким був Троцький за перших років революції...</w:t>
      </w:r>
    </w:p>
    <w:p>
      <w:r>
        <w:br/>
        <w:t>— І ви стали висвітлювати роль Троцького в Жовтневій революції?</w:t>
      </w:r>
    </w:p>
    <w:p>
      <w:r>
        <w:br/>
        <w:t>— Я коротко відповів студентам, що Троцький був спочатку головою мирної делегації в Бресті, а потім наркомом військових справ.</w:t>
      </w:r>
    </w:p>
    <w:p>
      <w:r>
        <w:br/>
        <w:t>— Цебто розповідали про дипломатичну й військову ДІЯЛЬНІСТЬ його?</w:t>
      </w:r>
    </w:p>
    <w:p>
      <w:r>
        <w:br/>
        <w:t>— Так... — нерішуче промовив Євграф Фірсович, не вловлюючи підступної різниш між словами "відповісти" й "розповідати".</w:t>
      </w:r>
    </w:p>
    <w:p>
      <w:r>
        <w:br/>
        <w:t>— Ну от і гаразд. На перший раз досить. Прочитайте й підпишіть протокол.</w:t>
      </w:r>
    </w:p>
    <w:p>
      <w:r>
        <w:br/>
        <w:t>Євграф Фірсович узяв папір і став читати чітко написані рядки. У протоколі було написано ніби те, що казав Євграф Фірсович і разом із тим відчувалась якась тональна різниця між сказаним і записаним, але виявити її й заперечити він уже не міг. Занадто стомився від нервового напруження й збентеження, щоб заглиблюватись в зміст і критично аналізувати щось. Непевною рукою він підписав три сторінки протоколу і якийсь час вагався, куди покласти перо на столі слідчого.</w:t>
      </w:r>
    </w:p>
    <w:p>
      <w:r>
        <w:br/>
        <w:t>— Ми ще з вами будемо говорити на цю тему, а поки що раджу вам добре подумати й пригадати все, що ви будь-де й будь-коли говорили про Троцького, — сказав наостанку слідчий, і Євграфа Фірсовича повели до його камери.</w:t>
      </w:r>
    </w:p>
    <w:p>
      <w:r>
        <w:br/>
        <w:t>Слідчий міг би й не радити цього, бо однаково Євграф Фірсович до ранку не міг заснути, намагаючись пригадати, де й коли він сказав щось необмірковане, що призвело до створення проти нього цілої справи. Та хоч як напружував він свою пам'ять, а нічого, крім відповіді студентам, не міг пригадати. Але що ж у цій відповіді злочинного? Він сказав правду. Не міг же він брехати студентам і вигадувати для чогось небилиці! Так, Троць-кий був першим головою мирної делегації на Брестських переговорах, був наркомом військових справ, але хіба в цьому суть? Важливо те, що він помилився зі своєю теорією перманентної революції, взагалі він фразер, а не політик. Його заперечення можливості побудувати соціалізм у одній країні Сталін блискуче спростував, успішно здійснивши колективізацію та індустріалізацію. Ні, Євграф Фірсович ніколи не був прибічником поглядів Троцького, і коли в середині двадцятих років у партії постало питання, чи продовжувати дискусію з Троць-ким, Євграф Фірсович, не кривлячи душею, проголосував проти. От хіба що хтось наклепав на нього за той анекдот про Гатчину й Троцького, що його він чув од когось і, може, сам розповів комусь. Анекдот таки подобався Євграфові Фірсовичу: як зватиметься всім відома Гатчина, перейменована раніш на Троцьк, тепер, коли Троцького оголошено ренегатом? Відповідь — "Рене-</w:t>
      </w:r>
    </w:p>
    <w:p>
      <w:r>
        <w:br/>
        <w:t>Гатчина" була така дотепна, що Євграф Фірсович зареготав би й зараз, якби ситуація не була така сумна. А втім, і в анекдоті нема нічого поганого, та й Євграф Фірсович не пам'ятає, щоб він взагалі розповідав кому-небудь якісь анекдоти. Та якби в цьому була його провина, то слідчий, напевно, й розпочав би з анекдоту допит. А, власне, про що питав слідчий?</w:t>
      </w:r>
    </w:p>
    <w:p>
      <w:r>
        <w:br/>
        <w:t>Євграф Фірсович став перебирати в пам'яті запитання, які йому ставились, і свої відповіді, й з усім цим було, либонь, гаразд. От тільки із відповіддю про соціальне походження загнувся трохи й сказав: "Походжу із селян-бідняків". І в цьому була правда. Не розводиться ж про те, що батько, коли дід погорів (чи не від того й пішло прізвище — Горєлови?), подався з села шукати щастя-долі в Москві. Колись батько закінчив першим учнем церковно-парафіяльну школу, й це допомогло йому через якийсь час улаштуватись лакеєм у "Слов'янському базарі". Батько хотів "вивести сина в люди" й дати йому не сільську освіту, а "справжню", де вчаться паничі, ось чому Євграф Фірсович опинився в одній з московських гімназій. Проте закінчити її не пощастило Євграфові Фірсовичу: батька за щось прогнали з "Слов'янського базару", не стало більше "чайових", а платити п'ятдесят карбованців річно за право навчання в гімназії він уже не міг, і Євграф Фірсович пішов з п'ятого класу.</w:t>
      </w:r>
    </w:p>
    <w:p>
      <w:r>
        <w:br/>
        <w:t>Усе сказано правильно, але слідчий, видимо не вірячи його словам, здивовано спитав: "Селянсько-бідняцьке походження і — гімназія?" — "Так, неповних п'ять класів гімназії, а після демобілізації — робітфак і Московський університет".</w:t>
      </w:r>
    </w:p>
    <w:p>
      <w:r>
        <w:br/>
        <w:t>Слідчий занотував: "Освіта вища". І це було правильно. Але хіба такий лаконічний запис міг сказати про страшне приниження батька, коли він, низько вклоняючись, намагався з усіх сил догодити п'яним купцям, потурав усім їхнім диким забаганкам, втрачав не тільки людську гідність, але й людське обличчя! Ось що коштувала гімназія!.. Нічого цього не відбивав протокол допиту, і що більше думав про нього Євграф Фірсович, тим дужче дратувала його і хитрість слідчого, і брак наполегливості під час допиту в самого Євграфа Фірсовича. Заснув він, змучений думками, аж перед ранком.</w:t>
      </w:r>
    </w:p>
    <w:p>
      <w:r>
        <w:br/>
        <w:t>Збудив його загальний "підйом" о шостій годині, — більше спати йому не давали. До прозурки в дверях раз у раз підходив коридорний і, бачачи що Євграф Фірсович куняє сидячи, кричав:</w:t>
      </w:r>
    </w:p>
    <w:p>
      <w:r>
        <w:br/>
        <w:t>— Не спати! Встати й пройтись по камері, інакше —карцер!</w:t>
      </w:r>
    </w:p>
    <w:p>
      <w:r>
        <w:br/>
        <w:t>Довелось долати сон і терпляче чекати, що його ось-ось знову викличуть на допит.</w:t>
      </w:r>
    </w:p>
    <w:p>
      <w:r>
        <w:br/>
        <w:t>Одначе на допит його не викликано, а натомість надвечір вивели з камери в двір, посадили у велику закриту машину, відому вже в місті під назвою "чорний ворон", і повезли для чогось у тюрму.</w:t>
      </w:r>
    </w:p>
    <w:p>
      <w:r>
        <w:br/>
        <w:t>Це зовсім спантеличило Євграфа Фірсовича, і він не знав, що й думати. Чого це в тюрму, коли його не засуджено, навіть не допитано як слід, не з'ясовано, власне, в чому ж його провина?</w:t>
      </w:r>
    </w:p>
    <w:p>
      <w:r>
        <w:br/>
        <w:t>Нічого не розуміючи, Євграф Фірсович опинився у великій камері, де на нарах і під нарами розмістилось не менш як душ двісті людей. "Ого, скільки їх тут!" — подумав він, розглядаючись, де б примоститись і собі. Досі Євграф Фірсович був певний, що за ґратами сидять тільки справжні злочинці — злодії, шахраї, грабіжники, ця клята спадщина капіталістичного минулого, та ще ті недобитки контрреволюції, що останнім часом з одчаю підняли голову. Але невже їх так багато?</w:t>
      </w:r>
    </w:p>
    <w:p>
      <w:r>
        <w:br/>
        <w:t>Коли в'язні, трохи розсунувшись, дали місце сісти на нарах Євграфові Фірсовичу, він з острахом і цікавістю став розглядати камеру, шукаючи очима характерних бандитських пик і невдало підроблених під доброчинних радянських людей білогвардійських фізіономій. Та хоч як напружував він свою уяву й зір, а бачив навколо таких же звичайних людей, як і по той бік ґрат. Таких же службовців, колгоспників, траплялися й робітники, надто з молоді. Окремим гуртом трималися в камері китай-ці-городники з півдня Читинської області, в яких часто купував на базарі Євграф Фірсович редиску й огірки. "А їх за що ж? — подумав він. — Такі ці китайці працьовиті й чемні..."</w:t>
      </w:r>
    </w:p>
    <w:p>
      <w:r>
        <w:br/>
        <w:t>Особливо вразила його велика кількість військових, серед яких був навіть ад'ютант командувача Забайкальської військової округи — старший лейтенант Прозванцев, якого в камері жартома звали "мятежный лейтенант Прозванцев". Здивували Євграфа Фірсовича й літні червоні партизани — колишні забайкальські козаки, що воювали з білими сотнями отамана Семенова. Хоч партизани трималися в камері теж окремо, пильнуючи своїх "сидорів", проте Євграф Фірсович залічив їх в одну суспільну групу з командирами й червоноармійцями, що здобула перемогу Жовтня й стерегла його здобутки.</w:t>
      </w:r>
    </w:p>
    <w:p>
      <w:r>
        <w:br/>
        <w:t>Коли Євграф Фірсович оббувся трохи, він помітив, що тільки чотири чоловіки з усієї великої камери викликають у нього сумнів щодо своєї безневинності. Перший був Петька — досить типовий кишеньковий злодій, яких не раз бачив Євграф Фірсович на базарі й залізниці, люди їх ловили на гарячому й нещадно били, поки їх не брала прибула на ґвалт міліція. Але про Петьку одразу ж попередили Євграфа Фірсовича: це стукач, якого треба стерегтись; тюремна адміністрація навмисно впихнула його в камеру "ворогів народу", щоб мати там своє око, для чого Петьку через день викликають на коридор, де він дає інформації і підгодовується.</w:t>
      </w:r>
    </w:p>
    <w:p>
      <w:r>
        <w:br/>
        <w:t>Другим непевним чоловіком видався Євграфові Фір-совичу молодий грек Посполітаки, або, як його звали в камері, — Посполітайка, що був уже засуджений за шпигунство на користь Греції. Цей блондин із зеленавими очима, крім прізвища, нічого не мав грецького у своїй зовнішності, і Євграфові Фірсовичу було невтямки, що могла мати від його шпигунства далека Греція, коли Посполітайка сидів безвиїзно в Читі, працюючи тут перукарем? У камері він був дуже потрібною людиною, бо зумів пронести й вдало переховував під час трусів лезо безпечної бритви, яким, приладнавши його до патичка з віника, потай голив "заможних" в'язнів за цигарку махорки. Проте Посполітайка голив і дурно, якщо хто не мав чим заплатити, — з гуманності й любові до свого фаху.</w:t>
      </w:r>
    </w:p>
    <w:p>
      <w:r>
        <w:br/>
        <w:t>Деяку підозру викликав засуджений як шпигун кореєць Кім: занадто він низький для корейця й чи не є він потаєнний японець, що прикидається корейцем? Збивало з пантелику тільки те, що тоді як японці визначаються своєю чистотою й охайністю, Кім був страшенний нечупара, ніколи не вмивався й ходив по камері брудний і смердючий. А втім, з півлітра літепла, що видавали в'язням на добу, важко було виділити половину на вмивання, а коли виходити з тюремної теорії, що відро води заміняє кілограм масла, то вічно голодному Кімові не було ніякої рації витрачати воду для зовнішніх потреб.</w:t>
      </w:r>
    </w:p>
    <w:p>
      <w:r>
        <w:br/>
        <w:t>Дуже непевним щодо свого соціального походження видавався Євграфові Фірсовичу комірник із "Загот-зерна", кремезний дядько Силаев, засуджений за економічну контрреволюцію: не інакше як колишній куркуль, що завчасу втік з села й приховувався в місті. Коли наступного дня в камері дехто одержав передачу й блатний Петька попався на тому, що нишком поцупив у когось кілька сухарів, його тяжко били. Петька повалився від ударів на цементову підлогу, і треба було бачити, як, відштовхуючи інших, до Петьки підскочив шулікою Силаев і бив його щодуху передом чобота в живіт, у голову й груди. Якби на одчайдушний крик Петьки коридорний наглядач не відчинив дверей до камери, навряд чи Петька залишився б живий. Від нього враз відступились, і, важно відсапуючись, Силаев сів на нари, дуже невдово-лений, що не дали порішити злодюги. Так розправлялися колись з конокрадами куркулі на селі, і Євграф Фірсович пам'ятає ще з дитинства одну таку трагічну сцену. "А втім, — подумав він, — не милосердствували з конокрадами й злидарі, в яких забрано стару шкапину — єдину годувальницю великої сім'ї". Отже, й цей єдиний аргумент проти Силаева був нетривкий.</w:t>
      </w:r>
    </w:p>
    <w:p>
      <w:r>
        <w:br/>
        <w:t>З особливою бентежною цікавістю поглядав Євграф Фірсович на військових. Хто б міг думати, що їх у тюрмі так багато сидить! Кого тут тільки не було: піхотинці, танкісти, два спішені кавалеристи, пілот і бортмеханік; навіть якийсь бухгалтер-інтендант і політрук доповнювали цей своєрідний військовий кворум. Особливо інтригував Євграфа Фірсовича політрук: людина з такими обов'язками скоріше сама могла посадити когось у тюрму, ніж сидіти в ній засудженою. Як виявилось, Євграф Фірсович був недалекий від істини.</w:t>
      </w:r>
    </w:p>
    <w:p>
      <w:r>
        <w:br/>
        <w:t>У камері виділявся рухливістю й балакучістю молодий чоловік Рум'янцев, що донедавна працював витівником у місцевому робітничому клубі. Чи то за інерцією від своєї веселої спеціальності, чи тому, що він був засуджений тільки на п'ять років — надзвичайно короткий, як порівняти з іншими, строк, Рум'янцев був оптиміст, бадьорий і енергійний. Це він ціною красномовності й уміння розворушувати найчерствіші людські душі випросив у двох скнар, що одержували передачі, триста грамів хліба й зробив з них мініатюрні шахи, в які сам ніколи не грав; це він посунувся й дав біля себе місце Євграфо-ві Фірсовичу; він же став йому й за гіда в цьому лабіринті людських доль. На прохання Євграфа Фірсовича він розповів про дивовижний поворот фортуни в політ-руковому житті.</w:t>
      </w:r>
    </w:p>
    <w:p>
      <w:r>
        <w:br/>
        <w:t>— Уся біда політрука в тому, що він звернув увагу на трьох червоноармійців, котрі на політзанятгях ставили йому всілякі каверзні запитання, особливо про Троць-кого...</w:t>
      </w:r>
    </w:p>
    <w:p>
      <w:r>
        <w:br/>
        <w:t>("Отак, як і мені студенти", — подумав Євграф Фірсович).</w:t>
      </w:r>
    </w:p>
    <w:p>
      <w:r>
        <w:br/>
        <w:t>— Політрук, знаєте, сам був не дуже підкований, такі запитання його пантеличили й дратували, і він не придумав нічого кращого, як написати на тих трьох рапорт, що вони, мовляв, навмисно ставлять йому провокаційні троцькістські запитання.</w:t>
      </w:r>
    </w:p>
    <w:p>
      <w:r>
        <w:br/>
        <w:t>("А може, й мені слід було б написати заяву на тих моїх студентів?" — подумав Євграф Фірсович і тяжко зітхнув).</w:t>
      </w:r>
    </w:p>
    <w:p>
      <w:r>
        <w:br/>
        <w:t>— Червоноармійців посадили на губу, і незабаром військовий трибунал обвінчав їх на десять років кожного... Он вони, небораки, й сидять утрьох, як три брати, — мотнув головою у протилежний бік камери Рум'янцев, де на підлозі, підстеливши шинелі, напівлежали три хлопці у військових гімнастерках і про щось розмовляли між собою.</w:t>
      </w:r>
    </w:p>
    <w:p>
      <w:r>
        <w:br/>
        <w:t>— А як же тут опинився їхній політрук? — не зрозумів Євграф Фірсович.</w:t>
      </w:r>
    </w:p>
    <w:p>
      <w:r>
        <w:br/>
        <w:t>— А дуже просто, — всміхнувся Рум'янцев. — Опинившись після суду в одній камері, хлопці, не будь дурні, написали й собі доноса на свого політрука — як тут кажуть: "підібрали під нього ключі й здали в солдати". Слідчий, не довго думаючи, підігнав політрука теж під троцькізм, і політрук, діставши свою десятку, з примхи долі опинився в тій же камері, де і його колишні червоноармійці. Тут їх, як висловлюються математики, й зведено до одного знаменника...</w:t>
      </w:r>
    </w:p>
    <w:p>
      <w:r>
        <w:br/>
        <w:t>("Як добре, що я не написав заяви на тих студентів!" — полегшено зітхнув Євграф Фірсович). А тим часом Рум'янцев оповідав далі:</w:t>
      </w:r>
    </w:p>
    <w:p>
      <w:r>
        <w:br/>
        <w:t>— Але на цьому червоноармійська помста не закінчилась. Нещодавно політрук захворів, і його на тиждень узяли з камери до лікарні. Назад політрук повернувся з торбинкою сухарів, яких насушили йому санітарки з тих його пайок, котрих він не їв через високу температуру, t ось першої ж ночі в камері з-під голови політрука витягли ці сухарі й викинули в парашу. Ні для кого не було секретом, що це вчинили "три брати". Наступного ранку вони ще відганяли від параші Кіма, що намагався дістати звідта сухарі й задовольнити ними вічно голодний шлунок.</w:t>
      </w:r>
    </w:p>
    <w:p>
      <w:r>
        <w:br/>
        <w:t>Дуже зацікавив Євграфа Фірсовича й капітан Бог-диль. Як міг опинитися серед "ворогів народу" цей колишній владивостоцький молотобоєць, що пам'ятав з юнацтва японську інтервенцію? Таж це типовий командир робітничо-селянської Червоної Армії! Високий на зріст, жилавий, він і в тюрмі не дуже змарнів, бо його дружина-кравчиня щомісяця тягала в тюрму великий лантух передачі. Невже й такий міг зрадити? — не сходив з дива Євграф Фірсович, дізнавшись од Рум'янцева, що Богдиля засуджено за зраду.</w:t>
      </w:r>
    </w:p>
    <w:p>
      <w:r>
        <w:br/>
        <w:t>Євграф Фірсович постарався познайомитись з Бог-дилем і став якомога делікатніше розпитувати його про слідство й суд, мотивуючи це тим, що для історії треба збирати відомості про все.</w:t>
      </w:r>
    </w:p>
    <w:p>
      <w:r>
        <w:br/>
        <w:t>— Ну що ж, моя історія досить звичайна як на сьогоднішній час, — сказав Богдиль, скручуючи з махорки цигарку й відповідаючи киванням головою на численні відгуки, звернені до нього: "Товаришу Богдиль, — сорок!", "Каштан, мені хоч маленького бичка!". Це просили майбутній недокурок ті бідолахи, що не мали передач, але страшенно хотіли курити. Богдиль глибоко затягнувся махорчаним димом і сказав:</w:t>
      </w:r>
    </w:p>
    <w:p>
      <w:r>
        <w:br/>
        <w:t>— Вас, очевидно, цікавить, як оформляють справу бойового командира в наші дні?</w:t>
      </w:r>
    </w:p>
    <w:p>
      <w:r>
        <w:br/>
        <w:t>— Так, так, дуже цікавить, — поспішно підтакнув Євграф Фірсович.</w:t>
      </w:r>
    </w:p>
    <w:p>
      <w:r>
        <w:br/>
        <w:t>— А дуже просто! Для цього не треба ні провини, ні доказів її, а треба тільки, щоб хтось вищий за вас визначив вам статтю й строк, а все інше додасться.</w:t>
      </w:r>
    </w:p>
    <w:p>
      <w:r>
        <w:br/>
        <w:t>— Цебто як? — не збагнув Євграф Фірсович. — Мені, наприклад, слідчий на єдиному поки що допиті закинув, ніби я популяризував на своїх лекціях Троцького, тоді як нічого подібного не було, — так невже ж цього досить, щоб засудити мене?</w:t>
      </w:r>
    </w:p>
    <w:p>
      <w:r>
        <w:br/>
        <w:t>— Цілком! — спокійно відповів Богдиль і посміхнувся. — Шд час збройного конфлікту на Кигайсько-Східній залізниці я командував батальйоном, мав нагороди, а тепер, через вісім років, мене обвинувачено, ніби я навмисно підвів свій батальйон під ворожий вогонь, щоб той зазнав великих втрат. На моє прохання дістати з архіву наказ по дивізії, де відзначалось моє вдале оперативне командування, внаслідок чого мій батальйон зазнав найменших проти інших частин втрат, слідчий засміявся: "Встиг, значить, повідомити, що свій стоїть! Тому й не стріляли по твоєму батальйону" Весело?.. Одне слово, — хоч верть-кругь, хоч круть-верть, а козі смерть, — закінчив Богдиль і передав недокурок в одну з простягнутих до нього рук.</w:t>
      </w:r>
    </w:p>
    <w:p>
      <w:r>
        <w:br/>
        <w:t>Усе це скидалося більше на недотепний анекдот, ніж на реальну дійсність, але не могли ж змовитись і дурити його ці люди, не сини давно скасованих капіталістів і поміщиків, а такі ж трудящі, як і він сам.</w:t>
      </w:r>
    </w:p>
    <w:p>
      <w:r>
        <w:br/>
        <w:t>Але, наче на довершення всього, що ламало давнє уявлення Євграфа Фірсовича про вищу справедливість і безсторонню законність нового світу, за який він бився колись під брамами Кремля й на фронтах громадянської війни, до камери надвечір ввели нового в'язня, привезеного з Борзі. З розпитувань, якими звідусіль закидали новака, виявилось, що це рахівник із "Балейзолота", колишній козак-партизан, обвинувачений тепер у готуванні якогось контрреволюційного повстання. Його тільки один раз викликано на допит, де, власне, ні про що й не допитувано, а лиш встановлено його особу, а вчора, перед етапуванням сюди, йому зачитано вирок Особливої наради в Москві, з дати якого бідолаха дізнався, що його засуджено перше, ніж заарештовано! Виходило неймовірне: два тижні рахівник, нічого не відаючи, працював у</w:t>
      </w:r>
    </w:p>
    <w:p>
      <w:r>
        <w:br/>
        <w:t>"Балейзолоті", ходив на волі, вже приречений на довге поневіряння в таборах за якесь фантастичне повстання, котре він і гадки не мав робити...</w:t>
      </w:r>
    </w:p>
    <w:p>
      <w:r>
        <w:br/>
        <w:t>Євграф Фірсович не пойняв віри власним вухам і попросив прибулого ще раз розповісти про свою справу, але виходило те ж саме: спочатку десь заочно судили, а потім узяли відбувати кару...</w:t>
      </w:r>
    </w:p>
    <w:p>
      <w:r>
        <w:br/>
        <w:t>Євграфа Фірсовича це так приголомшило, що він не одразу й збагнув з відповідей прибулого іншим, як стоїть справа з розшуками Леваневського. Почув тільки, що розшукувати зниклого Героя Радянського Союзу послано пілотів Мазурука й Слєпньова. Але що ж діється в країні?..</w:t>
      </w:r>
    </w:p>
    <w:p>
      <w:r>
        <w:br/>
        <w:t>Наступного дня був день передач, якого жадібно чекали в'язні, що мешкали раніш у цьому місті. Це була не тільки дуже потрібна підтримка до голодного раціону тюрми, а й єдина можливість дізнатися щось про рідних, що лишились на волі. Сам факт передачі свідчив, що дружина, брат або сестра чи батьки ще не арештовані, а із складу й якості передаваного можна було приблизно уявити, чи не позначився арешт члена родини на інших, чи не погіршало їхнє матеріальне становище. Саме тому зранку коло дверей товклося кілька людей з каштаном Богдилем, трепетно чекаючи, коли з корвдора викличуть їхні прізвища.</w:t>
      </w:r>
    </w:p>
    <w:p>
      <w:r>
        <w:br/>
        <w:t>Старший лейтенант Прозванцев нічого не дожидав і тому спокійно грав з кимось у шахи. Ще під час слідства він дізнався від слідчого, що його дружина, з котрою він прожив п'ять років і мав одну дитину, відмовилась від нього, викритого "ворога народу", як про це писалося в листі до місцевої газети. Окрім дружини, ніхто не міг принести в цьому чужому місті Прозванцеву передачі. Хоч його трохи підгодовували інші командири з своїх передач, та на це не можна було дуже розраховувати в умовах голодної тюремної пайки, і тому Прозванцев проміняв на хліб і махорку свій новий командирський френч та галіфе і сидів у камері в старенькій залізничній курточці з короткими рукавами та залатаних, не на його зріст штанях.</w:t>
      </w:r>
    </w:p>
    <w:p>
      <w:r>
        <w:br/>
        <w:t>Євграф Фірсович здаля поглядав на Прозванцева, що весь віддався роздумам над черговим шаховим ходом, і заздрив на його спокій. Сам він уже відчував дошкульну порожнечу в шлунку внаслідок недоїдання за останні дні й тоскно думав, чи ж дізнається дружина, де він опинився й чи принесе йому сюди передачу?.. Але раптом він похопився: а чи має дружина гроші не те що на передачу, а на прожиття з донькою? Його забрано за три дні до одержання зарплати в педінституті, а в останні дні місяця грошей завжди залишалося в обріз. Якщо в педінституті їй не дадуть без довіреності його зарплати (а це цілком можливо, бо досі він сам одержував і приносив додому гроші), де тоді їй позичити грошей? Євграф Фірсович знав, як усі тепер сахаються родин репресованих, уникають будь-яких стосунків з ними. Та що далеко ходити: коли три місяці тому арештували викладача літератури в педінституті, ніхто з його вчорашніх колег навіть не поцікавився, за що його забрано. Значить, так треба — органи безпеки знають ліпше за нас, хто чим дихає, і всякі розпитування означають не що інше як недовіру до роботи тих, хто стоїть на сторожі здобутків революції, а це є об'єктивно-контрреволюційні настрої.</w:t>
      </w:r>
    </w:p>
    <w:p>
      <w:r>
        <w:br/>
        <w:t>Так думав і Євграф Фірсович, і його не мучило сумління, що він ні разу не зайшов до родини арештованого, хоч раніш не раз туди ходив і сам приймав у себе викладача літератури і його дружину; він був певний, що НКВС досить компетентний і справедливий, щоб зробити правдиві висновки в справі їхнього колеги, і тоді буде видно, як до нього слід ставитись. Щоправда, той викладач літератури був дуже розумна й вельми симпатична людина, але це ніяк не можна брати на увагу, бо там, де йдеться про класову боротьбу й інтереси революції, там нема ні товаришів, ні приятелів, ні навіть рідних, а є лише революційна доконечність.</w:t>
      </w:r>
    </w:p>
    <w:p>
      <w:r>
        <w:br/>
        <w:t>Усе це слушно, але як прикласти його до себе, коли ти знаєш, що ні в чому не винен і не можеш бути винен перед Радянською владою? А тим часом...</w:t>
      </w:r>
    </w:p>
    <w:p>
      <w:r>
        <w:br/>
        <w:t>Євграфові Фірсовичу стало здаватись, що він ненароком ускочив у такий капкан, з якого, виявляється, не так легко вискочити...</w:t>
      </w:r>
    </w:p>
    <w:p>
      <w:r>
        <w:br/>
        <w:t>Він нараз відчув велику потребу поговорити з серйозною, розумною людиною, котра допомогла б йому збагнути, що ж кінець кінцем діється в країні й що чекає особисто його в цій плутанині досі усталених, а тепер перекинутих сторч понять, і Євграф Фірсович знову глянув у той бік, де сидів, кінчаючи шахову партію, старший лейтенант Прозванцев. Про нього він уже чув, що це не тільки перший тут шахіст, так би мовити — чемпіон камери, але й начитана, всебічно освічена людина, до голосу якої прислухалися в камері всі — військові й невійськові, і навіть блатар Петька чогось побоювався клепати в коридорі начальству на "Самозванцева", як він помилково назвав одного разу старшого лейтенанта.</w:t>
      </w:r>
    </w:p>
    <w:p>
      <w:r>
        <w:br/>
        <w:t>Прозванцев закінчив грати й, уставши з нар, потягнувся після довгого сидіння й пішов пройтись по камері. Дим і скористався Євграф Фірсович, щоб познайомитись з Прозванцевим. Чемно перепросивши, він спитав дозволу поговорити в своїй справі, й, коли старший лейтенант кивнув головою на знак згоди, коротко виклав історію свого арешту й дивного допиту в НКВС.</w:t>
      </w:r>
    </w:p>
    <w:p>
      <w:r>
        <w:br/>
        <w:t>— З усього видно, що ви пройдете по троцькізму, — сказав, вислухавши, Прозванцев і крикнув Богдилеві, що саме скручував з махорки цигарку: — Товаришу Богди-лю, сорок!</w:t>
      </w:r>
    </w:p>
    <w:p>
      <w:r>
        <w:br/>
        <w:t>Євграф Фірсович знав уже, що означає такий вигук, і не звернув на нього уваги. Його вразив такий швидкий і категоричний висновок у його справі цієї серйозної людини, за яку всі тут мали Прозванцева, і він здивовано спитав:</w:t>
      </w:r>
    </w:p>
    <w:p>
      <w:r>
        <w:br/>
        <w:t>— Як? Невже для цього досить тільки одним-одного допиту?</w:t>
      </w:r>
    </w:p>
    <w:p>
      <w:r>
        <w:br/>
        <w:t>— А ви що ж — хотіли б, щоб вас вимучували ви-стойками або били? — посміхнувся Прозванцев. — їм це недовго зробити!.. Могли ж мене за три допити оформити як шкідника, тоді як я й досі сном-духом не відаю, чого під час першотравневого параду раптом одвалилося колесо в одній гарматі. Мало того, що вся обслуга й командир батареї пішли за ґрати, а коли обвинувачення, як по воді, докотились аж до мене, ад'ютанта командувача військової округи, що, мовляв, не забезпечив порядку на параді, та й самого командувача, як переказують, посадили теж згодом — не знаю, чи за те трикляте колесо, чи за щось інше...</w:t>
      </w:r>
    </w:p>
    <w:p>
      <w:r>
        <w:br/>
        <w:t>Прозванцев з насолодою затягнувся недокурком, що передав йому Богдиль, і сказав:</w:t>
      </w:r>
    </w:p>
    <w:p>
      <w:r>
        <w:br/>
        <w:t>— От тепер десь пропав Леваневський, і будьте певні, що за нього неодмінно когось посадять: не забезпечив, не організував належно, не сигналізував вчасно... Як завжди тепер: хтось один винний, а відповідати за нього доводиться тисячам.</w:t>
      </w:r>
    </w:p>
    <w:p>
      <w:r>
        <w:br/>
        <w:t>— Що ж це таке? — притишено спитав Євграф Фірсович, трохи насторожившись од останніх слів Прозван-цева й не розуміючи гаразд, куди той гає.</w:t>
      </w:r>
    </w:p>
    <w:p>
      <w:r>
        <w:br/>
        <w:t>— Ну це ви краще за мене можете визначити: ви ж, здається, історик, — відповів, посміхаючись, Прозванцев.</w:t>
      </w:r>
    </w:p>
    <w:p>
      <w:r>
        <w:br/>
        <w:t>— Таж це не влазить ні в які історичні аналогії! — заперечив Євграф Фірсович, котрий в історичних подіях бачив досі тільки незламну закономірність і послідовне логічне звершення.</w:t>
      </w:r>
    </w:p>
    <w:p>
      <w:r>
        <w:br/>
        <w:t>— Чому ж не влазить? — знизав плечима Прозванцев і подивився на свого співбесідника сумовитими розумними очима. — А Велика французька революція? Ро-бесп'єр — Дантона, а там і самого Робесп'єра потягли на гільйотину й взагалі стали падати голови з пліч у якобінців... Як це зветься в історії — термідор, здається?</w:t>
      </w:r>
    </w:p>
    <w:p>
      <w:r>
        <w:br/>
        <w:t>Іронічна іскорка на мить блиснула в глибині його очей, але він зітхнув і промовив уже зовсім іншим тоном:</w:t>
      </w:r>
    </w:p>
    <w:p>
      <w:r>
        <w:br/>
        <w:t>— Але як чудово сказав про такі аналогії Маркс: "Те, що раз в історії промайнуло як трагедія, вдруге повторюється як фарс"!</w:t>
      </w:r>
    </w:p>
    <w:p>
      <w:r>
        <w:br/>
        <w:t>Євграф Фірсович мовчав. При слові "термідор" щось тьохнуло йому в грудях, і він скоса глянув убік, чи не чув їхньої розмови стукач Петька, але Петька стирчав коло дверей і цікавився, кого викличуть одержувати передачу. Проте це не заспокоїло Євграфа Фірсовича. Назву місяця липня — термідор за календарем Французької буржуазної революції, — напевно, вживав він і сам, оповідаючи студентам про термідоріанський переворот 1794 року, коли впала влада якобінців і почалась реакція, але йому ніколи й на думку не спадало ототожнювати ті далекі події з тим, що діялось тепер у країні Рад, як це дозволив собі Троцький. Термідор — це слово, взяте безпосередньо з троцькістського лексикону, і Євграф</w:t>
      </w:r>
    </w:p>
    <w:p>
      <w:r>
        <w:br/>
        <w:t>Фірсович, перепросивши, поспішив одійти далі від "мятежного лейтенанта".</w:t>
      </w:r>
    </w:p>
    <w:p>
      <w:r>
        <w:br/>
        <w:t>Хоч Євграф Фірсович був дуже вражений одвертиші словами Прозванцева, але йому трохи полегшало на душі, бо відчув, ніби став прозрівати. У цій плутанині дивовижних способів слідства й необгрунтованих судових вироків він мало вже сам не ошукав себе, гадаючи, що наша юстиція через якийсь незбагненний катаклізм зірвалась з своєї твердої основи й полетіла в якусь страшну прірву, тягнучи за собою безліч невинних людей. Але це зовсім не так. Узяти б хоч цього Прозванцева. Яке там дурне колесо від якоїсь фантастичної гармати, коли тут — чистісінької води троцькізм!</w:t>
      </w:r>
    </w:p>
    <w:p>
      <w:r>
        <w:br/>
        <w:t>Одне тільки не міг збагнути Євграф Фірсович: як це досвідчені слідчі не розпізнали мало прихованого троць-кіста Прозванцева, тоді як йому ні сіло ні впало закидали обвинувачення в троцькізмі! Звісно, він не буде писати заяви на Прозванцева: той уже одержав свої десять років, і то байдуже, з якою наличкою повезуть його до далеких таборів, але, коли б Євграфа Фірсовича викликали до слідчого й спитали б, що він думає про підозрілого лейтенанта, він не затаїв би цієї розмови з справді мятежним лейтенантом і з спокійною совістю висловив би свої припущення щодо його політичної фізіономії. Дуже можливо, що слідство, не можучи виловити всіх троцькістів, котрі перейшли на нелегальне становище, інколи й помиляється щодо таких людей, як Євграф Фірсович.</w:t>
      </w:r>
    </w:p>
    <w:p>
      <w:r>
        <w:br/>
        <w:t>Цього дня, в зв'язку з передачами, не було прогулянки. Передачі тривали майже до вечірньої перевірки, і в камері панував піднесений, радісний настрій. Щасливці тремтячими руками виймали з торб сухарі, махорку, сало, цибулю, один знайшов навіть у торбі засмальцьованій клапоть недавнього номера газети, в якому, за допомогою інших, вичитав уривок хронікальної замітки: "...пошуки Леваневського тривають".</w:t>
      </w:r>
    </w:p>
    <w:p>
      <w:r>
        <w:br/>
        <w:t>Євграф Фірсович нудився в камері. Передачі йому не було, а невгамовне бажання їсти так доймало його, що він намагався не бачити й не чути, як плямкають інші, уминаючи сало, або гризуть сухарі. Рідко хто в камері ділився своїми передачами, бо хронічне недоїдання зро-</w:t>
      </w:r>
    </w:p>
    <w:p>
      <w:r>
        <w:br/>
        <w:t>било людей егоїстичними й черствими, тому ніхто не запропонував Євграфові навіть житнього сухаря. Це викликало мішане почуття притлумленої образи, самотності, неприязні, яке ще більше загострювало відчуття голоду.</w:t>
      </w:r>
    </w:p>
    <w:p>
      <w:r>
        <w:br/>
        <w:t>До самої вечірньої перевірки Євграф Фірсович сподівався на чудо: може ж, дружина таки дізналась, куди його запроторено, десь роздобула гроші й — ось-ось його викличуть до дверей одержувати передачу. Але чуда не сталось. Євграфові Фірсовичу нічого не лишалось, як утішати самого себе. Безперечно, дружина кінець кінцем знайде його в цьому вертепі. Можливо, що вона вже була в слідчого й дізналася, де Євграф Фірсович, але слідчий розраяв її нести передачу, бо, мовляв, справа виясняється й незабаром затриманий буде вдома. Та інакше, переконував себе Євграф Фірсович, і не може бути — він же не якийсь там Прозванцев або Богдиль!</w:t>
      </w:r>
    </w:p>
    <w:p>
      <w:r>
        <w:br/>
        <w:t>Богдиль і тепер, як тільки кінчилась перевірка, повернувся на своє місце на нарах і одразу ж узявся далі їсти щось із передачі, тільки цього разу він підкликав до себе Прозванцева й частував салом із хлібом.</w:t>
      </w:r>
    </w:p>
    <w:p>
      <w:r>
        <w:br/>
        <w:t>Недобре почуття прокинулося в Євграфа Фірсовича й до Богдиля. Теж мені невинний каштан, що його хтозна-чого засудили на десять років! Та вже коли слідство й не досягнуло чогось, обвинувачуючи Богдиля в зраді, то саме спілкування його з Прозванцевим, людиною явно антипартійних поглядів, викликає неабияку підозру!.. Недарма Євграф Фірсович слухав оті несвітенні байки Богдиля й Прозванцева про їхню невинність.</w:t>
      </w:r>
    </w:p>
    <w:p>
      <w:r>
        <w:br/>
        <w:t>Такі міркування заспокоїли його, й він ліг спати. Щоб відчути себе в домашніх обставинах, він став думати про Леваневського, як то було перед самим арештом. Що ж усе-таки сталося з Леваневським? Чи знайшли його нарешті? В якому стані? Де?..</w:t>
      </w:r>
    </w:p>
    <w:p>
      <w:r>
        <w:br/>
        <w:t>Ранком наступного дня камеру нарешті вивели на прогулянку майже одразу після роздачі хлібних пайок і літепла.</w:t>
      </w:r>
    </w:p>
    <w:p>
      <w:r>
        <w:br/>
        <w:t>Хоч як намагався Євграф Фірсович лишити з чоти-ристаграмового хлібного кавалка половину на обід, але недоїдання за попередніх днів давалося взнаки, й він не витримав спокуси — їв далі, поки не впорав увесь, дої-</w:t>
      </w:r>
    </w:p>
    <w:p>
      <w:r>
        <w:br/>
        <w:t>4 Антоненко-Давидович. т. 2 97</w:t>
      </w:r>
    </w:p>
    <w:p>
      <w:r>
        <w:br/>
        <w:t>даючи вже на ходу з камери. На якийсь час шлунок перестав нудотно вимагати поживи, і через те та ще під впливом заспокійливих міркувань звечора Євграф Фірсович збадьорішав і був у чудовому настрої, наскільки такий може бути в позбавлених волі людей. Як на те й день випав ясний, і після важкої камерної задухи так приємно було дихати свіжим холоднуватим повітрям забайкальського вересневого ранку.</w:t>
      </w:r>
    </w:p>
    <w:p>
      <w:r>
        <w:br/>
        <w:t>У невеликому тюремному дворі в'язні, йдучи по двоє, утворили широке рухливе коло, в якому Євграфові Фір-совичу довелося йти поряд з клубним витівником Ру-м'янцевим. Це теж було до речі, бо в Рум'янцева зосереджувалися всі новини, що тим чи іншим способом просочувалися в камеру з волі.</w:t>
      </w:r>
    </w:p>
    <w:p>
      <w:r>
        <w:br/>
        <w:t>— Так що ж чувати про Леваневського? — спитав Євграф Фірсович.</w:t>
      </w:r>
    </w:p>
    <w:p>
      <w:r>
        <w:br/>
        <w:t>— Поки що нічого, — ворухнув плечима Рум'янцев. — Той привезений учора з Борзі дундук * нічим, крім свого присуду, не цікавиться. Тільки спромігся сказати, що пошуки Леваневського тривають, але це й без нього відомо. На сьогодні повинно бути щось конкретніше.</w:t>
      </w:r>
    </w:p>
    <w:p>
      <w:r>
        <w:br/>
        <w:t>— Та напевно вже знайшли, — переконливо зауважив Євграф Фірсович. — Ви ж пам'ятаєте, як швидко подали допомогу челюскінцям? Раз-два — і всі челюскінці опинились на суходолі! Ато шукати кілька днів одного з перших Героїв Радянського Союзу, що сам раніш забирав на літак з крижини челюскінців... Не може бути, щоб досі не знайшли!..</w:t>
      </w:r>
    </w:p>
    <w:p>
      <w:r>
        <w:br/>
        <w:t>У цей час на ґанок вийшов начальник тюремного корпусу сержант Сиволапов.</w:t>
      </w:r>
    </w:p>
    <w:p>
      <w:r>
        <w:br/>
        <w:t>— От хто знає про Леваневського, його б спитати! — радісно вигукнув Євграф Фірсович, але Рум'янцев схопив його за руку, наче боявся, що необізнаний з тюремним режимом новак може справді здійснити свій екстравагантний намір.</w:t>
      </w:r>
    </w:p>
    <w:p>
      <w:r>
        <w:br/>
        <w:t>— І не здумайте зачіпати цього вертухая! Не оберетеся потім лиха!</w:t>
      </w:r>
    </w:p>
    <w:p>
      <w:r>
        <w:br/>
        <w:t>— А що таке вертухай? — не зрозумів Євграф Фірсович.</w:t>
      </w:r>
    </w:p>
    <w:p>
      <w:r>
        <w:br/>
        <w:t>'Дундук (кримін. жаргон) — дурень, телепень.</w:t>
      </w:r>
    </w:p>
    <w:p>
      <w:r>
        <w:br/>
        <w:t>98</w:t>
      </w:r>
    </w:p>
    <w:p>
      <w:r>
        <w:br/>
        <w:t>— Вертухаями звуть конвоїрів-українців. Це через їхні постійні вигуки: "Лягай, не вертухайся!" Немає в світі гіршого конвою, як хахли! Замучать отим своїм "лягай", а то й пристрілять... Місяць тому в нашій камері Капустян, теж українець, просунув крізь ґрати руку, щоб перевірити, чи йде надворі дощ, і — що ви думаєте — отакий вертухай на вишці без усякого попередження прострелив йому долоню. А два тижні тому цей Сиволапов посадив на три доби в карцер лейтенанта Не-скубіна за те, що той, вертаючись з прогулянки, мимохідь зауважив: "Носити командирські пояси сержантам ~ не годиться". Нескубін упізнав на Сиволапові свій пояс з подряпаною вгорі зіркою...</w:t>
      </w:r>
    </w:p>
    <w:p>
      <w:r>
        <w:br/>
        <w:t>Сиволапов і сьогодні стояв на ґанку корпусу, підперезаний широким нескубівським поясом з блискучою зіркою.</w:t>
      </w:r>
    </w:p>
    <w:p>
      <w:r>
        <w:br/>
        <w:t>Походячи відкілясь з-під Вінниці, Сиволапов, чи, власне, Сиволап (це вже на військовій службі він додав до свого прізвища закінчення "ов", щоб хоч трохи окультурити його кричущу хахлаччину) дослужився в армії до єфрейтора, й коли після демобілізації йому запропонували вступити у ВОХРу *, він охоче пристав на пропозицію. Ще б пак! Зарплата при всьому готовому — одяг, їжа й приміщення, а робота, як то казали на селі, — не бий лежачого. Тільки не давай нікому попуску, а завжди й скрізь — суворість, пильність і дисципліна. Треба було бути дурнем, щоб не погодитись на ВОХРу й повертатись додому, до осоружного колгоспу за дармовщину гнути цілий день спину!</w:t>
      </w:r>
    </w:p>
    <w:p>
      <w:r>
        <w:br/>
        <w:t>У ВОХРІ швидко помітили запопадливість до служби Сиволапа й надали йому звання сержанта, а незабаром його наставлено начальником тюремного корпусу. Тепер Сиволап мав усі підстави вважати, що народився під щасливою зіркою.</w:t>
      </w:r>
    </w:p>
    <w:p>
      <w:r>
        <w:br/>
        <w:t>Глянувши на ручного годинника, він у точно визначений час голосно скомандував хриплуватим тенорком:</w:t>
      </w:r>
    </w:p>
    <w:p>
      <w:r>
        <w:br/>
        <w:t>* В О X Р А (абревіатура) — воєнізована внутрішня охорона місць ув'язнення, певних заводів, складів і т. п.</w:t>
      </w:r>
    </w:p>
    <w:p>
      <w:r>
        <w:br/>
        <w:t>— Кінча-ай прогулянку! За-аходь!</w:t>
      </w:r>
    </w:p>
    <w:p>
      <w:r>
        <w:br/>
        <w:t>Заклавши руку за борт шинелі, Сиволап пропускав повз себе здвоєні ряди в'язнів. На його обличчі під удаваним виразом суворості прохоплювалась усмішка самовдоволення, немов під його рукою був не тюремний, а цілий армійський корпус з його полковниками, комбригами й комдивами. Щоправда, ні полковників, ні комдивів йому ще не попадалось до рук — їх тримали в секреті десь далі й глибше від тюрми, — але капітанам і лейтенантам Сиволап уже почав збивати роги. Он іде лейтенант Нескубін поряд з якимось дохляком. Ага, дістав троє діб карцеру й одвертаєш тепер писок! Дістанеш у мене ще більше, якщо патякатимеш чого не слід! А то й передачі позбавлю (тільки, здається, Нескубін, на жаль, не одержує передач)... Нічого, ще придумаю що-небудь, — злісно посміхаючись, подумав Сиволап і перевів очі далі, шукаючи каштана Богдиля. Он, недалеко від Нескубіна, йде він. Здоровий, стерво, й зухвалий! Він мовчить, але дивиться Сиволапові просто в вічі так презирливо, так зневажливо, що Сиволапа аж пересмикує від люті. Попоганяв би ти мене в армії, якби я був під твоєю командою, та тільки ж тепер я над тобою командир! — визивно оглядає він з ніг до голови високого Богдиля, що, переступивши східці ґанку, і сьогодні саркастично глянув на нього, і Сиволап не стримався, щоб бодай чим-небудь дошкулити непокірному капітанові:</w:t>
      </w:r>
    </w:p>
    <w:p>
      <w:r>
        <w:br/>
        <w:t>— Підтягнись! Підтягнись! Не на бульварі прогулюєшся! — прикрикнув він на Богдиля, але той навіть не оглянувся й пішов далі з високо піднесеною головою. "Ще й досі кирпу гне, гад!" — подумав Сиволап, але тут сталося незвичайне.</w:t>
      </w:r>
    </w:p>
    <w:p>
      <w:r>
        <w:br/>
        <w:t>З рядів вискочив миршавий чоловік, якого ще не запримітив у корпусі пильним оком Сиволап. Це був Євграф Фірсович.</w:t>
      </w:r>
    </w:p>
    <w:p>
      <w:r>
        <w:br/>
        <w:t>— Громадянине начальнику! Тільки одне слово скажіть! Одне тільки слово, громадянине начальнику!.. — благально промовив він скоромовкою до отетерілого від несподіванки Сиволапа. — Чи Леваневського знайшли вже?..</w:t>
      </w:r>
    </w:p>
    <w:p>
      <w:r>
        <w:br/>
        <w:t>Сиволап аж усміхнувся з простодушності миршавого.</w:t>
      </w:r>
    </w:p>
    <w:p>
      <w:r>
        <w:br/>
        <w:t>— А то ж як! Куди він дінеться! Сидить уже. — І похопившись, що, розмовляючи з в'яжем, порушує інструкцію, незлостиво замахав убік лівою рукою: — Ну, проходь, не задержуйся! Таких Леваневських тут повнісінька тюрма, а їх теж треба на проходку виводити. Проходь!</w:t>
      </w:r>
    </w:p>
    <w:p>
      <w:r>
        <w:br/>
        <w:t>Хтось позаду голосно зареготав, але Євграфові Фірсовичу було не до сміху. Нараз він гостро відчув, що в цій трагікомедії, де він, поза своєю волею, став одним із численних статистів, йому нема на що покладати надії і лишається тільки скоритись лихому фатумові, котрий наосліп тикнув своїм перстом серед інших і на нього.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 подівся Леваневський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