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ділися феї</w:t>
      </w:r>
    </w:p>
    <w:p>
      <w:r>
        <w:br/>
        <w:t xml:space="preserve"> Де ділися феї?&lt;br /&gt;</w:t>
        <w:br/>
        <w:t>Про них щось давно&lt;br /&gt;</w:t>
        <w:br/>
        <w:t>Не чутно.&lt;br /&gt;</w:t>
        <w:br/>
        <w:t>Вони розпрощались, напевне, з землею,&lt;br /&gt;</w:t>
        <w:br/>
        <w:t>Пішли десь у море, на дно,&lt;br /&gt;</w:t>
        <w:br/>
        <w:t>Або у небеснім роздолі&lt;br /&gt;</w:t>
        <w:br/>
        <w:t>Шукають кращої долі.</w:t>
      </w:r>
    </w:p>
    <w:p>
      <w:r>
        <w:br/>
        <w:t>Що ж мали робити, бідні?&lt;br /&gt;</w:t>
        <w:br/>
        <w:t>Вони були безробітні!&lt;br /&gt;</w:t>
        <w:br/>
        <w:t>Сиділи у замку старім день при дні,&lt;br /&gt;</w:t>
        <w:br/>
        <w:t>Всі невеселі, усі смутні,&lt;br /&gt;</w:t>
        <w:br/>
        <w:t>Марніли з журби і скорботи —&lt;br /&gt;</w:t>
        <w:br/>
        <w:t>Ніхто не давав їм роботи.&lt;br /&gt;</w:t>
        <w:br/>
        <w:t>Послали вони у світи представницю,&lt;br /&gt;</w:t>
        <w:br/>
        <w:t>Чи відьму якусь, чи так чарівницю,—&lt;br /&gt;</w:t>
        <w:br/>
        <w:t>Може б, вона їм де службу знайшла.&lt;br /&gt;</w:t>
        <w:br/>
        <w:t>Та відьма була&lt;br /&gt;</w:t>
        <w:br/>
        <w:t>Худа й мала,&lt;br /&gt;</w:t>
        <w:br/>
        <w:t>Сама — як дрючок,&lt;br /&gt;</w:t>
        <w:br/>
        <w:t>А ніс — як крючок,&lt;br /&gt;</w:t>
        <w:br/>
        <w:t>І все тремтить, як в мороз сирота&lt;br /&gt;</w:t>
        <w:br/>
        <w:t>(Ходила вона без пальта).&lt;br /&gt;</w:t>
        <w:br/>
        <w:t>Як тільки та відьма додому прийшла,&lt;br /&gt;</w:t>
        <w:br/>
        <w:t>Всі феї —&lt;br /&gt;</w:t>
        <w:br/>
        <w:t>До неї:&lt;br /&gt;</w:t>
        <w:br/>
        <w:t>— Ну як, мала?&lt;br /&gt;</w:t>
        <w:br/>
        <w:t>Скажи, де була,&lt;br /&gt;</w:t>
        <w:br/>
        <w:t>Що ти виходила,&lt;br /&gt;</w:t>
        <w:br/>
        <w:t>Яку ти службу для нас найшла?</w:t>
      </w:r>
    </w:p>
    <w:p>
      <w:r>
        <w:br/>
        <w:t>І відьма феям відповіла:&lt;br /&gt;</w:t>
        <w:br/>
        <w:t>— Страшні-страшнющі на світі діла,&lt;br /&gt;</w:t>
        <w:br/>
        <w:t>Аж волос угору лізе —&lt;br /&gt;</w:t>
        <w:br/>
        <w:t>Кругом безробіття й криза...&lt;br /&gt;</w:t>
        <w:br/>
        <w:t>Де вже я не шукала,&lt;br /&gt;</w:t>
        <w:br/>
        <w:t>Де вже я не питала,&lt;br /&gt;</w:t>
        <w:br/>
        <w:t>Як уже я не просила —&lt;br /&gt;</w:t>
        <w:br/>
        <w:t>Не помагає ніяка сила!&lt;br /&gt;</w:t>
        <w:br/>
        <w:t>Усе без діла,&lt;br /&gt;</w:t>
        <w:br/>
        <w:t>Усе дарма,&lt;br /&gt;</w:t>
        <w:br/>
        <w:t>Для вас роботи ніде нема.&lt;br /&gt;</w:t>
        <w:br/>
        <w:t>Кому ті казки потрібні? —&lt;br /&gt;</w:t>
        <w:br/>
        <w:t>Скрізь голод, холод, злидні.&lt;br /&gt;</w:t>
        <w:br/>
        <w:t>Людей притисли нестатки —&lt;br /&gt;</w:t>
        <w:br/>
        <w:t>Борги, податки, видатки,&lt;br /&gt;</w:t>
        <w:br/>
        <w:t>Плати за квартиру, за газ...&lt;br /&gt;</w:t>
        <w:br/>
        <w:t>Старі все чекають пенсії,&lt;br /&gt;</w:t>
        <w:br/>
        <w:t>Та довго затримують десь її...&lt;br /&gt;</w:t>
        <w:br/>
        <w:t>Кому вже тут буде до нас?</w:t>
      </w:r>
    </w:p>
    <w:p>
      <w:r>
        <w:br/>
        <w:t>А ще подейкують люди —&lt;br /&gt;</w:t>
        <w:br/>
        <w:t>Війна незабаром буде.&lt;br /&gt;</w:t>
        <w:br/>
        <w:t>Я бачила, як крокували&lt;br /&gt;</w:t>
        <w:br/>
        <w:t>По вулиці три генерали —&lt;br /&gt;</w:t>
        <w:br/>
        <w:t>Такі пикаті, пузаті,&lt;br /&gt;</w:t>
        <w:br/>
        <w:t>На них мундири багаті,&lt;br /&gt;</w:t>
        <w:br/>
        <w:t>За ними — танки, гармати&lt;br /&gt;</w:t>
        <w:br/>
        <w:t>І міномети горлаті...&lt;br /&gt;</w:t>
        <w:br/>
        <w:t>Ледве-не-ледве од них я втекла!&lt;br /&gt;</w:t>
        <w:br/>
        <w:t>От які, сестри, на світі діла,&lt;br /&gt;</w:t>
        <w:br/>
        <w:t>От які всюди порядки...&lt;br /&gt;</w:t>
        <w:br/>
        <w:t>От тут і живи...&lt;br /&gt;</w:t>
        <w:br/>
        <w:t>Не знаю, як ви,&lt;br /&gt;</w:t>
        <w:br/>
        <w:t>А я пакую манатки&lt;br /&gt;</w:t>
        <w:br/>
        <w:t>І геть звідсіля без оглядки.</w:t>
      </w:r>
    </w:p>
    <w:p>
      <w:r>
        <w:br/>
        <w:t>Давай тоді феї готуватись до втечі,&lt;br /&gt;</w:t>
        <w:br/>
        <w:t>Давай вони пакувать свої речі.&lt;br /&gt;</w:t>
        <w:br/>
        <w:t>Який зчинивсь переполох —&lt;br /&gt;</w:t>
        <w:br/>
        <w:t>Ох, ох!&lt;br /&gt;</w:t>
        <w:br/>
        <w:t>Прекрасна фея синьокоса&lt;br /&gt;</w:t>
        <w:br/>
        <w:t>Стала з тривоги сивоволоса;&lt;br /&gt;</w:t>
        <w:br/>
        <w:t>У бідної Білосніжки&lt;br /&gt;</w:t>
        <w:br/>
        <w:t>Від хвилювання підгиналися ніжки;&lt;br /&gt;</w:t>
        <w:br/>
        <w:t>Маг-чародій&lt;br /&gt;</w:t>
        <w:br/>
        <w:t>Забув свій жезл чарівний;&lt;br /&gt;</w:t>
        <w:br/>
        <w:t>У Червоної Шапочки&lt;br /&gt;</w:t>
        <w:br/>
        <w:t>Загубилися тапочки;&lt;br /&gt;</w:t>
        <w:br/>
        <w:t>А Попелюшка&lt;br /&gt;</w:t>
        <w:br/>
        <w:t>Не знайшла капелюшка...&lt;br /&gt;</w:t>
        <w:br/>
        <w:t>Нарешті зібрались, на хмару сіли&lt;br /&gt;</w:t>
        <w:br/>
        <w:t>І світ за очі полетіли.</w:t>
      </w:r>
    </w:p>
    <w:p>
      <w:r>
        <w:br/>
        <w:t>Лишили вони невеселе видовище:&lt;br /&gt;</w:t>
        <w:br/>
        <w:t>Там, де був замок, стало пустовище,&lt;br /&gt;</w:t>
        <w:br/>
        <w:t>Зачарований ліс&lt;br /&gt;</w:t>
        <w:br/>
        <w:t>Кропивою заріс,&lt;br /&gt;</w:t>
        <w:br/>
        <w:t>По Сонній Красуні&lt;br /&gt;</w:t>
        <w:br/>
        <w:t>Комашня уже суне,&lt;br /&gt;</w:t>
        <w:br/>
        <w:t>Залазить у вуха, у ніс...&lt;br /&gt;</w:t>
        <w:br/>
        <w:t>Страшно і сумно!</w:t>
      </w:r>
    </w:p>
    <w:p>
      <w:r>
        <w:br/>
        <w:t>Прохають даремно тепер малюки:&lt;br /&gt;</w:t>
        <w:br/>
        <w:t>— Бабусю, дідусю, кажіть нам казки —&lt;br /&gt;</w:t>
        <w:br/>
        <w:t>Забула, —&lt;br /&gt;</w:t>
        <w:br/>
        <w:t>Зітхає бабуня.&lt;br /&gt;</w:t>
        <w:br/>
        <w:t>— Забувсь. —&lt;br /&gt;</w:t>
        <w:br/>
        <w:t>Позіхає дідусь.</w:t>
      </w:r>
    </w:p>
    <w:p>
      <w:r>
        <w:br/>
        <w:t>Як феї пішли, то й казки забулись.&lt;br /&gt;</w:t>
        <w:br/>
        <w:t>Як же зробити, щоб феї вернулись?&lt;br /&gt;</w:t>
        <w:br/>
        <w:t>Я людям би ось що пораяв:&lt;br /&gt;</w:t>
        <w:br/>
        <w:t>Піти до вояк-генералів&lt;br /&gt;</w:t>
        <w:br/>
        <w:t>Та й попросити: — Пани генерали!&lt;br /&gt;</w:t>
        <w:br/>
        <w:t>Чи не дали б ви звідси драла?&lt;br /&gt;</w:t>
        <w:br/>
        <w:t>Летіть собі з богом на Місяць, на Марс,&lt;br /&gt;</w:t>
        <w:br/>
        <w:t>А хочете — й за Марс, тільки далі від нас.&lt;br /&gt;</w:t>
        <w:br/>
        <w:t>Стріляйте, бабахкайте там досхочу.&lt;br /&gt;</w:t>
        <w:br/>
        <w:t>Аби на Землі вас ніхто не почув.&lt;br /&gt;</w:t>
        <w:br/>
        <w:t>Коли вам стрільба та пальба до вподоби,&lt;br /&gt;</w:t>
        <w:br/>
        <w:t>Хай ранком вас будять снаряди і бомби,&lt;br /&gt;</w:t>
        <w:br/>
        <w:t>Нехай кулемети,— їх любите ви,—&lt;br /&gt;</w:t>
        <w:br/>
        <w:t>Вечірні татакають вам молитви,&lt;br /&gt;</w:t>
        <w:br/>
        <w:t>Хай сняться вночі вам трофеї,&lt;br /&gt;</w:t>
        <w:br/>
        <w:t>А ми заживемо веселі й раді&lt;br /&gt;</w:t>
        <w:br/>
        <w:t>У щасті, в достатку, у мирнім труді,—&lt;br /&gt;</w:t>
        <w:br/>
        <w:t>Тоді&lt;br /&gt;</w:t>
        <w:br/>
        <w:t>До нас вернуться феї.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ділися 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