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Давно затерся слід копит...</w:t>
      </w:r>
    </w:p>
    <w:p>
      <w:r>
        <w:br/>
        <w:t xml:space="preserve"> Давно затерся слід копит.&lt;br /&gt;</w:t>
        <w:br/>
        <w:t>Давно вже коні продудніли.&lt;br /&gt;</w:t>
        <w:br/>
        <w:t>А далечі очам не спать,&lt;br /&gt;</w:t>
        <w:br/>
        <w:t>не похилити слів дозрілих.</w:t>
      </w:r>
    </w:p>
    <w:p>
      <w:r>
        <w:br/>
        <w:t>Якби хоч здалеку уздріть!&lt;br /&gt;</w:t>
        <w:br/>
        <w:t>Якби вітри відтіль подули!&lt;br /&gt;</w:t>
        <w:br/>
        <w:t>Якби зійшла щаслива мить!..&lt;br /&gt;</w:t>
        <w:br/>
        <w:t>Пішли, пішли і... не вернули.</w:t>
      </w:r>
    </w:p>
    <w:p>
      <w:r>
        <w:br/>
        <w:t>І, може, впали вже сини.&lt;br /&gt;</w:t>
        <w:br/>
        <w:t>Мій Боже! Серце — крига.&lt;br /&gt;</w:t>
        <w:br/>
        <w:t>Щитом господнім заслони,&lt;br /&gt;</w:t>
        <w:br/>
        <w:t>мечем Архистратига!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Давно затерся слід копит...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