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Давай-но, море, вийдем з берегів...</w:t>
      </w:r>
    </w:p>
    <w:p>
      <w:r>
        <w:br/>
        <w:t xml:space="preserve"> Давай-но, море, вийдем з берегів&lt;br /&gt;</w:t>
        <w:br/>
        <w:t>До всіх отих людських страждань і болів.&lt;br /&gt;</w:t>
        <w:br/>
        <w:t>Із піни ти народжуєш богів,&lt;br /&gt;</w:t>
        <w:br/>
        <w:t>Солониш пілігримам прісність волі.</w:t>
      </w:r>
    </w:p>
    <w:p>
      <w:r>
        <w:br/>
        <w:t>Душа у душу, море, заживем.&lt;br /&gt;</w:t>
        <w:br/>
        <w:t>На що тобі затоки, де так мілко?&lt;br /&gt;</w:t>
        <w:br/>
        <w:t>Давай себе в собі перепливем:&lt;br /&gt;</w:t>
        <w:br/>
        <w:t>Наскільки нас зосталося – настільки.</w:t>
      </w:r>
    </w:p>
    <w:p>
      <w:r>
        <w:br/>
        <w:t>А ці шторми...&lt;br /&gt;</w:t>
        <w:br/>
        <w:t>У мене їх не менш.&lt;br /&gt;</w:t>
        <w:br/>
        <w:t>Ти мені віриш.&lt;br /&gt;</w:t>
        <w:br/>
        <w:t>Тому ми зустрілись.&lt;br /&gt;</w:t>
        <w:br/>
        <w:t>Мої річки течуть по трубах вен,&lt;br /&gt;</w:t>
        <w:br/>
        <w:t>Твої зігнулись, та не надломились.</w:t>
      </w:r>
    </w:p>
    <w:p>
      <w:r>
        <w:br/>
        <w:t>Лише одне – від себе не втечеш&lt;br /&gt;</w:t>
        <w:br/>
        <w:t>(Хоч у собі втопитися і можна), –&lt;br /&gt;</w:t>
        <w:br/>
        <w:t>Ми чуєм вдвох...</w:t>
      </w:r>
    </w:p>
    <w:p>
      <w:r>
        <w:br/>
        <w:t>Життя не має меж.&lt;br /&gt;</w:t>
        <w:br/>
        <w:t>Хоч має межі наша хвилька кожна.</w:t>
      </w:r>
    </w:p>
    <w:p>
      <w:r>
        <w:br/>
        <w:t>Отож, давай – виходим з берегів&lt;br /&gt;</w:t>
        <w:br/>
        <w:t>До всіх отих людських страждань і болів.&lt;br /&gt;</w:t>
        <w:br/>
        <w:t>Народжувало з піни ти богів,&lt;br /&gt;</w:t>
        <w:br/>
        <w:t>Саме ж несеш вагу людської долі.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Давай-но, море, вийдем з берегів...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