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Дар</w:t>
      </w:r>
    </w:p>
    <w:p>
      <w:r>
        <w:br/>
        <w:t xml:space="preserve"> Такий щасливий день.</w:t>
      </w:r>
    </w:p>
    <w:p>
      <w:r>
        <w:br/>
        <w:t>Розвіялась ранішня мла, я працював на городі.</w:t>
      </w:r>
    </w:p>
    <w:p>
      <w:r>
        <w:br/>
        <w:t>Колібрі зависали над квітником капріфоліуму.</w:t>
      </w:r>
    </w:p>
    <w:p>
      <w:r>
        <w:br/>
        <w:t>Не було на землі такої речі, яку я хотів би мати.</w:t>
      </w:r>
    </w:p>
    <w:p>
      <w:r>
        <w:br/>
        <w:t>Не знав нікого, кому варто би було позаздрити.</w:t>
      </w:r>
    </w:p>
    <w:p>
      <w:r>
        <w:br/>
        <w:t>Все погане, що було, я просто забув.</w:t>
      </w:r>
    </w:p>
    <w:p>
      <w:r>
        <w:br/>
        <w:t>Не соромився думати, що я був би тим, ким я є.</w:t>
      </w:r>
    </w:p>
    <w:p>
      <w:r>
        <w:br/>
        <w:t>В тілі не відчував жодного болю.</w:t>
      </w:r>
    </w:p>
    <w:p>
      <w:r>
        <w:br/>
        <w:t>Випростовуючись, я бачив блакитне море і вітрила.</w:t>
      </w:r>
    </w:p>
    <w:p>
      <w:r>
        <w:br/>
      </w:r>
    </w:p>
    <w:p>
      <w:r>
        <w:br/>
        <w:t>1971</w:t>
      </w:r>
    </w:p>
    <w:p>
      <w:r>
        <w:br/>
        <w:t>Переклад Тараса Прохаська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