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Харитонович</w:t>
      </w:r>
    </w:p>
    <w:p>
      <w:r>
        <w:br/>
        <w:t xml:space="preserve"> &lt;p&gt;Дядько Данило та тітка Марія. Як тільки минете греблю, кого завгодно спитайте:</w:t>
      </w:r>
    </w:p>
    <w:p>
      <w:r>
        <w:br/>
        <w:t>— Де живуть? Вам і покажуть:</w:t>
      </w:r>
    </w:p>
    <w:p>
      <w:r>
        <w:br/>
        <w:t>— Он там зараз за церквою, так собі в садочку хатка. Тільки якщо до них, так добре стукайте, бо хвіртка, мабуть, засунена.</w:t>
      </w:r>
    </w:p>
    <w:p>
      <w:r>
        <w:br/>
        <w:t>Так їх двоє й жило: в садочку, і хвіртка щоразу засунена. Усі шістдесят років. Дітей не було.</w:t>
      </w:r>
    </w:p>
    <w:p>
      <w:r>
        <w:br/>
        <w:t>— І не шкода,— казав Данило Харитонович,— за моє добро всякий догодує до смерті.</w:t>
      </w:r>
    </w:p>
    <w:p>
      <w:r>
        <w:br/>
        <w:t>А тітка Марія додавала:</w:t>
      </w:r>
    </w:p>
    <w:p>
      <w:r>
        <w:br/>
        <w:t>— От інші вигодували, а вони й пішли в товариші, хіба, думаєте, ото радість матері?</w:t>
      </w:r>
    </w:p>
    <w:p>
      <w:r>
        <w:br/>
        <w:t>— Еге, ото б ні вдень ні вночі спокою не було, а хвіртка так би й стояла навстіж. Бачимо й чуємо — надивилися вже.</w:t>
      </w:r>
    </w:p>
    <w:p>
      <w:r>
        <w:br/>
        <w:t>А інколи й діти потрібні були. Тоді Данило гукав через тин:</w:t>
      </w:r>
    </w:p>
    <w:p>
      <w:r>
        <w:br/>
        <w:t>— Йосипе, Йосипе, ось на-бо чобітки та нехай твої діти трохи попоносять! — і передавав сусіді тільки що скремсані незграбні чоботята і додав: — Тільки щоб у воду не лізли.</w:t>
      </w:r>
    </w:p>
    <w:p>
      <w:r>
        <w:br/>
        <w:t>Йосип мовчки погоджувався: "Хай собі побавляться новенькими, у мене вони не збалувані обновками". Через тиждень Данило Харитонович знову кричав через тин:</w:t>
      </w:r>
    </w:p>
    <w:p>
      <w:r>
        <w:br/>
        <w:t>— Йосипе, Йосипе, а винеси-бо чобітки!</w:t>
      </w:r>
    </w:p>
    <w:p>
      <w:r>
        <w:br/>
        <w:t>Забирав і в неділю чуть світ біг із ними на базар у шевський ряд. Ось і покупець.</w:t>
      </w:r>
    </w:p>
    <w:p>
      <w:r>
        <w:br/>
        <w:t>— А господи, та невже ж я буду дурити вас? — запевняв Данило Харитонович.— Чобітки шились на замовлення, ну що ж, не вгадав; бачите, попоносило трохи та й вернуло.</w:t>
      </w:r>
    </w:p>
    <w:p>
      <w:r>
        <w:br/>
        <w:t>Покупець, що приїхав із хуторів, стукав пужалном по підошві, потім проводив ще нігтем і.говорив:</w:t>
      </w:r>
    </w:p>
    <w:p>
      <w:r>
        <w:br/>
        <w:t>— Дорого!</w:t>
      </w:r>
    </w:p>
    <w:p>
      <w:r>
        <w:br/>
        <w:t>— Дорого? А боже мій, боже, і що воно за народ пішові Тут хоч би свої повернути, а він дорого, а податки ще.</w:t>
      </w:r>
    </w:p>
    <w:p>
      <w:r>
        <w:br/>
        <w:t>— Ні, таки дорого,—упирався покупець.</w:t>
      </w:r>
    </w:p>
    <w:p>
      <w:r>
        <w:br/>
        <w:t>Тоді Данило Харитонович починав хреститися на собор, потім на рясну церкву, потім на кладовищенську і кликав у свідки всіх святих і рівноапостольних, що чобітки шилися на замовлення і собі коштують дорожче.</w:t>
      </w:r>
    </w:p>
    <w:p>
      <w:r>
        <w:br/>
        <w:t>І хіба вже в ряду показувався той, що збирав місцьове, тоді Данило кидав чобітки в лантух і зникав поміж людом. А коли не траплялося цього, він торгувався, хрестився й божився, аж доки в посуньківській церкві не вдарять на "Достойно"1; ну, тоді вже він чухав потилицю й махав рукою.</w:t>
      </w:r>
    </w:p>
    <w:p>
      <w:r>
        <w:br/>
        <w:t>— Беріть, задаром віддаюі І біг до церкви.</w:t>
      </w:r>
    </w:p>
    <w:p>
      <w:r>
        <w:br/>
        <w:t>Він ще не пам'ятає, щоб пропустив коли-небудь хоч одну службу.</w:t>
      </w:r>
    </w:p>
    <w:p>
      <w:r>
        <w:br/>
        <w:t>А в церкві в нього була своя справа: зразу входив у вівтар, брав у панотця благословення й починав діяти: роздував кадило, гасив свічки, підливав оливи. І так щоразу і аж до самого кінця служби.</w:t>
      </w:r>
    </w:p>
    <w:p>
      <w:r>
        <w:br/>
        <w:t>По обідні Данило Харитонович відносив до попа часточку і обов'язково питав:</w:t>
      </w:r>
    </w:p>
    <w:p>
      <w:r>
        <w:br/>
        <w:t>— Чули, отче Ілля, товариші Суса Христа судитимуть? Коли вже бог покарає оцю нечисть?</w:t>
      </w:r>
    </w:p>
    <w:p>
      <w:r>
        <w:br/>
        <w:t>А панотець завсіди своєї:</w:t>
      </w:r>
    </w:p>
    <w:p>
      <w:r>
        <w:br/>
        <w:t>— Бог многотерпеливий і многомилостивий. Данило Харитонович зітхав:</w:t>
      </w:r>
    </w:p>
    <w:p>
      <w:r>
        <w:br/>
        <w:t>— Ох, прегрішенія наші, та й годі. Мабуть, кінець второму пришествію2?</w:t>
      </w:r>
    </w:p>
    <w:p>
      <w:r>
        <w:br/>
        <w:t>Ідучи додому, він заходив ще й до доморощеного адвоката і питав:</w:t>
      </w:r>
    </w:p>
    <w:p>
      <w:r>
        <w:br/>
        <w:t>— Чи воно й тепер можна судитися?</w:t>
      </w:r>
    </w:p>
    <w:p>
      <w:r>
        <w:br/>
        <w:t>— Скільки завгодно,— казав адвокат.</w:t>
      </w:r>
    </w:p>
    <w:p>
      <w:r>
        <w:br/>
        <w:t>— Ото ж у мене сусіда Сащиха, так ще її дід поставив хату рогом на нашому.</w:t>
      </w:r>
    </w:p>
    <w:p>
      <w:r>
        <w:br/>
        <w:t>— А ви ще не судилися з нею?</w:t>
      </w:r>
    </w:p>
    <w:p>
      <w:r>
        <w:br/>
        <w:t>— Та вже, мабуть, літ двадцять, як тягаюся, хай вона зашморгнеться, уже раз були й присудили, щоб, значить, геть хату, так воно ж тоді таке-о почалося, що й закони вже ні по чому.</w:t>
      </w:r>
    </w:p>
    <w:p>
      <w:r>
        <w:br/>
        <w:t>— Подавайте знову, ми цю справу одним махом.</w:t>
      </w:r>
    </w:p>
    <w:p>
      <w:r>
        <w:br/>
        <w:t>— Та я й до смерті судитимуся, все просудю, а таки знесу їй хату, не подивлюся, що й удова.</w:t>
      </w:r>
    </w:p>
    <w:p>
      <w:r>
        <w:br/>
        <w:t>Потім Данило Харитонович забігав до церковного старости і радивсь, яку б його краще ікону подарувати в церкву від його імені.</w:t>
      </w:r>
    </w:p>
    <w:p>
      <w:r>
        <w:br/>
        <w:t>Коли панотець одного разу на казанні сповістив, що від парафіян треба обрати представника на з'їзд духівництва, майже всі гукнули:</w:t>
      </w:r>
    </w:p>
    <w:p>
      <w:r>
        <w:br/>
        <w:t>— Нехай Данило Харитонович послужить!</w:t>
      </w:r>
    </w:p>
    <w:p>
      <w:r>
        <w:br/>
        <w:t>— Буде з'їзд священнослужителів нащот поділу парафії,— додав піп.</w:t>
      </w:r>
    </w:p>
    <w:p>
      <w:r>
        <w:br/>
        <w:t>— Ото Данило й поможе, він кожен двір знає, бо як не позивався, то лаявся...</w:t>
      </w:r>
    </w:p>
    <w:p>
      <w:r>
        <w:br/>
        <w:t>У визначений для з'їзду день Данило Харитоиович з. самого ранку ходив, як засватана дівка, до чобіт і зовсім не присідав. "Люди будуть там з єлеєм та миропомазанием,— думав,— а я з дьогтем..." По обіді, надівши чисту сорочку, чумарку і намастивши оливою голову, Данило Харитоиович пішов на з'їзд.</w:t>
      </w:r>
    </w:p>
    <w:p>
      <w:r>
        <w:br/>
        <w:t>"Невже ж ото так ніхто й не спитає, куди це я іду? — думай про себе.— Ех, темний іще народ: їм ото все одно, чи ти на базар поспішаєш, чи на тайную, можна сказать, вечерю, а він тобі посупився та й суне, як ведмідь. А нема, щоб так із миром: "Ви ж там, Даниле Харитоновичу, і за мою грішну душеньку перед господом богом..." Вовкулаки!"</w:t>
      </w:r>
    </w:p>
    <w:p>
      <w:r>
        <w:br/>
        <w:t>Прийшовши до благочинного, Данило Харитонович глянув на подвір'я. Було тихо і порожньо. "Мабуть, таки рано,— подумав він,— ще встигну і до домкому збігати... Що вони, бісові личини, накинули мені якусь голодну дитину, та воно ж, хай їм щезне, нам вуха пооб'їдає, а користь яка?"</w:t>
      </w:r>
    </w:p>
    <w:p>
      <w:r>
        <w:br/>
        <w:t>За півгодини Данило Харитонович повертався назад сердитий: накинули-таки дитину. А в дворі благочинного вже стояли тачанки.</w:t>
      </w:r>
    </w:p>
    <w:p>
      <w:r>
        <w:br/>
        <w:t>Данило Харитонович скинув за хвірткою шапку, розгладив обома руками волосся й посунув на кухню. На кухні носилися цілі хвилі смачного духу, але від печі хтось крикнув, вказуючи на двері:</w:t>
      </w:r>
    </w:p>
    <w:p>
      <w:r>
        <w:br/>
        <w:t>':— Батюшки там, туди, туди йдіть.</w:t>
      </w:r>
    </w:p>
    <w:p>
      <w:r>
        <w:br/>
        <w:t>Данило Харитонович ступив до вітальні й перехрестився:</w:t>
      </w:r>
    </w:p>
    <w:p>
      <w:r>
        <w:br/>
        <w:t>— Спаси вас господи! — Потім нахилився під благословення. Благочинний помахав рукою, тицьнув нею в ніс і сказав:</w:t>
      </w:r>
    </w:p>
    <w:p>
      <w:r>
        <w:br/>
        <w:t>— Сідай!</w:t>
      </w:r>
    </w:p>
    <w:p>
      <w:r>
        <w:br/>
        <w:t>Але Данило Харитонович пішов ще й до свого батюшки, потім до рогозівського, мошурівського, аж доки не сказав хтось:</w:t>
      </w:r>
    </w:p>
    <w:p>
      <w:r>
        <w:br/>
        <w:t>— Та хватить з тебе!</w:t>
      </w:r>
    </w:p>
    <w:p>
      <w:r>
        <w:br/>
        <w:t>Тоді він сів і зложив руки на колінах.</w:t>
      </w:r>
    </w:p>
    <w:p>
      <w:r>
        <w:br/>
        <w:t>За вікном білів жасмин, тьохкали солов'ї, а на круглому столику горіли півонії. Тягло відкілясь ладаном, смирною і пареним молоком. Данило Харитонович почував, як він ніби розточається і не сидить, а плаває по хаті, мов хмарки ладану. Серце було вщерть переповнене урочистістю. А коли один із отців бовкнув "Благослови, отче", Данило Харитонович навіть підскочив і захрестився.</w:t>
      </w:r>
    </w:p>
    <w:p>
      <w:r>
        <w:br/>
        <w:t>Засідання розпочалося.</w:t>
      </w:r>
    </w:p>
    <w:p>
      <w:r>
        <w:br/>
        <w:t>Говорили про парафію і про оскудіння, про владу (трохи тихше) і про антихриста. Данило Харитонович не говорив, а тільки зітхав і кивав головою.</w:t>
      </w:r>
    </w:p>
    <w:p>
      <w:r>
        <w:br/>
        <w:t>Коли дійшли до розподілу парафій, благочинний понюхав руді кінчики свого волосся, скривився й заговорив, блаженно склепивши очі:</w:t>
      </w:r>
    </w:p>
    <w:p>
      <w:r>
        <w:br/>
        <w:t>— Отці духовні і ви, православні парафіяни, вам відомо, що отець Макарій, ізгнаний правди ради з батьківщини, одержав у нас парафію. Хазяйства в нього нема ніякого, а тому ми повинні б допомогти. Пам'ятайте: "Дающая рука да не оскудеет". Амінь.</w:t>
      </w:r>
    </w:p>
    <w:p>
      <w:r>
        <w:br/>
        <w:t>Мошурівський піп буркнув:</w:t>
      </w:r>
    </w:p>
    <w:p>
      <w:r>
        <w:br/>
        <w:t>— Колись було, а тепер не то рука, а й нога оскуділа. Отець Макарій з військовою виправкою допитливо перебігав по присутніх булькатими очима.</w:t>
      </w:r>
    </w:p>
    <w:p>
      <w:r>
        <w:br/>
        <w:t>Мовчали.</w:t>
      </w:r>
    </w:p>
    <w:p>
      <w:r>
        <w:br/>
        <w:t>Благочинний ізнову:</w:t>
      </w:r>
    </w:p>
    <w:p>
      <w:r>
        <w:br/>
        <w:t>— Ну, так хто перший положить лепту? Отець Ілля, ви скільки відпишете дворів із своєї парафії?</w:t>
      </w:r>
    </w:p>
    <w:p>
      <w:r>
        <w:br/>
        <w:t>Отець Ілля дивується:</w:t>
      </w:r>
    </w:p>
    <w:p>
      <w:r>
        <w:br/>
        <w:t>— Хто? Я? З якої речі? Половина приходу голота, а половина вже в двори не пускає. Я й сам хотів просити.</w:t>
      </w:r>
    </w:p>
    <w:p>
      <w:r>
        <w:br/>
        <w:t>— Ну, а ви, отче Харлампію?</w:t>
      </w:r>
    </w:p>
    <w:p>
      <w:r>
        <w:br/>
        <w:t>Отець Харлампій прикладає руки до грудей:</w:t>
      </w:r>
    </w:p>
    <w:p>
      <w:r>
        <w:br/>
        <w:t>— Сознаю і, як братові во Христі, допоможу, беріть п'ятнадцять дворів у середині міста, а дворів із десять на Підгірному.</w:t>
      </w:r>
    </w:p>
    <w:p>
      <w:r>
        <w:br/>
        <w:t>Отець Макарій питає:</w:t>
      </w:r>
    </w:p>
    <w:p>
      <w:r>
        <w:br/>
        <w:t>— До Підгірного далеко?</w:t>
      </w:r>
    </w:p>
    <w:p>
      <w:r>
        <w:br/>
        <w:t>— Боже сохрани: п'ятнадцять верстов не буде, а зате в середині міста були колись найкращі купці.</w:t>
      </w:r>
    </w:p>
    <w:p>
      <w:r>
        <w:br/>
        <w:t>— А тепер?</w:t>
      </w:r>
    </w:p>
    <w:p>
      <w:r>
        <w:br/>
        <w:t>— Не знаю, не знаю, отче, може, й комуністи, а раніше купці.</w:t>
      </w:r>
    </w:p>
    <w:p>
      <w:r>
        <w:br/>
        <w:t>Звернулись і до рогозівського панотця:</w:t>
      </w:r>
    </w:p>
    <w:p>
      <w:r>
        <w:br/>
        <w:t>— А ви як?</w:t>
      </w:r>
    </w:p>
    <w:p>
      <w:r>
        <w:br/>
        <w:t>— Комуністів скільки хочете, а православних чорта лисого віддам.</w:t>
      </w:r>
    </w:p>
    <w:p>
      <w:r>
        <w:br/>
        <w:t>Благочинний насупився:</w:t>
      </w:r>
    </w:p>
    <w:p>
      <w:r>
        <w:br/>
        <w:t>— Тоді просто будемо визначати: от дворів двадцять Із вашого кутка, отець Ілля, а решту...</w:t>
      </w:r>
    </w:p>
    <w:p>
      <w:r>
        <w:br/>
        <w:t>Отець Ілля підскочив:</w:t>
      </w:r>
    </w:p>
    <w:p>
      <w:r>
        <w:br/>
        <w:t>— Кому? Якійсь там приблуді маю давати? А дулі не хочете?</w:t>
      </w:r>
    </w:p>
    <w:p>
      <w:r>
        <w:br/>
        <w:t>Отець Макарій немов на жарину сів:</w:t>
      </w:r>
    </w:p>
    <w:p>
      <w:r>
        <w:br/>
        <w:t>— З'їжте її самі, ось аж дві! — скрутнув і сунув Іллі...</w:t>
      </w:r>
    </w:p>
    <w:p>
      <w:r>
        <w:br/>
        <w:t>— Мені — дулі? — аж затіпався Ілля.— У мене камилавка, а ти дулі тичеш? — і вдарив по руках Макарія.— Гнида!</w:t>
      </w:r>
    </w:p>
    <w:p>
      <w:r>
        <w:br/>
        <w:t>Отець Макарій підстрибнув:</w:t>
      </w:r>
    </w:p>
    <w:p>
      <w:r>
        <w:br/>
        <w:t>— А я хто, не духовна тобі особа? — і схопив Іллю за рясу.</w:t>
      </w:r>
    </w:p>
    <w:p>
      <w:r>
        <w:br/>
        <w:t>Отець Ілля відіпхнув його: —'Кажу тобі, не чіпляйся!</w:t>
      </w:r>
    </w:p>
    <w:p>
      <w:r>
        <w:br/>
        <w:t>Отець Макарій стрибнув ще вище і дав йому ляпаса.</w:t>
      </w:r>
    </w:p>
    <w:p>
      <w:r>
        <w:br/>
        <w:t>— Оце тобі і гнида, і приблуда, а переді мною такі, як ти, во фрунт стояли, щоб ти знав!</w:t>
      </w:r>
    </w:p>
    <w:p>
      <w:r>
        <w:br/>
        <w:t>Благочинний запищав:</w:t>
      </w:r>
    </w:p>
    <w:p>
      <w:r>
        <w:br/>
        <w:t>— Отці, отці... взявший меч... Та зачиніть же хоч вікна! Але за гуркотом стільців нічого не було чути.</w:t>
      </w:r>
    </w:p>
    <w:p>
      <w:r>
        <w:br/>
        <w:t>Ілля і Макарій були вже під столом. Півонія, як кров, забризкала підлогу. Данило Харитонович остовпів був, потім кинувся розтягати:</w:t>
      </w:r>
    </w:p>
    <w:p>
      <w:r>
        <w:br/>
        <w:t>— Батюшко, отець Макарій, усмиріться, бога ради! — кричав він і тяг Макарія за ногу з-під столу. Той смикався і норовив насісти Іллю, а Данило заважав. Макарій підняв другу ногу і стусонув каблуком просто Данилові в обличчя.</w:t>
      </w:r>
    </w:p>
    <w:p>
      <w:r>
        <w:br/>
        <w:t>Данило Харитонович відсахнувся, схопився за ніс і переполошено проказав:</w:t>
      </w:r>
    </w:p>
    <w:p>
      <w:r>
        <w:br/>
        <w:t>— Окаянний!</w:t>
      </w:r>
    </w:p>
    <w:p>
      <w:r>
        <w:br/>
        <w:t>Потім відійшов у куток і вже тільки дивився спідлоба, як, мов півень пелехатий, метушився благочинний і як панотців під столом розбороняли вже інші.</w:t>
      </w:r>
    </w:p>
    <w:p>
      <w:r>
        <w:br/>
        <w:t>Нарешті з Данила Харитоновича злетіла вся урочистість, і з того він розгнівався по-справжньому:</w:t>
      </w:r>
    </w:p>
    <w:p>
      <w:r>
        <w:br/>
        <w:t>— І чого воно, справді, яка-небудь зайда, а теж тут розоряється,— і штовхнув Макарія в потилицю. Хотів і ще раз стусонути, але перед ним виріс благочинний і заверещав:</w:t>
      </w:r>
    </w:p>
    <w:p>
      <w:r>
        <w:br/>
        <w:t>— Богохульнику, геть звідси до біса!</w:t>
      </w:r>
    </w:p>
    <w:p>
      <w:r>
        <w:br/>
        <w:t>Данило Харитонович отетерів, схопив шапку і вискочив з хати.</w:t>
      </w:r>
    </w:p>
    <w:p>
      <w:r>
        <w:br/>
        <w:t>— Чорти,— мимрив він, держачись за губу,— їй-богу, чорти!</w:t>
      </w:r>
    </w:p>
    <w:p>
      <w:r>
        <w:br/>
        <w:t>Ішов тоді Данило додому довго. Мало не кожного зупиняв і розповідав:</w:t>
      </w:r>
    </w:p>
    <w:p>
      <w:r>
        <w:br/>
        <w:t>— Чули, га? Отакі ж іроди, мабуть, і Христа вхекали! І спльовував з губи кров.</w:t>
      </w:r>
    </w:p>
    <w:p>
      <w:r>
        <w:br/>
        <w:t>У п'ятницю з базару він пішов до нотаря.</w:t>
      </w:r>
    </w:p>
    <w:p>
      <w:r>
        <w:br/>
        <w:t>— Товаришу,—сказав Данило нотареві,— чи можна виправляти завіщання?</w:t>
      </w:r>
    </w:p>
    <w:p>
      <w:r>
        <w:br/>
        <w:t>— А що саме?</w:t>
      </w:r>
    </w:p>
    <w:p>
      <w:r>
        <w:br/>
        <w:t>— Та в мене було хазяйствечко на церкву відписане, так я тепер думаю, що краще собаці під хвіст, аніж на тую церкву! І мале ж колись виросте.</w:t>
      </w:r>
    </w:p>
    <w:p>
      <w:r>
        <w:br/>
        <w:t>Нотар підвів здивовані очі на присадкуватого дідка з ціпком і присунув до нього стільця:</w:t>
      </w:r>
    </w:p>
    <w:p>
      <w:r>
        <w:br/>
        <w:t>— Сідайте! Я вас слухаю.</w:t>
      </w:r>
    </w:p>
    <w:p>
      <w:r>
        <w:br/>
        <w:t>В другу неділю, коли на Посуньках задзвонили на "Достойно", Данило Харитонович навіть не перехрестився, а лише зирнув нагору й промимрив: "Ті ж тобі іроди". Дарма якийсь чоловік із хуторів надіявся, що дядько Данило зараз махне рукою, віддасть чоботята поцінно й побіжить собі до церкви.</w:t>
      </w:r>
    </w:p>
    <w:p>
      <w:r>
        <w:br/>
        <w:t>Але вже й на "Достойно" передзвонили, а Данило Харитонович божився, що чобітки роблені на замовлення і божився, аж доки не розійшовся базар.</w:t>
      </w:r>
    </w:p>
    <w:p>
      <w:r>
        <w:br/>
        <w:t>Валки, 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Харитонович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