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Далеке море, срібна мріє!...</w:t>
      </w:r>
    </w:p>
    <w:p>
      <w:r>
        <w:br/>
        <w:t xml:space="preserve"> Далеке море, срібна мріє!&lt;br /&gt;</w:t>
        <w:br/>
        <w:t>Ще нині виджу гребінь хвиль…&lt;br /&gt;</w:t>
        <w:br/>
        <w:t>Я бачу, чую — шум твій віє,&lt;br /&gt;</w:t>
        <w:br/>
        <w:t>Хоч ділить нас три сотні миль!</w:t>
      </w:r>
    </w:p>
    <w:p>
      <w:r>
        <w:br/>
        <w:t>Непроходимі маєш броди,&lt;br /&gt;</w:t>
        <w:br/>
        <w:t>Таємно шепче гамір твій,&lt;br /&gt;</w:t>
        <w:br/>
        <w:t>Твій безмір срібний, сині води —&lt;br /&gt;</w:t>
        <w:br/>
        <w:t>Найкращий сон мій, мрія мрій!..</w:t>
      </w:r>
    </w:p>
    <w:p>
      <w:r>
        <w:br/>
        <w:t>І жаль тяжкий!.. Я свого друга&lt;br /&gt;</w:t>
        <w:br/>
        <w:t>До тебе, мов до волхва, вів…&lt;br /&gt;</w:t>
        <w:br/>
        <w:t>Страшна була моя недуга…&lt;br /&gt;</w:t>
        <w:br/>
        <w:t>Ласкаво лазур твій шумів —</w:t>
      </w:r>
    </w:p>
    <w:p>
      <w:r>
        <w:br/>
        <w:t>Навколішках молив я з кручі,&lt;br /&gt;</w:t>
        <w:br/>
        <w:t>З плачем припав до срібних струй:&lt;br /&gt;</w:t>
        <w:br/>
        <w:t>— Верни йому життя, могуче!&lt;br /&gt;</w:t>
        <w:br/>
        <w:t>Ти маєш силу-міць, рятуй!..</w:t>
      </w:r>
    </w:p>
    <w:p>
      <w:r>
        <w:br/>
        <w:t>…Он плач на тебе рветься з груди,&lt;br /&gt;</w:t>
        <w:br/>
        <w:t>На тебе смуток мій паде, —&lt;br /&gt;</w:t>
        <w:br/>
        <w:t>Не вдіяло ти, море, чуда!..&lt;br /&gt;</w:t>
        <w:br/>
        <w:t>По хвилях чорна барка йде…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Далеке море, срібна мріє!...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