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Дай, Боже, здоров'я корові</w:t>
      </w:r>
    </w:p>
    <w:p>
      <w:r>
        <w:br/>
        <w:t xml:space="preserve"> &lt;p&gt;— Го, го, го, небоженьку! не мало я напрацювався, заким я заробив 50 ринських... 50 ринських! То не п'ятдесят разів кивнути пальцем, не п'ятдесят колачів з'їсти, а товчися цілу зиму з сокирою по лісах, по дебрах, коло сажнів, коло брусів... мерзнути, як собаці, та ще й о жидівську ласку стояти, щоби жидовин песій не пхав чоловікові замість грошей горілки! А прецінь я заробив і купив тебе, мосьпаненьку, та веду додому, дітям на потіху!..</w:t>
      </w:r>
    </w:p>
    <w:p>
      <w:r>
        <w:br/>
        <w:t>Так говорив халупник Матвій Бас до корови, ведучи її на мотузі з ярмарку додому. Корова хороша: попелястої шерсті, з закривленими догори рогами, з великим вим'ям... видно, добре перезимована.</w:t>
      </w:r>
    </w:p>
    <w:p>
      <w:r>
        <w:br/>
        <w:t>Довкола зеленіли поля, у воздусі заливались жайворонки, а туй по дорозі росла зелена м'яка травиця, що так і манила до себе корову. Сонце спустилось уже д' заходові, чоловік спішився додому, але корова на се не вважала. Вона що кілька кроків ставала й жадібно скубла зелену траву.</w:t>
      </w:r>
    </w:p>
    <w:p>
      <w:r>
        <w:br/>
        <w:t>— Ну, ну! Йди-бо! Яка ж ти уперта! — провадив Матвій дальше свою бесіду, силуючись з коровою. — Ти давай лише багато молока, то вже моя стара буде тебе доглядати, та й діти пастимуть по межах, по берегах, кілько сама схочеш... І тамту, що-м торік продав, доглядали, тілько прийшла біда... треба було восени довг віддати, податок заплатити, одежу на зиму посправляти, та й мусив продати. А добра була корова і молока сипала багато!..</w:t>
      </w:r>
    </w:p>
    <w:p>
      <w:r>
        <w:br/>
        <w:t>Корова мов розуміла бесіду свого провідника, бо від часу до часу обертала до нього рогату голову і міряла його своїми великими чорними очима.</w:t>
      </w:r>
    </w:p>
    <w:p>
      <w:r>
        <w:br/>
        <w:t>На подвір'ї перед невеличкою хатиною, що стояла край села, бавилося п'ятеро малих дітей в полатаних сорочках і все бігали до воріт та виглядали на дорогу, чи не йде батько. Сонце, мов величезний бальон, .спускалося за рубець лісу і червоним променем обливало хатину з малими віконцями, обливало подвір'я, обливало білі голови дітей, що качались по мураві.</w:t>
      </w:r>
    </w:p>
    <w:p>
      <w:r>
        <w:br/>
        <w:t>Рипнули двері, і на порозі стала халупничка Матвіїха, жінка ще не стара, але вже з поморщеним і почорнілим лицем. Послідні лучі сонця ще захопили її, поцілували в лице, і Матвіїха виглядала через хвилю наче мідяна статуя.</w:t>
      </w:r>
    </w:p>
    <w:p>
      <w:r>
        <w:br/>
        <w:t>— Ще не йдуть тато! Ще нема тата! — лепетали діти до матері. — Ми хочемо гаму, дайте нам їсти!</w:t>
      </w:r>
    </w:p>
    <w:p>
      <w:r>
        <w:br/>
        <w:t>— Ах ви сарань якась! Нічого, тілько би-сьте їли, а до роботи нема вас! — закликала мати з ласкавою усмішкою на лиці.</w:t>
      </w:r>
    </w:p>
    <w:p>
      <w:r>
        <w:br/>
        <w:t>Вона знала, що від таких дітей ще не можна сподіватись великої помочі.</w:t>
      </w:r>
    </w:p>
    <w:p>
      <w:r>
        <w:br/>
        <w:t>— То ми будемо пасти корову, як тато приведуть з ярмарку! — сказав з жаром найстарший хлопчик-семиліток.</w:t>
      </w:r>
    </w:p>
    <w:p>
      <w:r>
        <w:br/>
        <w:t>Мати винесла з хати кусень чорного хліба і стала обділяти діти по черзі... А тут і Матвій непостережено з'явився під ворітьми з коровою.</w:t>
      </w:r>
    </w:p>
    <w:p>
      <w:r>
        <w:br/>
        <w:t>— Гей! ану відчиняйте! — далось чути з-за воріт.</w:t>
      </w:r>
    </w:p>
    <w:p>
      <w:r>
        <w:br/>
        <w:t>Діти, як заздріли батька, так і кинулись прожогом до воріт, лиш одно маленьке зістало у матері на руках.</w:t>
      </w:r>
    </w:p>
    <w:p>
      <w:r>
        <w:br/>
        <w:t>— Тато! Тато! Корова! — кричало одно, то друге.</w:t>
      </w:r>
    </w:p>
    <w:p>
      <w:r>
        <w:br/>
        <w:t>Четверо малих люда вчепилось за ворота і в одну мить отворили навстіж. Отворили: і корова з тріумфом вступила на подвір'я, а діти обступили її і стали оглядати з цікавістю.</w:t>
      </w:r>
    </w:p>
    <w:p>
      <w:r>
        <w:br/>
        <w:t>Матвіїха перехрестила хребет корови і поцілувала її в лоб межи рогами.</w:t>
      </w:r>
    </w:p>
    <w:p>
      <w:r>
        <w:br/>
        <w:t>— Ах, моя голубонько! Ах, моя маленька! Ти, певно, хочеш їсточки, ти, певно, хочеш питоньки! — лебеділа вона, примилюючись до корови і гладячи її по боках.</w:t>
      </w:r>
    </w:p>
    <w:p>
      <w:r>
        <w:br/>
        <w:t>Матвій стояв збоку і гордо дивився на ту сцену. Його очі так і промовляли: "Дивись, стара, який з мене господар! Який з мене батько! Шануй же мене, небого!.."</w:t>
      </w:r>
    </w:p>
    <w:p>
      <w:r>
        <w:br/>
        <w:t>— Ну, годі панькатись з коровою! Лучче зробиш, як даси їй хопти або трави. Корова дійна, добра, всі люде говорили. Та й мені дай що хлепнути, хоть борщу абощо, — сказав Матвій до жінки і пішов до хати.</w:t>
      </w:r>
    </w:p>
    <w:p>
      <w:r>
        <w:br/>
        <w:t>Матвіїха не спішила за чоловіком, бо знала, що він собі дасть раду без неї. Вона назбирала вже наперед ціле рядно хопти та трави по берегах річки і стала частувати корову.</w:t>
      </w:r>
    </w:p>
    <w:p>
      <w:r>
        <w:br/>
        <w:t>Матвій не чекав на жінку. Він знайшов в печі борщ, взяв кусень хліба і ту плинну страву справді "хлептав", що аж на двір було чути. Однак, коли після дороги ложка видалась йому замала, то він собі іначе порадив: він узяв вінці горшка межи зуби і пив борщ лакомо, перестаючи лише, щоби відітхнути та закусити хлібом. Матвій наївся (оскільки можна наїстись голим борщем) і положився на постіль, що стояла в кутику хати, поклавши собі під голову одиноку брудну подушину, яка в цілій хаті була. А жінка годувала корову.</w:t>
      </w:r>
    </w:p>
    <w:p>
      <w:r>
        <w:br/>
        <w:t>— Гей, стара! А їсть корова? — гукнув Матвій з постелі.</w:t>
      </w:r>
    </w:p>
    <w:p>
      <w:r>
        <w:br/>
        <w:t>— Їсть моя маленька! Та ще й напоїти треба бідненьку! — далась чути відповідь Матвіїхи.</w:t>
      </w:r>
    </w:p>
    <w:p>
      <w:r>
        <w:br/>
        <w:t>Вдоволений Матвій лежав на постелі і ні о чім не думав. Се були найщасливіші хвилі в його житті, коли він собі ліг чи то в хаті, чи в лісі під сосною і пустив самопас свої мислі, що без зв'язі кружили по його голові, а відтак десь геть розходилися собі з шумом лісу, й його огортав твердий сон... Однак такі хвилі були для нього рідкими. Невсипуща праця й журба о жінку і діти займали його днем і ніччю.</w:t>
      </w:r>
    </w:p>
    <w:p>
      <w:r>
        <w:br/>
        <w:t>Матвіїха взяла скипець і стала доїти корову. Діти не відступали ні на крок і цікаво та жадібно слухали, як цвіркало молоко. За хвилю був повен скипець, а Матвіїха не чулася з радості. Вона завела корову до хлівця, що був прибудований до хати. А діти вслід за нею... їм так і пахла молочна каша.</w:t>
      </w:r>
    </w:p>
    <w:p>
      <w:r>
        <w:br/>
        <w:t>— А що, стара? Дала корова молока? — спитав Матвій.</w:t>
      </w:r>
    </w:p>
    <w:p>
      <w:r>
        <w:br/>
        <w:t>— Дала, дала, та ще й повен скипець... добре молоко, густе...</w:t>
      </w:r>
    </w:p>
    <w:p>
      <w:r>
        <w:br/>
        <w:t>— Вари кашу! — закомандував Матвій, лежачи на постелі, мов турецький баша.</w:t>
      </w:r>
    </w:p>
    <w:p>
      <w:r>
        <w:br/>
        <w:t>Не було то в звичаю Матвіїхи варити молочну кашу в будній день. Така страва на неділю, на свято, а будні дні вона збувала чим-небудь: борщем, бараболею, кашею на воді або на сироватці... Але нині вона сама чула в своїй душі якесь свято... Так довгий час не було в них корови, так довгий час діти не виділи ложки молока, а нині той пожаданий гість обдарував їх на першім вступі цілим скип-цем поживного нектару. Чи ж не можна нині зробити виїмки? Так! Вона не дала собі два рази говорити, розіклала в печі огонь і стала варити кашу. Діти стояли коло припічка і пильно гляділи в огонь, що жовтими язиками підлизував челюсть, дивились на горщик, що спокійно стояв собі при огні, а найстарший хлопець притулив крадьком палець до горшка, чи вже череп гарячий. Та не уйшло йому се безкарно. Мати спостерегла його цікавість і пацнула його ложкою по руці. та закричала на діти:</w:t>
      </w:r>
    </w:p>
    <w:p>
      <w:r>
        <w:br/>
        <w:t>— Чого стоїте коло припічка, як той гріх при душі? Хочеш одно з другим попечись? Не можеш вичекати хвилі?</w:t>
      </w:r>
    </w:p>
    <w:p>
      <w:r>
        <w:br/>
        <w:t>Діти послухали: відступили від припічка, посідали рядочком на лавці під печею і чекали.</w:t>
      </w:r>
    </w:p>
    <w:p>
      <w:r>
        <w:br/>
        <w:t>Огонь тріщав, каша зачинала кипіти, а Матвій лежав на постелі й ні о чім не думав. Ні о чім не думав? Дивне диво! Той щасливий стан душевний впроваджував його звичайно в сон, а сон об'являвся знов голосним хропінням, мовби хто різав пилою соснову колоду. Нині ж Матвій не спав. Він лежав собі тихо зі зложеними навхрест руками і водив по хаті очима... Він ждав...</w:t>
      </w:r>
    </w:p>
    <w:p>
      <w:r>
        <w:br/>
        <w:t>Нарешті прийшов кінець і жданню. Матвіїха відставила горщик від огню, поставила на столі миску й налила до неї каші, а молочна пара розійшлась хмарою по хаті. Діти кинулись до ложечника, і кожде взяло свою ложку, позасідали за стіл і чекали батька. Але батько не йшов до вечері, він навіть не ворухнувся на своїм леговищі, бо йому конче хотілось, щоби жінка кликнула на нього, що вечеря вже на столі.</w:t>
      </w:r>
    </w:p>
    <w:p>
      <w:r>
        <w:br/>
        <w:t>Матвіїха вистудила в маленькій мисочці кашу для наймолодшої дитини і посадила її з ложкою в руці на долівці. Дитина їла...</w:t>
      </w:r>
    </w:p>
    <w:p>
      <w:r>
        <w:br/>
        <w:t>Аж тепер прийшла черга на всіх. Матвіїха взяла ложку для себе і для чоловіка і сіла коло стола.</w:t>
      </w:r>
    </w:p>
    <w:p>
      <w:r>
        <w:br/>
        <w:t>— Ану, старий! Вставай до вечері! — кликнула вона на чоловіка.</w:t>
      </w:r>
    </w:p>
    <w:p>
      <w:r>
        <w:br/>
        <w:t>— Га? Що? Вже? — говорив Матвій мовби спросоння, і піднімаючись повагом з постелі.</w:t>
      </w:r>
    </w:p>
    <w:p>
      <w:r>
        <w:br/>
        <w:t>В]н мав вид зовсім рівнодушний. Його неголене лице так і говорило: "Ет, що мені молочна каша? Всьо одно що борщ... Чи то я дитина?"... Тільки се дивно: чому він на перший поклик жінки зараз встав з постелі? Таж звичайно жінка його сіпала, щоб добудитись до вечері, а діти тягнули за ноги... Чому він перед тим, заким сів коло стола, зробив на собі три рази великий хрест і в пояс поклонився перед кашею, — коли, впрочім, вія любив з привички лише махнути кілька разів рукою по грудях або здорово позіхнути й перехрестити рот?.. Діти сього не завважили, але жінка замітила, осміхнулась під носом і подумала: "Дивуйся ж тут дітям, коли старий, як дитина, аж трясеся за молочною кашею..."</w:t>
      </w:r>
    </w:p>
    <w:p>
      <w:r>
        <w:br/>
        <w:t>Стали їсти кашу. Матвій з'їв ложку, другу, третю, — смакує...</w:t>
      </w:r>
    </w:p>
    <w:p>
      <w:r>
        <w:br/>
        <w:t>— Добра каша! — каже. — Вже-м давно таку їв.</w:t>
      </w:r>
    </w:p>
    <w:p>
      <w:r>
        <w:br/>
        <w:t>— Добра каша! — жебонять весело діти, їдять. Шість рук, воружених в ложки, бігає то до миски, то з миски, і шість тіней гойдається на стіні.</w:t>
      </w:r>
    </w:p>
    <w:p>
      <w:r>
        <w:br/>
        <w:t>З'їли все, що було в мисці.</w:t>
      </w:r>
    </w:p>
    <w:p>
      <w:r>
        <w:br/>
        <w:t>Матвій подивився з-під густих брів на жінку.</w:t>
      </w:r>
    </w:p>
    <w:p>
      <w:r>
        <w:br/>
        <w:t>— Ану, стара! Досип ще!.. То, либонь, не вся.</w:t>
      </w:r>
    </w:p>
    <w:p>
      <w:r>
        <w:br/>
        <w:t>— Досипте, мамо, досипте! — домагаються діти. Але Матвіїха не досипала. Вона хотіла трохи подразнити свого чоловіка.</w:t>
      </w:r>
    </w:p>
    <w:p>
      <w:r>
        <w:br/>
        <w:t>— Де вже тобі не вся? — каже вона. — І горщик вишкрабала, коли хочеш, то заглянь...</w:t>
      </w:r>
    </w:p>
    <w:p>
      <w:r>
        <w:br/>
        <w:t>Матвій не вірив жінці. Він недаром водив по хаті очима, лежачи на постелі, він видів кождий рух жінки.</w:t>
      </w:r>
    </w:p>
    <w:p>
      <w:r>
        <w:br/>
        <w:t>— Ет, не жартуй, стара, не дури, та сип кашу! Коли їсти, то їсти!</w:t>
      </w:r>
    </w:p>
    <w:p>
      <w:r>
        <w:br/>
        <w:t>А діти й собі:</w:t>
      </w:r>
    </w:p>
    <w:p>
      <w:r>
        <w:br/>
        <w:t>— Коли їсти, то їсти!</w:t>
      </w:r>
    </w:p>
    <w:p>
      <w:r>
        <w:br/>
        <w:t>Матвіїха насипала ще повну миску каші, а сама сіла на долівці коло найменшої дитини, вишкрябувала горщик та годувала малого, а батько з старшими дітьми чистив з миски.</w:t>
      </w:r>
    </w:p>
    <w:p>
      <w:r>
        <w:br/>
        <w:t>Коли вже зісталось лише трохи на дні в мисці, Матвій положив ложку, обтер піт з чола і сказав:</w:t>
      </w:r>
    </w:p>
    <w:p>
      <w:r>
        <w:br/>
        <w:t>— Ну, нагодувала ж ти нас нині, стара, коби так все! Дай же, боже, здоровля корові за те, що дала молока!</w:t>
      </w:r>
    </w:p>
    <w:p>
      <w:r>
        <w:br/>
        <w:t>— Дай, боже, здоровля корові! — повторили діти в один голос за батьком і кінчили вишкрябувати миску.</w:t>
      </w:r>
    </w:p>
    <w:p>
      <w:r>
        <w:br/>
        <w:t>Матвіїха була дуже рада з того, що нагодувала всіх досита, але більшу часть тої заслуги вона приписувала не собі, а корові. Тож зараз по вечері вийшла до неї подивитися, що вона там робить, "бідненька"...</w:t>
      </w:r>
    </w:p>
    <w:p>
      <w:r>
        <w:br/>
        <w:t>Ніч була тиха, погідна, на небі світили зорі, а корова лежала собі в хліві та ремиґала спокійно...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Дай, Боже, здоров'я корові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