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 spem spero!</w:t>
      </w:r>
    </w:p>
    <w:p>
      <w:r>
        <w:br/>
        <w:t xml:space="preserve"> * Без надії сподіваюсь! (Лат.)</w:t>
      </w:r>
    </w:p>
    <w:p>
      <w:r>
        <w:br/>
        <w:t>Гетьте, думи, ви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Геть,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— і настане&lt;br /&gt;</w:t>
        <w:br/>
        <w:t>Ще й для мене весела весна.</w:t>
      </w:r>
    </w:p>
    <w:p>
      <w:r>
        <w:br/>
        <w:t>Я на гору круту крем'яную&lt;br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В довгу, темную нічку невидну&lt;br /&gt;</w:t>
        <w:br/>
        <w:t>Не стулю ні на хвильку очей —&lt;br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Геть, думи сумні!</w:t>
      </w:r>
    </w:p>
    <w:p>
      <w:r>
        <w:br/>
        <w:t>[2 травня 1890 р.]</w:t>
      </w:r>
    </w:p>
    <w:p>
      <w:r>
        <w:br/>
        <w:t>&lt;blockquote class="cita" style='text-align:left'&gt;&lt;br /&gt;</w:t>
        <w:br/>
        <w:t>Подається за виданням: Леся Українка. Зібрання творів у 12 тт. – К. : Наукова думка, 1975 р., т. 1, с. 56.</w:t>
      </w:r>
    </w:p>
    <w:p>
      <w:r>
        <w:br/>
        <w:t>Автограф поезії (Інститут літератури ім. Т. Г. Шевченка НАНУ, ф. 2, № 11, стор. 11 – 12) має дві строфи, відсутні у першодруку.</w:t>
      </w:r>
    </w:p>
    <w:p>
      <w:r>
        <w:br/>
        <w:t>Для київського видання "На крилах пісень" Леся Українка скоротила твір ще на дві строфи – опущено сьому і восьму строфи першодруку.&lt;/blockquote&gt;</w:t>
      </w:r>
    </w:p>
    <w:p>
      <w:r>
        <w:br/>
        <w:t>***</w:t>
      </w:r>
    </w:p>
    <w:p>
      <w:r>
        <w:br/>
        <w:t>&lt;strong&gt;Contra spem spero! — Першодрук&lt;/strong&gt;</w:t>
      </w:r>
    </w:p>
    <w:p>
      <w:r>
        <w:br/>
        <w:t>Гетьте, думи, ви,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– і настане&lt;br /&gt;</w:t>
        <w:br/>
        <w:t>Ще й для мене весела весна.</w:t>
      </w:r>
    </w:p>
    <w:p>
      <w:r>
        <w:br/>
        <w:t>Я на гору круту крем’яную&lt;br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В довгу, темную нічку невидну&lt;br /&gt;</w:t>
        <w:br/>
        <w:t>Не стулю ні на хвильку очей,&lt;br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&lt;em&gt;Я не дам свому серденьку спати,&lt;br /&gt;</w:t>
        <w:br/>
        <w:t>Хоч кругом буде тьма та нудьга,&lt;br /&gt;</w:t>
        <w:br/>
        <w:t>Хоч я буду сама почувати,&lt;br /&gt;</w:t>
        <w:br/>
        <w:t>Що на груди вже смерть наляга.</w:t>
      </w:r>
    </w:p>
    <w:p>
      <w:r>
        <w:br/>
        <w:t>Смерть наляже на груди важенько,&lt;br /&gt;</w:t>
        <w:br/>
        <w:t>Світ застеле суворая мла,&lt;br /&gt;</w:t>
        <w:br/>
        <w:t>Але дужче заб’ється серденько,&lt;br /&gt;</w:t>
        <w:br/>
        <w:t>Може, лютую смерть подола.&lt;/em&gt;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 думи сумні!</w:t>
      </w:r>
    </w:p>
    <w:p>
      <w:r>
        <w:br/>
        <w:t>[2 травня 1890 р.]&lt;br /&gt;</w:t>
        <w:br/>
        <w:t>***</w:t>
      </w:r>
    </w:p>
    <w:p>
      <w:r>
        <w:br/>
        <w:t>&lt;strong&gt;Contra spem spero! — Автограф&lt;/strong&gt;</w:t>
      </w:r>
    </w:p>
    <w:p>
      <w:r>
        <w:br/>
        <w:t>Гетьте, думи, ви, хмари осінні!&lt;br /&gt;</w:t>
        <w:br/>
        <w:t>То ж тепера весна золота!&lt;br /&gt;</w:t>
        <w:br/>
        <w:t>Чи то так у жалю, в голосінні&lt;br /&gt;</w:t>
        <w:br/>
        <w:t>Проминуть молодії літа?</w:t>
      </w:r>
    </w:p>
    <w:p>
      <w:r>
        <w:br/>
        <w:t>Ні, я хочу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Жити хочу! Геть думи сумні!</w:t>
      </w:r>
    </w:p>
    <w:p>
      <w:r>
        <w:br/>
        <w:t>Я на вбогім сумнім перелозі&lt;br /&gt;</w:t>
        <w:br/>
        <w:t>Буду сіять барвисті квітки,&lt;br /&gt;</w:t>
        <w:br/>
        <w:t>Буду сіять квітки на морозі,&lt;br /&gt;</w:t>
        <w:br/>
        <w:t>Буду лить на них сльози гіркі.</w:t>
      </w:r>
    </w:p>
    <w:p>
      <w:r>
        <w:br/>
        <w:t>І від сліз тих гарячих розтане&lt;br /&gt;</w:t>
        <w:br/>
        <w:t>Та кора льодовая, міцна,&lt;br /&gt;</w:t>
        <w:br/>
        <w:t>Може, квіти зійдуть – і настане&lt;br /&gt;</w:t>
        <w:br/>
        <w:t>Ще й для мене весела весна.</w:t>
      </w:r>
    </w:p>
    <w:p>
      <w:r>
        <w:br/>
        <w:t>Я на гору круту крем’яную&lt;br /&gt;</w:t>
        <w:br/>
        <w:t>Буду камінь важкий підіймать&lt;br /&gt;</w:t>
        <w:br/>
        <w:t>І, несучи вагу ту страшную,&lt;br /&gt;</w:t>
        <w:br/>
        <w:t>Буду пісню веселу співать.</w:t>
      </w:r>
    </w:p>
    <w:p>
      <w:r>
        <w:br/>
        <w:t>&lt;em&gt;Я співатиму пісню дзвінкую,&lt;br /&gt;</w:t>
        <w:br/>
        <w:t>Розганятиму розпач тяжкий, –&lt;br /&gt;</w:t>
        <w:br/>
        <w:t>Може, сам на ту гору крутую&lt;br /&gt;</w:t>
        <w:br/>
        <w:t>Підійметься мій камінь важкий.&lt;/em&gt;</w:t>
      </w:r>
    </w:p>
    <w:p>
      <w:r>
        <w:br/>
        <w:t>В довгу, темную нічку невидну&lt;br /&gt;</w:t>
        <w:br/>
        <w:t>Не стулю ні на хвильку очей,&lt;br /&gt;</w:t>
        <w:br/>
        <w:t>Все шукатиму зірку провідну,&lt;br /&gt;</w:t>
        <w:br/>
        <w:t>Ясну владарку темних ночей.</w:t>
      </w:r>
    </w:p>
    <w:p>
      <w:r>
        <w:br/>
        <w:t>&lt;em&gt;Я не дам свому серденьку спати,&lt;br /&gt;</w:t>
        <w:br/>
        <w:t>Хоч кругом буде тьма та нудьга,&lt;br /&gt;</w:t>
        <w:br/>
        <w:t>Хоч я буду сама почувати,&lt;br /&gt;</w:t>
        <w:br/>
        <w:t>Що на груди вже смерть наляга.</w:t>
      </w:r>
    </w:p>
    <w:p>
      <w:r>
        <w:br/>
        <w:t>Буде погляд мій вельми палати,&lt;br /&gt;</w:t>
        <w:br/>
        <w:t>Може, згинуть всі хмари сумні,&lt;br /&gt;</w:t>
        <w:br/>
        <w:t>Може, зірка, як буде сіяти,&lt;br /&gt;</w:t>
        <w:br/>
        <w:t>Ясний промінь пошле і мені.</w:t>
      </w:r>
    </w:p>
    <w:p>
      <w:r>
        <w:br/>
        <w:t>Смерть наляже на груди важенько,&lt;br /&gt;</w:t>
        <w:br/>
        <w:t>Світ застеле суворая мла,&lt;br /&gt;</w:t>
        <w:br/>
        <w:t>Але дужче заб’ється серденько,&lt;br /&gt;</w:t>
        <w:br/>
        <w:t>Може, лютую смерть подола.&lt;/em&gt;</w:t>
      </w:r>
    </w:p>
    <w:p>
      <w:r>
        <w:br/>
        <w:t>Так! я буду крізь сльози сміятись,&lt;br /&gt;</w:t>
        <w:br/>
        <w:t>Серед лиха співати пісні,&lt;br /&gt;</w:t>
        <w:br/>
        <w:t>Без надії таки сподіватись,&lt;br /&gt;</w:t>
        <w:br/>
        <w:t>Буду жити! Геть думи сумні!</w:t>
      </w:r>
    </w:p>
    <w:p>
      <w:r>
        <w:br/>
        <w:t>[2 травня 1890 р.]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 spem spero!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