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Чвари в сералі</w:t>
      </w:r>
    </w:p>
    <w:p>
      <w:r>
        <w:br/>
        <w:t xml:space="preserve"> Було колись — гуляв свободи вихор рвійний,&lt;br /&gt;</w:t>
        <w:br/>
        <w:t>Було колись — ревли страшні великі війни,&lt;br /&gt;</w:t>
        <w:br/>
        <w:t>Нагальний ураган;&lt;br /&gt;</w:t>
        <w:br/>
        <w:t>Було колись — цвіли Маренго і Ваграми,&lt;br /&gt;</w:t>
        <w:br/>
        <w:t>Осліп би, гледючи на велич панорами,&lt;br /&gt;</w:t>
        <w:br/>
        <w:t>Сам Таціт-стариган;</w:t>
      </w:r>
    </w:p>
    <w:p>
      <w:r>
        <w:br/>
        <w:t>Було колись — гули вантози і фрімери,&lt;br /&gt;</w:t>
        <w:br/>
        <w:t>Чий подих в&amp;#250;звольний розвіяв зла химери,&lt;br /&gt;</w:t>
        <w:br/>
        <w:t>Старого мотлох змів;&lt;br /&gt;</w:t>
        <w:br/>
        <w:t>Було колись — немов безглузді забобони,&lt;br /&gt;</w:t>
        <w:br/>
        <w:t>Впрах розсипалися Бастілії й Бурбони&lt;br /&gt;</w:t>
        <w:br/>
        <w:t>Від реготу громів;</w:t>
      </w:r>
    </w:p>
    <w:p>
      <w:r>
        <w:br/>
        <w:t>Було колись — ішли народжені добою&lt;br /&gt;</w:t>
        <w:br/>
        <w:t>Титани-велетні проти богів до бою,&lt;br /&gt;</w:t>
        <w:br/>
        <w:t>Нестримано-палкі;&lt;br /&gt;</w:t>
        <w:br/>
        <w:t>Було колись — пливли в безкрай віків широкий&lt;br /&gt;</w:t>
        <w:br/>
        <w:t>Між хвиль Республіки буремно-грізні роки,&lt;br /&gt;</w:t>
        <w:br/>
        <w:t>Мов чудища морські;</w:t>
      </w:r>
    </w:p>
    <w:p>
      <w:r>
        <w:br/>
        <w:t>Було колись — росли Сен-Жюсти і Дантони...&lt;br /&gt;</w:t>
        <w:br/>
        <w:t>А нині Франція в зловонній твані тоне,&lt;br /&gt;</w:t>
        <w:br/>
        <w:t>Над нею цар-мікроб;&lt;br /&gt;</w:t>
        <w:br/>
        <w:t>I дивиться вона некліпаючим оком,&lt;br /&gt;</w:t>
        <w:br/>
        <w:t>Як в крапельці води бацила б'ється з коком —&lt;br /&gt;</w:t>
        <w:br/>
        <w:t>Два збудники хвороб!</w:t>
      </w:r>
    </w:p>
    <w:p>
      <w:r>
        <w:br/>
        <w:t>Ганьба! Куди не йди, то тільки й поговору —&lt;br /&gt;</w:t>
        <w:br/>
        <w:t>Хто в повелителя добудеться фавору:&lt;br /&gt;</w:t>
        <w:br/>
        <w:t>Мопа а чи Морні?&lt;br /&gt;</w:t>
        <w:br/>
        <w:t>Заслуги в них обох перед двором окремі;&lt;br /&gt;</w:t>
        <w:br/>
        <w:t>Хто ж дужчий? В одного є спільники в гаремі,&lt;br /&gt;</w:t>
        <w:br/>
        <w:t>В другого — між двірні.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Чвари в сералі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