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Чужа невірниця</w:t>
      </w:r>
    </w:p>
    <w:p>
      <w:r>
        <w:br/>
        <w:t xml:space="preserve"> Федеріко Гарсія Лорка&lt;br /&gt;</w:t>
        <w:br/>
        <w:t>Чужа невірниця</w:t>
      </w:r>
    </w:p>
    <w:p>
      <w:r>
        <w:br/>
        <w:t>...Да й берег її завів я —&lt;br /&gt;</w:t>
        <w:br/>
        <w:t>за дівчину її мав,&lt;br /&gt;</w:t>
        <w:br/>
        <w:t>а вона була заміжня.</w:t>
      </w:r>
    </w:p>
    <w:p>
      <w:r>
        <w:br/>
        <w:t>Була нічка петрівчана,&lt;br /&gt;</w:t>
        <w:br/>
        <w:t>весільної грали тіні —&lt;br /&gt;</w:t>
        <w:br/>
        <w:t>ліхтарі якраз погасли,&lt;br /&gt;</w:t>
        <w:br/>
        <w:t>а цикади заблимтіли.&lt;br /&gt;</w:t>
        <w:br/>
        <w:t>Я торкнув їй сонні перса,&lt;br /&gt;</w:t>
        <w:br/>
        <w:t>як виходили за місто,&lt;br /&gt;</w:t>
        <w:br/>
        <w:t>і вони мені розкрились,&lt;br /&gt;</w:t>
        <w:br/>
        <w:t>мов дві китиці ряснисті.&lt;br /&gt;</w:t>
        <w:br/>
        <w:t>Накрохмалена спідниця&lt;br /&gt;</w:t>
        <w:br/>
        <w:t>ув ушу мені шамтіла,&lt;br /&gt;</w:t>
        <w:br/>
        <w:t>наче шовк шістьма ножами&lt;br /&gt;</w:t>
        <w:br/>
        <w:t>шматував хтось що є сили.&lt;br /&gt;</w:t>
        <w:br/>
        <w:t>Верби звільна колисали&lt;br /&gt;</w:t>
        <w:br/>
        <w:t>Безсріберне верховіття,&lt;br /&gt;</w:t>
        <w:br/>
        <w:t>і невговканими псами&lt;br /&gt;</w:t>
        <w:br/>
        <w:t>обрій гавкав із заріччя.</w:t>
      </w:r>
    </w:p>
    <w:p>
      <w:r>
        <w:br/>
        <w:t>За ожинником колючим&lt;br /&gt;</w:t>
        <w:br/>
        <w:t>кинув я її горілиць,&lt;br /&gt;</w:t>
        <w:br/>
        <w:t>що аж коси буйнокосмі&lt;br /&gt;</w:t>
        <w:br/>
        <w:t>у вологу рінь урились.&lt;br /&gt;</w:t>
        <w:br/>
        <w:t>Я ізняв із себе шарф,&lt;br /&gt;</w:t>
        <w:br/>
        <w:t>вона сукню і спідницю,&lt;br /&gt;</w:t>
        <w:br/>
        <w:t>я зняв ремінь з кобурою,&lt;br /&gt;</w:t>
        <w:br/>
        <w:t>вона штири шнуровиці.&lt;br /&gt;</w:t>
        <w:br/>
        <w:t>Ніжніше ніжних конвалій&lt;br /&gt;</w:t>
        <w:br/>
        <w:t>оксамитилося тіло,&lt;br /&gt;</w:t>
        <w:br/>
        <w:t>ясніш ясного кришталю&lt;br /&gt;</w:t>
        <w:br/>
        <w:t>при зорях воно ряхтіло.&lt;br /&gt;</w:t>
        <w:br/>
        <w:t>Стегна полохко пручались,&lt;br /&gt;</w:t>
        <w:br/>
        <w:t>мов дві спіймані рибини,&lt;br /&gt;</w:t>
        <w:br/>
        <w:t>то кригою гоготіли,&lt;br /&gt;</w:t>
        <w:br/>
        <w:t>то жевріли жаром білим.&lt;br /&gt;</w:t>
        <w:br/>
        <w:t>Тої ночі я літав&lt;br /&gt;</w:t>
        <w:br/>
        <w:t>крізь провалля по привіллю&lt;br /&gt;</w:t>
        <w:br/>
        <w:t>на єдвабній кобилиці&lt;br /&gt;</w:t>
        <w:br/>
        <w:t>без стремен і без повіддя.&lt;br /&gt;</w:t>
        <w:br/>
        <w:t>Що вона мені шептала,&lt;br /&gt;</w:t>
        <w:br/>
        <w:t>не подоба говорити,&lt;br /&gt;</w:t>
        <w:br/>
        <w:t>та я знаю те, що знаю,&lt;br /&gt;</w:t>
        <w:br/>
        <w:t>я в цім ділі добре битий.&lt;br /&gt;</w:t>
        <w:br/>
        <w:t>Захльостану й заласкану,&lt;br /&gt;</w:t>
        <w:br/>
        <w:t>з берега її повів я&lt;br /&gt;</w:t>
        <w:br/>
        <w:t>світом. Як мечі-лілеї&lt;br /&gt;</w:t>
        <w:br/>
        <w:t>люто краяли повітря.</w:t>
      </w:r>
    </w:p>
    <w:p>
      <w:r>
        <w:br/>
        <w:t>Я повівся як годиться,&lt;br /&gt;</w:t>
        <w:br/>
        <w:t>бо я таки щирий циган:&lt;br /&gt;</w:t>
        <w:br/>
        <w:t>дав на шитво їй шкатулку&lt;br /&gt;</w:t>
        <w:br/>
        <w:t>(нехай тішиться, суціга)),&lt;br /&gt;</w:t>
        <w:br/>
        <w:t>а кохатися не став я,&lt;br /&gt;</w:t>
        <w:br/>
        <w:t>зради їй простить не зміг я,&lt;br /&gt;</w:t>
        <w:br/>
        <w:t>бо казала, що дівчина,&lt;br /&gt;</w:t>
        <w:br/>
        <w:t>а була уже заміжня.</w:t>
      </w:r>
    </w:p>
    <w:p>
      <w:r>
        <w:br/>
        <w:t>(Переклад Миколи Лукаша)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Чужа невірниця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