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Чужа дитина</w:t>
      </w:r>
    </w:p>
    <w:p>
      <w:r>
        <w:br/>
        <w:t xml:space="preserve"> &lt;p&gt;Ернст Теодор Амадей Гофман</w:t>
      </w:r>
    </w:p>
    <w:p>
      <w:r>
        <w:br/>
        <w:t>Чужа дитина</w:t>
      </w:r>
    </w:p>
    <w:p>
      <w:r>
        <w:br/>
        <w:t>Переклад Євгена Поповича</w:t>
      </w:r>
    </w:p>
    <w:p>
      <w:r>
        <w:t>Зміст</w:t>
      </w:r>
    </w:p>
    <w:p>
      <w:r>
        <w:br/>
        <w:t>Пан фон Бракель із Бракельгайма</w:t>
      </w:r>
    </w:p>
    <w:p>
      <w:r>
        <w:br/>
        <w:t>Вельможні гості</w:t>
      </w:r>
    </w:p>
    <w:p>
      <w:r>
        <w:br/>
        <w:t>Що було далі з вельможними гістьми</w:t>
      </w:r>
    </w:p>
    <w:p>
      <w:r>
        <w:br/>
        <w:t>Нові іграшки</w:t>
      </w:r>
    </w:p>
    <w:p>
      <w:r>
        <w:br/>
        <w:t>Що сталося з новими іграшками в лісі</w:t>
      </w:r>
    </w:p>
    <w:p>
      <w:r>
        <w:br/>
        <w:t>Чужа дитина</w:t>
      </w:r>
    </w:p>
    <w:p>
      <w:r>
        <w:br/>
        <w:t>Як чужа дитина гралася з Кристліб і Феліксом</w:t>
      </w:r>
    </w:p>
    <w:p>
      <w:r>
        <w:br/>
        <w:t>Що пан фон Бракель та пані фон Бракель сказали про чужу дитину і що з нею було далі</w:t>
      </w:r>
    </w:p>
    <w:p>
      <w:r>
        <w:br/>
        <w:t>Про батьківщину чужої дитини</w:t>
      </w:r>
    </w:p>
    <w:p>
      <w:r>
        <w:br/>
        <w:t>Про лихого міністра при дворі королеви фей</w:t>
      </w:r>
    </w:p>
    <w:p>
      <w:r>
        <w:br/>
        <w:t>Як до них приїхав домашній учитель і як діти боялися його</w:t>
      </w:r>
    </w:p>
    <w:p>
      <w:r>
        <w:br/>
        <w:t>Як діти ходили до лісу гуляти з паном магістром і що там сталося</w:t>
      </w:r>
    </w:p>
    <w:p>
      <w:r>
        <w:br/>
        <w:t>Як пан фон Бракель прогнав магістра Чорнила</w:t>
      </w:r>
    </w:p>
    <w:p>
      <w:r>
        <w:br/>
        <w:t>Що було далі в лісі після того, як прогнали пана Чорнила</w:t>
      </w:r>
    </w:p>
    <w:p>
      <w:r>
        <w:br/>
        <w:t>Закінчення</w:t>
      </w:r>
    </w:p>
    <w:p>
      <w:r>
        <w:br/>
        <w:t>ПАН ФОН БРАКЕЛЬ ІЗ БРАКЕЛЬГАЙМА</w:t>
      </w:r>
    </w:p>
    <w:p>
      <w:r>
        <w:br/>
        <w:t>Був собі колись один панок на ім'я Тадеус фон Бракель, і жив він у маленкому хуторі Бракельгаймі. То був його власний хуторець, що дістався йому у спадок від покійного батька, старого фон Бракеля. Крім нього, там жили ще чотири селянські родини і звали його своїм паном, хоч, як глянути збоку, він мало чим від них відрізнявся: і робив те саме, і вбирався так само. Тільки в неділю, коли пан Тадеус разом зі своєю дружиною, сином Феліксом та дочкою Кристліб їхав до церкви в сусіднє велике село, він [84] замість щоденної своєї сукняної куртки вдягав гарний зелений сурдут і червоний жилет із золотими галунами, що дуже йому личив.</w:t>
      </w:r>
    </w:p>
    <w:p>
      <w:r>
        <w:br/>
        <w:t>А ще ті самі селяни, коли хтось питав їх, як потрапити до пана фон Бракеля, щоразу відповідали:</w:t>
      </w:r>
    </w:p>
    <w:p>
      <w:r>
        <w:br/>
        <w:t>— Отак рівно йдіть через весь хутір до того пагорба, де березовий гайок. Там і стоїть замок нашого пана.</w:t>
      </w:r>
    </w:p>
    <w:p>
      <w:r>
        <w:br/>
        <w:t>Кожен знає, що замок — висока, простора будівля з багатьма вікнами й дверима, а ще, бува, й з вежами та блискучими флюгерами. Але на пагорбі з березовим гайком не було й признаки всього цього. Там стояв тільки низенький будиночок із маленькими вікнами, такий малий, що й не побачиш його, поки не підійдеш упритул. Зате перед будиночком пана Тадеуса фон Бракеля зроду ніхто не почував того, що, буває, почуваєш перед великим замком: раптом замреш перед його високою брамою, на тебе війне з нього крижаним холодом, химерні кам'яні постаті, що стоять попід стінами, наче моторошна сторожа, втупляться в тебе мертвим поглядом, і тобі перехочеться заходити в замок, ти вже стоїш і думаєш: чи не повернутися й не піти геть? А тут тільки дійдеш до гаю, як стрункі красуні-берези простягнуть до тебе зелені гілки, ніби руки, привітно замахають ними й весело зашелестять:</w:t>
      </w:r>
    </w:p>
    <w:p>
      <w:r>
        <w:br/>
        <w:t>— Ласкаво просимо під наше віття!</w:t>
      </w:r>
    </w:p>
    <w:p>
      <w:r>
        <w:br/>
        <w:t>І ти вже наче вдома. Наче з ясних, мов свічадо, віконець, із темного плюща, який густо обліпив стіни до самого даху, тебе кличуть не докличуться милі, привітні голоси:</w:t>
      </w:r>
    </w:p>
    <w:p>
      <w:r>
        <w:br/>
        <w:t>— Заходь же, заходь сюди, любий, стомлений мандрівниче, тут тобі буде гарно й затишно! [85]</w:t>
      </w:r>
    </w:p>
    <w:p>
      <w:r>
        <w:br/>
        <w:t>Ластівки, що весело щебечуть і шугають то в гніздо, то з гнізда, теж такої думки, а старий, величний лелека мудро, поважно дивиться з димаря й каже:</w:t>
      </w:r>
    </w:p>
    <w:p>
      <w:r>
        <w:br/>
        <w:t>— Я вже прожив у цих краях не одне золоте літечко, але кращого місця за це не бачив ніде у світі, і якби мені від природи не кортіло так мандрувати і якби тут зима не була така холодна, а дрова такі дорогі, я б нізащо не рушив із цього місця.</w:t>
      </w:r>
    </w:p>
    <w:p>
      <w:r>
        <w:br/>
        <w:t>Отакий привітний і гарний, дарма що не замок, був дім пана фон Бракеля.</w:t>
      </w:r>
    </w:p>
    <w:p>
      <w:r>
        <w:br/>
        <w:t>ВЕЛЬМОЖНІ ГОСТІ</w:t>
      </w:r>
    </w:p>
    <w:p>
      <w:r>
        <w:br/>
        <w:t>Одного дня пані фон Бракель устала дуже рано й спекла пирога, поклавши в нього більше мигдалю та родзинок, навіть у паску, а тому він і пахнув ще багато краще, ніж паска. Тим часом пан фон Бракель витрусив і вичистив свій зелений костюм та червоний жилет, а Фелікса й Кристліб одягли в їхнє найкраще вбрання.</w:t>
      </w:r>
    </w:p>
    <w:p>
      <w:r>
        <w:br/>
        <w:t>— Не біжіть сьогодні до лісу, як завжди, — сказав дітям пан фон Бракель, — а сидіть тихенько в кімнаті, щоб ви були чисті й незамурзані, як приїде ваш вельможний дядечко, мій брат у перших.</w:t>
      </w:r>
    </w:p>
    <w:p>
      <w:r>
        <w:br/>
        <w:t>Ясне, привітне сонце виринуло з туману й позолотило шибки, в гаю весело виспівували один поперед одного зяблики, чижі й соловейки. Кристліб тихо, задумливо сиділа біля столу. Вона то поправляла червону стрічку на сукенці, то пробувала щось плести, але те плетиво ніяк не хотіло посуватися далі. Феліксові [86] тато дав гарну книжку з малюнками, проте хлопчик дивився не на малюнки, а в вікно, на чудовий березовий гай, у якому він щоранку по кілька годин бігав і стрибав, де йому заманеться.</w:t>
      </w:r>
    </w:p>
    <w:p>
      <w:r>
        <w:br/>
        <w:t>— Ох, як там гарно! — зітхав хлопчик.</w:t>
      </w:r>
    </w:p>
    <w:p>
      <w:r>
        <w:br/>
        <w:t>А потім йому й зовсім увірвався терпець через їхнього пса Султана. Бо Султан почав виманювати його з дому: то гавкає, гарчить, стрибає перед вікном, то пробіжить трохи до гаю і вертається назад, немов хоче сказати:</w:t>
      </w:r>
    </w:p>
    <w:p>
      <w:r>
        <w:br/>
        <w:t>— Невже ти не вийдеш до гаю? Що ти робиш у тій затхлій кімнаті?</w:t>
      </w:r>
    </w:p>
    <w:p>
      <w:r>
        <w:br/>
        <w:t>— Ох, мамо, пустіть мене хоч на трохи з хати! — попросив Фелікс.</w:t>
      </w:r>
    </w:p>
    <w:p>
      <w:r>
        <w:br/>
        <w:t>Та пані фон Бракель відповіла:</w:t>
      </w:r>
    </w:p>
    <w:p>
      <w:r>
        <w:br/>
        <w:t>— Ні, ні, сиди, ані руш. Я вже знаю, що буде, як ти вийдеш. Кристліб також побіжить за тобою, а там гульк — ви вже гасаєте поміж кущами та тернами, вже дряпаєтесь на якесь дерево. Тоді прийдете додому брудні та спітнілі, а дядько й скаже: "Що це за такі бридкі селянські діти? Бракелям такими не личить бути, ані старим, ані малим".</w:t>
      </w:r>
    </w:p>
    <w:p>
      <w:r>
        <w:br/>
        <w:t>У Фелікса аж сльози навернулись на очі. Він нетерпляче згорнув книжку й несміливо мовив:</w:t>
      </w:r>
    </w:p>
    <w:p>
      <w:r>
        <w:br/>
        <w:t>— Якщо дядечко каже, що селянські діти бридкі, то він не бачив наших хуторських дітей — ні Фольрадового Петера, ні Генчелової Анлізи, нікогісінько, бо я не знаю, де ще є кращі діти за них.</w:t>
      </w:r>
    </w:p>
    <w:p>
      <w:r>
        <w:br/>
        <w:t>— Авжеж! — озвалася Кристліб, наче прокинулася раптом зі сну. — А яка гарна дівчинка Шульценова Грета, хоч вона й не має такої розкішної червоної стрічки, як я. [87]</w:t>
      </w:r>
    </w:p>
    <w:p>
      <w:r>
        <w:br/>
        <w:t>— Не балакайте казна-чого! — аж трохи розсердилася мати. — Ви нічого не розумієте, дядечко зовсім не це має на думці.</w:t>
      </w:r>
    </w:p>
    <w:p>
      <w:r>
        <w:br/>
        <w:t>Дарма діти уявляли собі, як гарно сьогодні в гаю, краще, ніж будь-коли, — однаково їх не пускали з хати, та ще й святковий пиріг, на біду, лежав на столі в них перед очима й пахнув так смачно, що аж слина котилася, а надрізати його не можна було, поки не приїде дядько.</w:t>
      </w:r>
    </w:p>
    <w:p>
      <w:r>
        <w:br/>
        <w:t>— Ох, якби він приїхав, якби вже він швидше приїхав! — в один голос казали діти й мало не плакали з нетерплячки.</w:t>
      </w:r>
    </w:p>
    <w:p>
      <w:r>
        <w:br/>
        <w:t>Аж ось на дорозі лунко затупотіли копита, й до будинку під'їхала карета, така розкішна, так щедро оздоблена позолотою, що діти отетеріли, бо ще не бачили такого дива. Візник відчинив дверцята карети, і звідти, спираючись на його руку, виліз високий худий чоловік, ступив крок і опинився в обіймах пана фон Бракеля. Він двічі легенько притулився щокою до його щоки й тихо прошепелявив:</w:t>
      </w:r>
    </w:p>
    <w:p>
      <w:r>
        <w:br/>
        <w:t>— Бонжур, любий брате, тільки не треба церемоній, прошу тебе!</w:t>
      </w:r>
    </w:p>
    <w:p>
      <w:r>
        <w:br/>
        <w:t>Тим часом візник висадив з карети низеньку гладку жінку з дуже червоними щоками й двох дітей, хлопчика та дівчинку, — так спритно висадив, що ніхто з них ані похитнувся. Коли вони всі вже опинилися долі, Фелікс і Кристліб підійшли до них, як наказували їм батько й мати, взяли те за одну, а те за другу руку високого худого чоловіка, поцілували її і сказали:</w:t>
      </w:r>
    </w:p>
    <w:p>
      <w:r>
        <w:br/>
        <w:t>— Ласкаво просимо до нас, любий дядечку! Тоді поцілували руку низенькій гладкій жінці й так само сказали: [88]</w:t>
      </w:r>
    </w:p>
    <w:p>
      <w:r>
        <w:br/>
        <w:t>— Ласкаво просимо до нас, люба тітонько!</w:t>
      </w:r>
    </w:p>
    <w:p>
      <w:r>
        <w:br/>
        <w:t>Потім ступили до своїх брата й сестри, але на півдорозі зупинилися, вкрай спантеличені, бо таких дітей зроду не бачили. Хлопчик був одягнений у довгі шаровари й курточку з яскравої червоної тканини, всю обшиту золотими шнурами й галунами, при боці в нього висіла маленька блискуча шабля, а з-під чудної червоної шапки з білим пером дурнувато й боязко виглядало бліде, аж жовте, личко з каламутними сонними очима. Дівчинка мала на собі, як Кристліб, білу сукенку, але з силою-силенною бантів і мережива, а волосся в неї було дивно заплетене в косу, скручену у високий остріжок, на якому мерехтіла блискуча коронка. Кристліб опанувала себе й хотіла взяти малу сестричку за руку, але та швидко відсмикнула свою руку й невдоволено, плаксиво скривилася. Кристліб перелякалась і вирішила краще не займати її. Фелікс також захотів ближче роздивитися на гарну шабельку свого братика й простяг до неї руку, але хлопець закричав:</w:t>
      </w:r>
    </w:p>
    <w:p>
      <w:r>
        <w:br/>
        <w:t>— Він хоче відібрати в мене шаблю, мою шаблю!</w:t>
      </w:r>
    </w:p>
    <w:p>
      <w:r>
        <w:br/>
        <w:t>Він підбіг до худого чоловіка і сховався в нього за спиною. Фелікс почервонів і обурено сказав:</w:t>
      </w:r>
    </w:p>
    <w:p>
      <w:r>
        <w:br/>
        <w:t>— Хіба я в тебе хотів її забрати... дурню? Останнє слово він промурмотів крізь зуби,</w:t>
      </w:r>
    </w:p>
    <w:p>
      <w:r>
        <w:br/>
        <w:t>проте пан фон Бракель добре почув його і, видно, дуже збентежився, бо сказав, то розстібаючи, то знов застібаючи жилет:</w:t>
      </w:r>
    </w:p>
    <w:p>
      <w:r>
        <w:br/>
        <w:t>— Ой, Феліксе!</w:t>
      </w:r>
    </w:p>
    <w:p>
      <w:r>
        <w:br/>
        <w:t>Гладка жінка промовила:</w:t>
      </w:r>
    </w:p>
    <w:p>
      <w:r>
        <w:br/>
        <w:t>— Адельгундонько, Германе, ці діти вам нічого не зроблять, не будьте такі дурні! [89]</w:t>
      </w:r>
    </w:p>
    <w:p>
      <w:r>
        <w:br/>
        <w:t>А худий чоловік прошепелявив:</w:t>
      </w:r>
    </w:p>
    <w:p>
      <w:r>
        <w:br/>
        <w:t>— Нічого, вони ще познайомляться.</w:t>
      </w:r>
    </w:p>
    <w:p>
      <w:r>
        <w:br/>
        <w:t>Він узяв під руку пані фон Бракель і повів її до будинку, за ними рушили пан Бракель із гладкою жінкою, далі Адельгундонька й Герман, що трималися за шлейф материної сукні, а позаду Кристліб із Феліксом.</w:t>
      </w:r>
    </w:p>
    <w:p>
      <w:r>
        <w:br/>
        <w:t>— Зараз мама наріже пирога, — прошепотів Фелікс сестрі на вухо.</w:t>
      </w:r>
    </w:p>
    <w:p>
      <w:r>
        <w:br/>
        <w:t>— Так, тепер уже наріже, — радісно відповіла Кристліб.</w:t>
      </w:r>
    </w:p>
    <w:p>
      <w:r>
        <w:br/>
        <w:t>— А потім ми побіжимо собі до лісу, — повів далі Фелікс.</w:t>
      </w:r>
    </w:p>
    <w:p>
      <w:r>
        <w:br/>
        <w:t>— І хай собі ці дурні плаксії роблять, що хочуть, — докінчила Кристліб.</w:t>
      </w:r>
    </w:p>
    <w:p>
      <w:r>
        <w:br/>
        <w:t>Фелікс задоволено підстрибнув, і вони зайшли до кімнати.</w:t>
      </w:r>
    </w:p>
    <w:p>
      <w:r>
        <w:br/>
        <w:t>Адельгундоньці й Германові не дозволили їсти пирога, бо від такої їжі, як сказали їхні батьки, в них болів живіт, натомість їм дали по маленькому коржику з коробки, яку приніс із карети візник. Зате Фелікс і Кристліб, раді-радісінькі, вм'яли по великому шматку пирога, які їм дала добра матуся.</w:t>
      </w:r>
    </w:p>
    <w:p>
      <w:r>
        <w:br/>
        <w:t>ЩО БУЛО ДАЛІ З ВЕЛЬМОЖНИМИ ГІСТЬМИ</w:t>
      </w:r>
    </w:p>
    <w:p>
      <w:r>
        <w:br/>
        <w:t>Худий чоловік, який звався Ципріанус фон Бракель, був братом у перших Тадеуса фон Бракеля, але багато вельможнішим за нього. Бо, крім того, що пан Ципріанус мав титул графа, він ще й носив на сурдуті, і навіть на плащі, велику срібну зірку. Тому, коли він іще торік, правда, сам, [90] без гладкої жінки, що була його дружиною, і без дітей, на часинку навідався був до пана Тадеуса фон Бракеля, свого брата в перших, Фелікс його спитав:</w:t>
      </w:r>
    </w:p>
    <w:p>
      <w:r>
        <w:br/>
        <w:t>— Скажіть мені, шановний дядечку, ви, мабуть, стали королем?</w:t>
      </w:r>
    </w:p>
    <w:p>
      <w:r>
        <w:br/>
        <w:t>Бо Фелікс бачив у своїй книжці намальованого короля, що носив таку саму зірку на грудях, а тому й вирішив, що дядько також став королем, коли має королівську відзнаку. Дядько тоді весело засміявся з його запитання й відповів:</w:t>
      </w:r>
    </w:p>
    <w:p>
      <w:r>
        <w:br/>
        <w:t>— Ні, синку, я не король, але найвірніший слуга й міністр короля і керую багатьма людьми. Якби ти належав до графської лінії Бракелів, то, може, теж колись носив би таку зірку, як я, але ти тільки простий фон Бракель, і чогось путнього з тебе не вийде.</w:t>
      </w:r>
    </w:p>
    <w:p>
      <w:r>
        <w:br/>
        <w:t>Фелікс нічогісінько не зрозумів із дядькових слів, а пан Тадеус фон Бракель вважав, що йому й не треба їх розуміти. Тепер дядько розповів своїй гладкій дружині, як Фелікс подумав на нього, що він король, і вельможна гостя вигукнула:</w:t>
      </w:r>
    </w:p>
    <w:p>
      <w:r>
        <w:br/>
        <w:t>— О зворушлива, мила невинність!</w:t>
      </w:r>
    </w:p>
    <w:p>
      <w:r>
        <w:br/>
        <w:t>Та врешті Феліксові й Кристліб довелося вилізти з кутка, де вони хихотіли і сміялися, доїдаючи свого пирога. Мати найперше повитирала їм роти, щоб, боронь Боже, на губах не лишилося якоїсь крихти, і підвела їх до вельможних гостей.</w:t>
      </w:r>
    </w:p>
    <w:p>
      <w:r>
        <w:br/>
        <w:t>— О, яка природність, о сільська невинність! — вигукнули дядько й тітка, поцілували дітей і дали їм по чималому пакунку.</w:t>
      </w:r>
    </w:p>
    <w:p>
      <w:r>
        <w:br/>
        <w:t>У пана Тадеуса фон Бракеля та його дружини аж сльози заблищали на очах, так їх зворушила [91] добрість вельможних родичів. Фелікс швиденько розгорнув свій пакунок, побачив, що то були льодяники, взяв один і розкусив. Кристліб зразу ж зробила те саме.</w:t>
      </w:r>
    </w:p>
    <w:p>
      <w:r>
        <w:br/>
        <w:t>— Що ти робиш, синку! — вигукнув дядько. — Не можна так, ти пощербиш собі зуби, треба взяти цукерок у рот і смоктати, аж поки він розтане.</w:t>
      </w:r>
    </w:p>
    <w:p>
      <w:r>
        <w:br/>
        <w:t>Почувши таке, Фелікс мало не зареготав.</w:t>
      </w:r>
    </w:p>
    <w:p>
      <w:r>
        <w:br/>
        <w:t>— Ой любий дядечку, — сказав він, — невже ви думаєте, що я маленька дитина й не маю чим кусати цукерок, мушу його смоктати?!</w:t>
      </w:r>
    </w:p>
    <w:p>
      <w:r>
        <w:br/>
        <w:t>І він узяв з пакуночка новий льодяник, засунув його до рота й кусонув з усієї сили, аж затріщало.</w:t>
      </w:r>
    </w:p>
    <w:p>
      <w:r>
        <w:br/>
        <w:t>— О мила наївність! — вигукнула гладка тітка, і дядько погодився з нею.</w:t>
      </w:r>
    </w:p>
    <w:p>
      <w:r>
        <w:br/>
        <w:t>Але в пана Тадеуса аж лоб змокрів, так йому було соромно за нечемного Фелікса. А мати шепнула хлопцеві на вухо:</w:t>
      </w:r>
    </w:p>
    <w:p>
      <w:r>
        <w:br/>
        <w:t>— Не можна так хрумтіти, нечемо! Бідолашний Фелікс думав, що він нічого</w:t>
      </w:r>
    </w:p>
    <w:p>
      <w:r>
        <w:br/>
        <w:t>поганого не робить, і материна догана геть спантеличила його. Він повільно витяг з рота недоїденого льодяника, поклав його назад у пакунок і простяг той пакунок дядькові.</w:t>
      </w:r>
    </w:p>
    <w:p>
      <w:r>
        <w:br/>
        <w:t>— Нате вам ваші цукерки, якщо їх не можна їсти! — сказав він.</w:t>
      </w:r>
    </w:p>
    <w:p>
      <w:r>
        <w:br/>
        <w:t>Кристліб, що звикла в усьому наслідувати Фелікса, зробила те саме. Як почув це пан Тадеус, то аж кинувся:</w:t>
      </w:r>
    </w:p>
    <w:p>
      <w:r>
        <w:br/>
        <w:t>— Ох, мій шановний, вельможний брате, не гнівайтеся на дурного хлопця за його балачку! Хіба в селі, та ще й у нашій скруті, виховаєш таких чемних дітей, як ваші! [92]</w:t>
      </w:r>
    </w:p>
    <w:p>
      <w:r>
        <w:br/>
        <w:t>Граф Ципріанус самовдоволено, зверхньо всміхнувся і глянув на Германа та Адельгундоньку. Вони давно вже з'їли своє печиво й тепер мовчки, тихо сиділи на стільчиках. Обличчя в них були непорушні. Гладка жінка теж усміхнулася і пролебеділа:</w:t>
      </w:r>
    </w:p>
    <w:p>
      <w:r>
        <w:br/>
        <w:t>— Атож, ми ні про що так не дбаємо, як про виховання своїх дітей.</w:t>
      </w:r>
    </w:p>
    <w:p>
      <w:r>
        <w:br/>
        <w:t>Вона дала знак графові Ципріанусові, він зразу ж обернувся до Германа та Адельгундоньки й почав ставити їм різні запитання, на які вони миттю відповідали: про всілякі міста, річки й гори з дивними назвами, про те, скільки тисяч миль до них треба було їхати. Так само вони обоє вміли докладно змалювати всіх звірів, що буцімто жили в диких пущах у найдальших країнах. Потім вони почали розповідати про чужинецькі кущі, дерева й овочі, наче самі їх бачили, ба навіть ніби самі ті овочі куштували. Герман докладно змалював якусь битву, що відбулася триста років тому, і навіть назвав на ім'я всіх генералів, які брали в ній участь. А наостанці Адельгундонька розповіла навіть про зірки на небі й заявила, що там є повно всіляких дивних тварин і якихось фігур. Коли Фелікс почув усе те, йому аж страшно стало, він підійшов до пані фон Бракель і спитав її на вухо:</w:t>
      </w:r>
    </w:p>
    <w:p>
      <w:r>
        <w:br/>
        <w:t>— Ох, мамусю, що вони теревенять?</w:t>
      </w:r>
    </w:p>
    <w:p>
      <w:r>
        <w:br/>
        <w:t>— Не балакай дурного, хлопче! — гримнула на нього мати. — То все наука.</w:t>
      </w:r>
    </w:p>
    <w:p>
      <w:r>
        <w:br/>
        <w:t>Фелікс замовк.</w:t>
      </w:r>
    </w:p>
    <w:p>
      <w:r>
        <w:br/>
        <w:t>— Дивовижно! Нечувано! І в такому малому віці! — раз по раз вигукував пан фон Бракель.</w:t>
      </w:r>
    </w:p>
    <w:p>
      <w:r>
        <w:br/>
        <w:t>А пані фон Бракель зітхала: [93]</w:t>
      </w:r>
    </w:p>
    <w:p>
      <w:r>
        <w:br/>
        <w:t>— О Господи! Не діти, а янголята! А що з наших малих вийде тут, на сільському безлюдді!</w:t>
      </w:r>
    </w:p>
    <w:p>
      <w:r>
        <w:br/>
        <w:t>Коли пан фон Бракель і собі почав нарікати на своїх дітей слідом за дружиною, граф Ципріанус, щоб утішити їх, пообіцяв невдовзі прислати до них одного освіченого чоловіка, що безкоштовно вчитиме дітей.</w:t>
      </w:r>
    </w:p>
    <w:p>
      <w:r>
        <w:br/>
        <w:t>Тим часом знов під'їхала розкішна карета. Візник зайшов до кімнати з двома великими коробками. Адельгундонька й Герман узяли їх і простягли Кристліб та Феліксові.</w:t>
      </w:r>
    </w:p>
    <w:p>
      <w:r>
        <w:br/>
        <w:t>— Чи ви любите іграшки, mon cher?* Я привіз вам найкращих іграшок, — сказав Герман і вишукано вклонився.</w:t>
      </w:r>
    </w:p>
    <w:p>
      <w:r>
        <w:br/>
        <w:t>[* Любий мій (фр.).]</w:t>
      </w:r>
    </w:p>
    <w:p>
      <w:r>
        <w:br/>
        <w:t>Фелікс похнюпився й посмутнів, сам не знаючи чому. Він неуважно взяв коробку й промурмотів:</w:t>
      </w:r>
    </w:p>
    <w:p>
      <w:r>
        <w:br/>
        <w:t>— Мене звуть не Моншер, а Фелікс, і не "ви", а "ти".</w:t>
      </w:r>
    </w:p>
    <w:p>
      <w:r>
        <w:br/>
        <w:t>У Кристліб також було не дуже весело на серці, та де там: у неї сльози наверталися на очі, хоч із коробки, яку вона отримала від Адельгунди, так пахло, що й не сказати, як пахне від усяких смачних ласощів.</w:t>
      </w:r>
    </w:p>
    <w:p>
      <w:r>
        <w:br/>
        <w:t>До дверей підбіг і загавкав, за своїм звичаєм, Султан, Феліксів вірний приятель і улюбленець. Побачивши його, Герман перелякався, кинувся назад до кімнати й заплакав.</w:t>
      </w:r>
    </w:p>
    <w:p>
      <w:r>
        <w:br/>
        <w:t>— Та він тебе не зачепить, не реви так! — сказав Фелікс— Ти ж бачив уже найстрашніших звірів, а він усього лише пес! А якби він захотів напасти на тебе, то ти ж маєш шаблю!</w:t>
      </w:r>
    </w:p>
    <w:p>
      <w:r>
        <w:br/>
        <w:t>Феліксові слова не допомогли, Герман кричав далі, аж поки візник узяв його на руки й поніс до карети. Адельгунда, чи з жалю за братом, [94] чи хтозна-чого, раптом теж заплакала, і це так схвилювало бідолашну Кристліб, що вона й собі захлипала. Під цей крик і плач трьох дітей граф Ципріанус поїхав із Бракельгайма. Так скінчилося гостювання там вельможних родичів.</w:t>
      </w:r>
    </w:p>
    <w:p>
      <w:r>
        <w:br/>
        <w:t>НОВІ ІГРАШКИ</w:t>
      </w:r>
    </w:p>
    <w:p>
      <w:r>
        <w:br/>
        <w:t>Тільки-но карета з графом Ципріанусом та його родиною зникла за пагорбом, як пан Тадеус швидко скинув зелений сурдут і червоний жилет, а потім так само швидко надяг широку сукняну куртку, двічі або тричі провів по чубові великим гребінцем, відітхнув з полегкістю, потягся й вигукнув:</w:t>
      </w:r>
    </w:p>
    <w:p>
      <w:r>
        <w:br/>
        <w:t>— Дякувати Богу!</w:t>
      </w:r>
    </w:p>
    <w:p>
      <w:r>
        <w:br/>
        <w:t>Діти теж прудко поскидали святкове вбрання, і їм відразу стало легко й весело на серці.</w:t>
      </w:r>
    </w:p>
    <w:p>
      <w:r>
        <w:br/>
        <w:t>— До лісу! До лісу! — загукав Фелікс і спробував підстрибнути високо-високо, як лише він умів.</w:t>
      </w:r>
    </w:p>
    <w:p>
      <w:r>
        <w:br/>
        <w:t>— А може, спершу глянете, що вам Герман і Адельгунда привезли? — сказала мати.</w:t>
      </w:r>
    </w:p>
    <w:p>
      <w:r>
        <w:br/>
        <w:t>Кристліб, поки роздягалася, вже позирала цікавими очима на коробки, тому радо погодилася з матір'ю — мовляв, устигнуть іще побігти до лісу. Та Фелікса було важко переконати.</w:t>
      </w:r>
    </w:p>
    <w:p>
      <w:r>
        <w:br/>
        <w:t>— Що той пришелепуватий хлопець у шароварах зі своєю обвішаною бантами сестрою могли нам путнього привезти? — сказав він. — У науках то він швидкий на язик, уміє побалакати й про левів та ведмедів, і про те, як на слонів полюють, а як побачив мого Султана, то перелякався і з криком та плачем заліз під стіл, дарма що має шаблю при боці. Гарний мені мисливець! [95]</w:t>
      </w:r>
    </w:p>
    <w:p>
      <w:r>
        <w:br/>
        <w:t>— Ох, любий Фелікс, аби хоч одним оком глянути, що в тих коробках! — благально мовила Кристліб.</w:t>
      </w:r>
    </w:p>
    <w:p>
      <w:r>
        <w:br/>
        <w:t>А що Фелікс завжди любив догодити сестрі, то й тепер відклав прогулянку до лісу й терпляче сів із Кристліб до столу, на якому лежали коробки. Мати їх відкрила і... О мої любі читачі! Ви вже, напевне, самі не раз тішились, коли після веселого ярмарку, а надто на святвечір отримували від батьків або від друзів різні подарунки, щедрі й гарні. Згадайте, як ви радісно скрикували, коли бачили навколо себе блискучих олив'яних солдатиків, катеринників, вичепурених ляльок, маленьке начиння, книжки з барвистими малюнками і багато всього іншого! Так само, як ви тоді, раділи тепер Фелікс і Кристліб, бо з коробок з'являлися все нові й нові розкішні подарунки, такі гарні, що кращих і не придумаєш, та ще й усякі ласощі. Діти раз по раз сплескували руками й вигукували:</w:t>
      </w:r>
    </w:p>
    <w:p>
      <w:r>
        <w:br/>
        <w:t>— Ох, які ж гарні!</w:t>
      </w:r>
    </w:p>
    <w:p>
      <w:r>
        <w:br/>
        <w:t>Лише пакунок льодяників Фелікс зневажливо відсунув убік, а коли Кристліб попросила його бодай не викидати їх за вікно, як він уже хотів був зробити, хлопець послухався її, але відкрив пакунок і кинув один льодяник Султанові, що тим часом прибіг до них, метляючи хвостом. Султан понюхав цукерок і невдоволено відвернувся.</w:t>
      </w:r>
    </w:p>
    <w:p>
      <w:r>
        <w:br/>
        <w:t>— От бачиш, Кристліб! — переможно сказав Фелікс. — Бачиш, навіть Султан не хоче їсти цієї погані.</w:t>
      </w:r>
    </w:p>
    <w:p>
      <w:r>
        <w:br/>
        <w:t>Особливо Феліксові припав до вподоби ставний мисливець, який, коли його смикнути за ниточку, що звисала ззаду з-під куртки, прикладав до плеча рушницю і стріляв у ціль, виставлену [96] за три п'яді від нього. Полюбив він також чоловічка, що вмів ввічливо розкланюватись і бренькати на арфі, коли його накрутити. Та найбільше йому сподобалися рушниця і мисливський ніж, зроблені з дерева й посріблені, а також пишний гусарський кашкет і патронташ. Кристліб дуже тішилася гарно вбраною лялькою і кухонним начинням. Діти забули про ліс і поле й до самого вечора гралися своїми новими іграшками. Потім лягли спати.</w:t>
      </w:r>
    </w:p>
    <w:p>
      <w:r>
        <w:br/>
        <w:t>ЩО СТАЛОСЯ З НОВИМИ ІГРАШКАМИ В ЛІСІ</w:t>
      </w:r>
    </w:p>
    <w:p>
      <w:r>
        <w:br/>
        <w:t>Другого дня діти знову взялися до того, на чому скінчили ввечері, тобто принесли коробки, повитягали з них іграшки й почали гратися ними. Так само, як і вчора, у вікно привітно заглядало ясне сонце, ранковий вітерець вітав берез, і вони тихо шелестіли, а серед їхнього віття радісно співали своїх прекрасних веселих пісень чижі, зяблики й соловейки. І тоді Феліксові стало сумно зі своїми мисливцем, чоловічком, рушницею та патронташем, у нього аж серце защеміло.</w:t>
      </w:r>
    </w:p>
    <w:p>
      <w:r>
        <w:br/>
        <w:t>— Ох, надворі краще, Кристліб! — сказав раптом він. — Біжімо до лісу!</w:t>
      </w:r>
    </w:p>
    <w:p>
      <w:r>
        <w:br/>
        <w:t>Кристліб саме роздягла свою велику ляльку й хотіла її знов одягти. їй дуже подобалась ця робота, тому вона не хотіла йти надвір, а попросила брата:</w:t>
      </w:r>
    </w:p>
    <w:p>
      <w:r>
        <w:br/>
        <w:t>— Феліксе, братику, а може, ще трохи пограємося тут?</w:t>
      </w:r>
    </w:p>
    <w:p>
      <w:r>
        <w:br/>
        <w:t>— Знаєш що, Кристліб, — сказав Фелікс, — заберемо найкращі іграшки з собою. Я причеплю [97] до пояса ножа, візьму на плече рушницю і стану достоту як мисливець. Мій іграшковий мисливець та чоловічок з арфою йтимуть за мною. А ти, Кристліб, можеш узяти велику ляльку і найкраще начиння. Ходімо, ходімо!</w:t>
      </w:r>
    </w:p>
    <w:p>
      <w:r>
        <w:br/>
        <w:t>Кристліб швиденько одягла ляльку, вони з Феліксом побігли до лісу й розташувалися на гарній зеленій галявинці. Вони трохи погралися, і саме коли Фелікс накрутив свого чоловічка з арфою, щоб послухати його музику, Кристліб сказала:</w:t>
      </w:r>
    </w:p>
    <w:p>
      <w:r>
        <w:br/>
        <w:t>— А знаєш, Феліксе, твій музика погано грає. Ти тільки послухай, як тут, у лісі, звучить його бренькання! Весь час те саме. Он скільки пташок визирають з кущів, мабуть, обурюються, що цей нікчемний музика хоче награвати до їхнього співу.</w:t>
      </w:r>
    </w:p>
    <w:p>
      <w:r>
        <w:br/>
        <w:t>Фелікс дужче накрутив чоловічка з арфою, тоді ще дужче і, врешті, вигукнув:</w:t>
      </w:r>
    </w:p>
    <w:p>
      <w:r>
        <w:br/>
        <w:t>— Ти правду кажеш, Кристліб! Він так грає, що краще й не грав би, тільки дарма кланяється. Партач! Мені соромно за нього перед зябликами. Глянь, як вони хитро блискають на мене очима. Але я присилую його грати краще, ось побачиш!</w:t>
      </w:r>
    </w:p>
    <w:p>
      <w:r>
        <w:br/>
        <w:t>І він заходився щосили накручувати чоловічка з арфою. Та враз арфа тріснула й розпалася в друзки. Музика стояв, опустивши поламані руки.</w:t>
      </w:r>
    </w:p>
    <w:p>
      <w:r>
        <w:br/>
        <w:t>— Ох, що я наробив! — вигукнув Фелікс. —</w:t>
      </w:r>
    </w:p>
    <w:p>
      <w:r>
        <w:br/>
        <w:t>Сердешний музика!</w:t>
      </w:r>
    </w:p>
    <w:p>
      <w:r>
        <w:br/>
        <w:t>— Сердешний музика! — забідкалася й Крістліб. Фелікс трохи помовчав, розглядаючи поламану іграшку, а тоді сказав:</w:t>
      </w:r>
    </w:p>
    <w:p>
      <w:r>
        <w:br/>
        <w:t>— Це був дурний, нікчемний музика, він не вмів до пуття грати, а кланявся, наче той наш [98] брат у шароварах. — І Фелікс закинув невдатного музику далеко в кущі. — От мисливець — не рівня йому, — повів далі він. — Цей добре стріляє, завжди влучає в ціль.</w:t>
      </w:r>
    </w:p>
    <w:p>
      <w:r>
        <w:br/>
        <w:t>І Фелікс почав муштрувати свого мисливця. Так минула якась хвилина, а тоді він сказав:</w:t>
      </w:r>
    </w:p>
    <w:p>
      <w:r>
        <w:br/>
        <w:t>— Та й дурний же цей стрілець, усе смалить у ціль, а тато казав, що для справжнього мисливця це не діло. Він має стріляти в оленів, сарн, зайців і влучати в них, хоч би як вони бігли. Годі йому стріляти лише в ціль! — І Фелікс розламав ціль, виставлену перед мисливцем. — А тепер стріляй у ліс.</w:t>
      </w:r>
    </w:p>
    <w:p>
      <w:r>
        <w:br/>
        <w:t>Та хоч скільки він смикав за ниточку, руки в маленького мисливця висіли, як перебиті. Більше той не прикладав рушниці до плеча й не стріляв.</w:t>
      </w:r>
    </w:p>
    <w:p>
      <w:r>
        <w:br/>
        <w:t>— Ха-ха-ха, — засміявся Фелікс, — у ціль, у кімнаті, ти вмієш стріляти, а в лісі, де місце справжньому мисливцеві, в тебе нічого не виходить. Мабуть, також боїшся собак і, коли якийсь надбіжить, чкурнеш зі своєю рушницею, як наш брат у шароварах і з шаблею! Кому ти, дурню, потрібний такий! — І Фелікс закинув мисливця слідом за музикою далеко в кущі. — А тепер трохи побігаймо, — запропонував він Кристліб.</w:t>
      </w:r>
    </w:p>
    <w:p>
      <w:r>
        <w:br/>
        <w:t>— Добре, Феліксе, — погодилась сестра, — і хай із нами біжить моя лялька, ото буде цікаво!</w:t>
      </w:r>
    </w:p>
    <w:p>
      <w:r>
        <w:br/>
        <w:t>Вони взяли за руки ляльку, кожне зі свого боку, та й побігли поміж кущами на пагорб, а далі знов униз, аж до ставу зарослого по берегах очеретом. Той став також належав панові Тадеусові фон Бракелю, і він на ньому часом стріляв качок. Тут діти зупинилися, і Фелікс сказав: [99]</w:t>
      </w:r>
    </w:p>
    <w:p>
      <w:r>
        <w:br/>
        <w:t>— Ану гляньмо добре, в мене ж є рушниця, хтозна, чи не вполюю я в очереті качку, як тато.</w:t>
      </w:r>
    </w:p>
    <w:p>
      <w:r>
        <w:br/>
        <w:t>Але тієї миті Кристліб скрикнула:</w:t>
      </w:r>
    </w:p>
    <w:p>
      <w:r>
        <w:br/>
        <w:t>— Ой лишенько, що сталося з моєю пречудовою лялькою!</w:t>
      </w:r>
    </w:p>
    <w:p>
      <w:r>
        <w:br/>
        <w:t>І справді, на ляльку було шкода глянути. Ні Кристліб, ні Фелікс біжачи не зважали на неї, і її вбрання геть подерлося об гілля. Навіть ноги поламалися. Від милого воскового личка також мало що залишилося, воно було подряпане й бридке.</w:t>
      </w:r>
    </w:p>
    <w:p>
      <w:r>
        <w:br/>
        <w:t>— Ой, лялечко моя, лялечко, ти ж була така гарна! — забідкалася Кристліб.</w:t>
      </w:r>
    </w:p>
    <w:p>
      <w:r>
        <w:br/>
        <w:t>— От бачиш, який непотріб нам привезли ті наші родичі. Ця твоя лялька — дурне одоробало, не вміє навіть бігати, зразу обдерлася й подряпалась, — сказав Фелікс. — Ану, дай її сюди.</w:t>
      </w:r>
    </w:p>
    <w:p>
      <w:r>
        <w:br/>
        <w:t>Кристліб сумно дала братові покалічену ляльку і зразу ж зойкнула:</w:t>
      </w:r>
    </w:p>
    <w:p>
      <w:r>
        <w:br/>
        <w:t>— Ой-ой-ой!</w:t>
      </w:r>
    </w:p>
    <w:p>
      <w:r>
        <w:br/>
        <w:t>Бо Фелікс, не довго думаючи, пошпурив її в ставок.</w:t>
      </w:r>
    </w:p>
    <w:p>
      <w:r>
        <w:br/>
        <w:t>— Не жалкуй за нею, — сказав він сестрі, — вона того не варта, ось я застрілю качку й дам тобі найкращі пір'їни, які тільки знайдуться на крилах.</w:t>
      </w:r>
    </w:p>
    <w:p>
      <w:r>
        <w:br/>
        <w:t>Тієї миті в очереті щось зашурхотіло, і Фелікс квапливо приклав до плеча дерев'яну рушницю, та зразу ж опустив її і задумливо озирнувся довкола.</w:t>
      </w:r>
    </w:p>
    <w:p>
      <w:r>
        <w:br/>
        <w:t>— Я й сам, нівроку, дурний, — тихо мовив він. — Щоб стріляти, потрібні порох і свинець, а де вони в мене? Та й хіба б я міг насипати пороху у свою дерев'яну рушницю? І взагалі, нащо мені ця дерев'яна цяцька? І цей ніж? Теж дерев'яний! Він ані ріже, ані коле. І шабля нашого брата в перших напевне була дерев'яна, [100] тому він і не міг витягти її з піхов, коли злякався Султана. Я вже помітив, що наш вельможний брат у шароварах тільки хотів повеличатися, буцімто його іграшки такі гарні, а насправді вони ні на що не придатні.</w:t>
      </w:r>
    </w:p>
    <w:p>
      <w:r>
        <w:br/>
        <w:t>І Фелікс викинув рушницю, ножа, а тоді й патронташ у ставок. А все-таки Кристліб жалкувала за лялькою, та й Феліксові, хоч як він бадьорився, було трохи прикро.</w:t>
      </w:r>
    </w:p>
    <w:p>
      <w:r>
        <w:br/>
        <w:t>Вони тихенько пішли додому. І мати, побачивши їх, спитала:</w:t>
      </w:r>
    </w:p>
    <w:p>
      <w:r>
        <w:br/>
        <w:t>— Діти, а де ж ваші іграшки?</w:t>
      </w:r>
    </w:p>
    <w:p>
      <w:r>
        <w:br/>
        <w:t>Фелікс щиро розповів, як його обдурили з мисливцем, музикою, рушницею, ножем і патронташем, а Кристліб — з лялькою.</w:t>
      </w:r>
    </w:p>
    <w:p>
      <w:r>
        <w:br/>
        <w:t>— Ох, які ж ви, діти, дурні, вам таких гарних, тендітних іграшок хоч і в руки не давай, не вмієте ви їх глядіти, — трохи сердито мовила пані фон Бракель.</w:t>
      </w:r>
    </w:p>
    <w:p>
      <w:r>
        <w:br/>
        <w:t>Зате пан фон Бракель був вочевидь задоволений тим, що почув від Фелікса. Він сказав:</w:t>
      </w:r>
    </w:p>
    <w:p>
      <w:r>
        <w:br/>
        <w:t>— Не лай дітей, я навіть радий, що вони спекалися тих чужих їм цяцьок. Вони лише бентежили їх і збивали з пантелику.</w:t>
      </w:r>
    </w:p>
    <w:p>
      <w:r>
        <w:br/>
        <w:t>Ні мати, ні діти до пуття не зрозуміли, що означали ці батькові слова.</w:t>
      </w:r>
    </w:p>
    <w:p>
      <w:r>
        <w:br/>
        <w:t>ЧУЖА ДИТИНА</w:t>
      </w:r>
    </w:p>
    <w:p>
      <w:r>
        <w:br/>
        <w:t>Фелікс і Кристліб із самого ранку побігли до лісу. Мати наказала їм довго там не баритись, а вертатися додому й більше сидіти над письмом і читанням, щоб вони знов не осоромилися перед графом, як він другого разу приїде до них. [101]</w:t>
      </w:r>
    </w:p>
    <w:p>
      <w:r>
        <w:br/>
        <w:t>— Ми лише годину побігаємо, пострибаємо, та й назад, — пообіцяв Фелікс.</w:t>
      </w:r>
    </w:p>
    <w:p>
      <w:r>
        <w:br/>
        <w:t>Діти зразу ж почали гратися в собаку й зайчика, але й ця гра, і всі інші, які вони заводили, дуже швидко набридали їм. Вони самі не знали, чому так виходило, що саме сьогодні з ними раз по раз траплялася якась халепа. То вітер зірвав із Фелікса кашкета й заніс у кущі, то він, біжачи, перечепився й упав долілиць, то Кристліб чіплялася сукнею об терновий кущ або натикалася ногою на гострий камінь так, що аж зойкала. Скоро вони кинули свої ігри й похмуро попленталися лісом.</w:t>
      </w:r>
    </w:p>
    <w:p>
      <w:r>
        <w:br/>
        <w:t>— Доведеться вертатись додому й сидіти в кімнаті, — сказав Фелікс, але не пішов далі, а сів на траву в затінку великого, гарного дерева.</w:t>
      </w:r>
    </w:p>
    <w:p>
      <w:r>
        <w:br/>
        <w:t>Кристліб зробила те саме. Вони сиділи, зажурені й невдоволені, і мовчки дивилися перед собою.</w:t>
      </w:r>
    </w:p>
    <w:p>
      <w:r>
        <w:br/>
        <w:t>— Ох, — тихо зітхнула нарешті Кристліб, — якби нам знов хтось дав такі гарні іграшки, як у нас були!</w:t>
      </w:r>
    </w:p>
    <w:p>
      <w:r>
        <w:br/>
        <w:t>— Однаково з них би не було пуття, — буркнув Фелікс, — ми б їх знов поламали й попсували. Послухай, Кристліб, мабуть, мама правду казала. Іграшки були добрі, тільки ми не вміли їх глядіти, а все тому, що ми невчені.</w:t>
      </w:r>
    </w:p>
    <w:p>
      <w:r>
        <w:br/>
        <w:t>— Твоя правда, Феліксе, — погодилася Кристліб, — якби ми знали всього стільки напам'ять, як ті наші вичепурені брат і сестра, то ти б не викинув у ставок своїх мисливця та музику і мою гарненьку ляльку! Ох, які ми невчені, які нерозумні!</w:t>
      </w:r>
    </w:p>
    <w:p>
      <w:r>
        <w:br/>
        <w:t>І вона гірко заплакала.</w:t>
      </w:r>
    </w:p>
    <w:p>
      <w:r>
        <w:br/>
        <w:t>Фелікс приєднався до неї. Вони сиділи й голосили, аж луна йшла лісом.</w:t>
      </w:r>
    </w:p>
    <w:p>
      <w:r>
        <w:br/>
        <w:t>— Бідні ми, бідні, які ми невчені! [102]</w:t>
      </w:r>
    </w:p>
    <w:p>
      <w:r>
        <w:br/>
        <w:t>Та раптом вони перестали плакати і вражено спитали одне одного:</w:t>
      </w:r>
    </w:p>
    <w:p>
      <w:r>
        <w:br/>
        <w:t>— Бачиш, Кристліб?</w:t>
      </w:r>
    </w:p>
    <w:p>
      <w:r>
        <w:br/>
        <w:t>— Чуєш, Феліксе?</w:t>
      </w:r>
    </w:p>
    <w:p>
      <w:r>
        <w:br/>
        <w:t>З найглибшого затінку темних кущів навпроти них полилося якесь дивне сяйво, ніби срібне місячне проміння, й відбилося на листі, що затріпотіло з радощів, а до шелесту лісу долучилися чарівні звуки, наче вітер торкнувся струн арфи і збудив акорди, які дрімали в них. Дітей опанував дивний настрій, їхнє горе де й ділося, але на очі їм наверталися сльози від якогось солодкого, незнаного досі смутку. А в кущах ставало все ясніше, чарівні звуки бриніли гучніше, і серця в дітей калатали дужче. Вони не зводили очей з дивного сяйва і — ох! — раптом помітили, що то яскраво освітлена сонцем дитина з надзвичайно милим личком усміхалася й кивала головою їм із кущів.</w:t>
      </w:r>
    </w:p>
    <w:p>
      <w:r>
        <w:br/>
        <w:t>— Хто ти? Ходи до нас, ходи! — загукали, охоплені невимовною тугою, Кристліб та Фелікс і зірвалися на ноги, простягаючи руки до чарівної дитини.</w:t>
      </w:r>
    </w:p>
    <w:p>
      <w:r>
        <w:br/>
        <w:t>— Іду... іду! — озвалася з кущів дитина приємним голосом і легко, наче підхоплена шелестким вітром, майнула до них.</w:t>
      </w:r>
    </w:p>
    <w:p>
      <w:r>
        <w:br/>
        <w:t>ЯК ЧУЖА ДИТИНА ГРАЛАСЯ З КРИСТЛІБ І ФЕЛІКСОМ</w:t>
      </w:r>
    </w:p>
    <w:p>
      <w:r>
        <w:br/>
        <w:t>Шені було чутно, як ви плакали й нарікали, і стало шкода вас, — сказала чужа дитина. — Що з вами? — Ох, ми й самі добре не знаємо, — відповів Фелікс, — але мені здається, наче нам не вистачало тебе. [103]</w:t>
      </w:r>
    </w:p>
    <w:p>
      <w:r>
        <w:br/>
        <w:t>— Це правда, — озвалася Кристліб, — бо тепер ти є, і нам знов весело! Чого тебе так довго не було?</w:t>
      </w:r>
    </w:p>
    <w:p>
      <w:r>
        <w:br/>
        <w:t>І справді, дітям здавалося, наче вони давно вже знали ту чужу дитину і гралися з нею, а тепер їм було так прикро лише тому, що вона десь ділася.</w:t>
      </w:r>
    </w:p>
    <w:p>
      <w:r>
        <w:br/>
        <w:t>— Правда, іграшок у нас тепер немає, — повів далі Фелікс, — бо я, бовдур, найкращі з них, ті, що мені вчора подарував мій брат у перших, по-дурному поламав і викинув, а гратися однаково хочеться.</w:t>
      </w:r>
    </w:p>
    <w:p>
      <w:r>
        <w:br/>
        <w:t>— Ой, Феліксе, нащо ти кажеш таке, — мовила чужа дитина й засміялася. — 3 того ломаччя, що ти викинув, справді було мало пуття, а навколо вас із Кристліб повно найкращих іграшок, треба лише вміти побачити їх.</w:t>
      </w:r>
    </w:p>
    <w:p>
      <w:r>
        <w:br/>
        <w:t>— Де? Де? — загукали Кристліб і Фелікс.</w:t>
      </w:r>
    </w:p>
    <w:p>
      <w:r>
        <w:br/>
        <w:t>— Озирніться навколо, — мовила чужа дитина.</w:t>
      </w:r>
    </w:p>
    <w:p>
      <w:r>
        <w:br/>
        <w:t>І Кристліб із Феліксом побачили, що з густої трави, з пухнастого моху визирають, наче блискучі очка, всілякі квітки, одна краща за одну, між ними мерехтять різноколірні камінці й прозорі, мов кришталь, мушлі, а золоті жучки витанцьовують на них і тихо мугичуть своїх пісеньок.</w:t>
      </w:r>
    </w:p>
    <w:p>
      <w:r>
        <w:br/>
        <w:t>— Зараз ми побудуємо палац, поможіть мені наносити каміння! — сказала чужа дитина, тоді нахилилася й почала збирати барвисті камінці.</w:t>
      </w:r>
    </w:p>
    <w:p>
      <w:r>
        <w:br/>
        <w:t>Кристліб і Фелікс кинулись допомагати їй. Чужа дитина так добре вміла припасовувати один до одного камінці, що скоро там знялися високі колони, які блищали на сонці, наче полірований метал, а над ними заокруглювався легкий золотий дах. Потім чужа дитина поцілувала квітки, що визирали з землі, і вони, ніжно [104] перешіптуючись, погналися вгору, сплелися в палкій любові докупи й утворили пахучі арки. Діти аж засміялися з радощів, вистрибуючи навколо них. Чужа дитина плеснула в долоні, і золотий дах палацу — то золоті жучки утворили його своїми золотими спинками, — загудів і розпався, колони обернулися в срібний струмок, що зажебонів поміж травою, а на берегах його розташувалися барвисті квітки. Вони то зацікавлено позирали на хвилі струмка, то похитували голівками й прислухалися, що діти кажуть одне одному. Тоді чужа дитина нарвала травинок та стебелець квіток і розсипала їх перед Феліксом та Кристліб. І з тих травинок миттю зробилися чудесні ляльки, найкращі в світі, а із стебелець — прегарні малесенькі мисливці. Ляльки затанцювали навколо Кристліб, узяли її в кільце й залебеділи тоненькими голосками:</w:t>
      </w:r>
    </w:p>
    <w:p>
      <w:r>
        <w:br/>
        <w:t>— Грайся нами, грайся нами, люба Кристліб! А мисливці заворушилися, забряжчали рушницями, засурмили в ріжки й загукали:</w:t>
      </w:r>
    </w:p>
    <w:p>
      <w:r>
        <w:br/>
        <w:t>— Збирайтеся! Збирайтеся! На полювання, на полювання!</w:t>
      </w:r>
    </w:p>
    <w:p>
      <w:r>
        <w:br/>
        <w:t>Раптом із кущів вискочили зайці, а за ними собаки, і мисливці як почали стріляти! Ото була розвага! Все змішалося докупи, і Кристліб з Феліксом загукали:</w:t>
      </w:r>
    </w:p>
    <w:p>
      <w:r>
        <w:br/>
        <w:t>— Де ляльки? Де мисливці?</w:t>
      </w:r>
    </w:p>
    <w:p>
      <w:r>
        <w:br/>
        <w:t>— О, вони завжди будуть до ваших послуг, — сказала чужа дитина, — миттю з'являться, тільки-но захочете. А тепер, може, ще побігаємо?</w:t>
      </w:r>
    </w:p>
    <w:p>
      <w:r>
        <w:br/>
        <w:t>— Добре, добре! — радо погодилися Фелікс і Кристліб.</w:t>
      </w:r>
    </w:p>
    <w:p>
      <w:r>
        <w:br/>
        <w:t>Тоді чужа дитина взяла їх за руки й вигукнула:</w:t>
      </w:r>
    </w:p>
    <w:p>
      <w:r>
        <w:br/>
        <w:t>— Раз, два — гайда! [105]</w:t>
      </w:r>
    </w:p>
    <w:p>
      <w:r>
        <w:br/>
        <w:t>І вони побігли лісом. Але "побігли" — не те слово! То був не біг, ні! Вони легенько линули по лісі, і навколо них, радісно виспівуючи, пурхали барвисті пташки. Раптом діти знялися вгору, аж понад дерева.</w:t>
      </w:r>
    </w:p>
    <w:p>
      <w:r>
        <w:br/>
        <w:t>— Доброго ранку! — гукнув їм лелека, пролітаючи повз них.</w:t>
      </w:r>
    </w:p>
    <w:p>
      <w:r>
        <w:br/>
        <w:t>— Не чіпайте мене, не чіпайте мене, я не їм ваших голубів! — крикнув шуліка, боязко ширяючи навколо дітей.</w:t>
      </w:r>
    </w:p>
    <w:p>
      <w:r>
        <w:br/>
        <w:t>Фелікс аж скрикнув з радощів, але Кристліб стало страшно.</w:t>
      </w:r>
    </w:p>
    <w:p>
      <w:r>
        <w:br/>
        <w:t>— Ох, мені вже не стає чим дихати, мабуть, я зараз упаду! — вигукнула вона.</w:t>
      </w:r>
    </w:p>
    <w:p>
      <w:r>
        <w:br/>
        <w:t>Тоді чужа дитина припинила гру, опустила їх додолу і сказала:</w:t>
      </w:r>
    </w:p>
    <w:p>
      <w:r>
        <w:br/>
        <w:t>— Зараз я заспіваю вам на прощання лісову пісню й на сьогодні досить, а завтра я прийду знов.</w:t>
      </w:r>
    </w:p>
    <w:p>
      <w:r>
        <w:br/>
        <w:t>Дитина витягла з кишені маленький ріжок з прегарними звивинами, достоту як променисті чашечки квіток, і так гарно засурмила на ньому, що весь ліс залунав чудовими звуками, та ще й соловейки позліталися на поклик ріжка, обсіли все гілля навколо дитини й заспівали своїх найкращих пісень. Та враз ті звуки почали затихати, і тільки тихий шелест долинув із лісу, в якому зникла чужа дитина.</w:t>
      </w:r>
    </w:p>
    <w:p>
      <w:r>
        <w:br/>
        <w:t>— Завтра... завтра я повернуся! — гукнула вона десь здалеку Феліксові й Кристліб.</w:t>
      </w:r>
    </w:p>
    <w:p>
      <w:r>
        <w:br/>
        <w:t>Діти самі не знали, як воно вийшло, що їм ще ніколи не було так радісно на серці, як тепер.</w:t>
      </w:r>
    </w:p>
    <w:p>
      <w:r>
        <w:br/>
        <w:t>— Ох, якби вже знов було те "завтра!" — в один голос сказали вони і заквапились додому, щоб розповісти батькам, що сталося сьогодні в лісі. [106]</w:t>
      </w:r>
    </w:p>
    <w:p>
      <w:r>
        <w:br/>
        <w:t>ЩО ПАН ФОН БРАКЕЛЬ ТА ПАНІ ФОН БРАКЕЛЬ СКАЗАЛИ ПРО ЧУЖУ ДИТИНУ І ЩО З НЕЮ БУЛО ДАЛІ</w:t>
      </w:r>
    </w:p>
    <w:p>
      <w:r>
        <w:br/>
        <w:t>Шені здається, що все це дітям приснилося! — сказав пан фон Бракель своїй дружині, вислухавши Фелікса й Кристліб, що, захоплені чужою дитиною, не могли нахвалитися її красою, гарним співом і її дивовижними іграшками. — Але, з іншого боку, не міг же їм обом приснитися однаковий сон. Я не знаю, що й думати про все це.</w:t>
      </w:r>
    </w:p>
    <w:p>
      <w:r>
        <w:br/>
        <w:t>— Не суши собі цим голови! — відповіла пані фон Бракель. — Запевняю тебе, що та чужа дитина — не хто інший, як учителів Готліб із сусіднього села. Він прийшов сюди до лісу й напустив туману дітям, але більше не прийде. Пана фон Бракеля не переконали слова дружини. Щоб з'ясувати все до кінця, він покликав Фелікса й Кристліб і загадав їм докладно розповісти, яка та дитина була на вигляд і як убрана. Про її вигляд діти обоє казали те саме: що обличчя в неї було біле, як сніг, щоки рожеві, губи червоні, як вишні, а чуб кучерявий, одне слово, вона була така гарна, що й не сказати. Вбрання її вони добре не запам'ятали, знали тільки, що вона напевне була не в куртці й штанях у синю смужку й не в чорному шкіряному кашкеті, як учителів Готліб. Зате все, що вони більш-менш змогли сказати про вбрання дитини, було геть недоладне і скидалося на казку. Кристліб запевняла, що на дитині було надзвичайно гарне, легеньке, блискуче вбраннячко з пелюсток троянди, а Фелікс казав, що її одяг [107] мінився зеленим, як весняне листя в сонячному промінні. Хлопець ні в якому разі не міг бути сином якогось там учителя, повів далі Фелікс, надто він добре розуміється на мисливстві, він, напевне, виріс у лісі серед мисливців і сам колись стане найкращим у світі мисливцем.</w:t>
      </w:r>
    </w:p>
    <w:p>
      <w:r>
        <w:br/>
        <w:t>— Ой, Феліксе, — перебила його Кристліб, — як ти можеш казати, що дівчина стане мисливцем? Може, вона й розуміється на мисливстві, але ще краще знає хатнє господарство, бо якби не знала, то не наготувала б для мене так гарно вбраних ляльок і такого чудового начиння!</w:t>
      </w:r>
    </w:p>
    <w:p>
      <w:r>
        <w:br/>
        <w:t>Отже, Фелікс вважав чужу дитину хлопцем, а Кристліб запевняла, що то дівчина, і вони ніяк не могли дійти згоди.</w:t>
      </w:r>
    </w:p>
    <w:p>
      <w:r>
        <w:br/>
        <w:t>— Не варто заводити з дітьми балачки про такі дурниці, — сказала пані фон Бракель.</w:t>
      </w:r>
    </w:p>
    <w:p>
      <w:r>
        <w:br/>
        <w:t>Але пан фон Бракель заперечив їй:</w:t>
      </w:r>
    </w:p>
    <w:p>
      <w:r>
        <w:br/>
        <w:t>— Чому ж, варто. Я міг би піти назирці за ними до лісу й підглядіти, що то за така дивна дитина грається з ними, але не піду, щоб часом не зіпсувати їм великої втіхи.</w:t>
      </w:r>
    </w:p>
    <w:p>
      <w:r>
        <w:br/>
        <w:t>Другого дня, коли Фелікс і Кристліб у той час, що й завжди, прийшли до лісу, чужа дитина вже чекала на них, і замість учорашніх ігор сьогодні почалися такі дива, що вони раз по раз охкали й ахкали з радості й захвату. Дуже весело й дуже гарно їм було від того, що чужа дитина вміла мудро й делікатно розмовляти з деревами, кущами, квітками і лісовим струмком. І всі вони відповідали їй так виразно, що й Кристліб із Феліксом усе розуміли. Чужа дитина гукнула до вільхових заростей:</w:t>
      </w:r>
    </w:p>
    <w:p>
      <w:r>
        <w:br/>
        <w:t>— Про що ви там перемовляєтесь, балакучі вільхи? [108]</w:t>
      </w:r>
    </w:p>
    <w:p>
      <w:r>
        <w:br/>
        <w:t>І вільхи ще дужче загойдали гіллям, засміялися й відповіли:</w:t>
      </w:r>
    </w:p>
    <w:p>
      <w:r>
        <w:br/>
        <w:t>— Ха-ха-ха, ми тішимося з того, що нам сьогодні нашепотів наш приятель ранковий вітер, коли прилинув від синіх гір поперед сонячними променями. Він приніс нам тисячу вітань і поцілунків від прекрасної королеви й повно чудових запахів на крилах.</w:t>
      </w:r>
    </w:p>
    <w:p>
      <w:r>
        <w:br/>
        <w:t>— Ох, мовчіть ви про того легковажного вітра, що хвалиться своїми запахами, які він видурив у нас фальшивими пестощами, — перебили мову вільхам квітки. — А ви, діти, не зважайте на те, що шепочуть дерева й кущі, а дивіться на нас, слухайте нас, ми вас дуже любимо й день у день убираємося в найкращі, найяскравіші барви, аби тільки вам сподобатись.</w:t>
      </w:r>
    </w:p>
    <w:p>
      <w:r>
        <w:br/>
        <w:t>— А хіба ми вас не любимо, прекрасні квітоньки? — сказала чужа дитина.</w:t>
      </w:r>
    </w:p>
    <w:p>
      <w:r>
        <w:br/>
        <w:t>А Кристліб стала навколішки, простягла руки, наче хотіла обняти всі ті чудові квітки, що росли навколо, й вигукнула:</w:t>
      </w:r>
    </w:p>
    <w:p>
      <w:r>
        <w:br/>
        <w:t>— Ох, я страшенно люблю вас!</w:t>
      </w:r>
    </w:p>
    <w:p>
      <w:r>
        <w:br/>
        <w:t>— Мені ви, квітки, теж дуже подобаєтеся своїм чарівним убранням, — сказав Фелікс, — але я люблю й зелене, люблю кущі, дерева, ліс, він же й вас, барвисту малечу, захищає від бурі й негоди!</w:t>
      </w:r>
    </w:p>
    <w:p>
      <w:r>
        <w:br/>
        <w:t>І тоді у високих чорних ялинах почувся шелест:</w:t>
      </w:r>
    </w:p>
    <w:p>
      <w:r>
        <w:br/>
        <w:t>— Ти розумний хлопчик, правду кажеш і не бійся нас, як сюди налетить сердита кума буря і ми з нею посваримося!</w:t>
      </w:r>
    </w:p>
    <w:p>
      <w:r>
        <w:br/>
        <w:t>— Авжеж, — сказав Фелікс, — ви, зелені велетні, таки добре тріщите, стогнете й шумите, але в путящого мисливця тільки серце від того радіє. [109]</w:t>
      </w:r>
    </w:p>
    <w:p>
      <w:r>
        <w:br/>
        <w:t>— Твоя правда, — зажебонів і захлюпотів струмок, — твоя правда, але навіщо завжди полювати, навіщо гасати по лісі, навіть коли там лютує вітер і скаженіє буря? Краще сядьте собі на м'якенький мох і слухайте, що я вам казатиму. Я течу з далеких, далеких країн, з глибоких урвищ і розповідатиму вам прекрасні казки, все нові й нові, хвиля за хвилею і так без кінця. І показуватиму вам найкращі картини, тільки добре приглядайтеся до моєї блискучої поверхні: легеньку небесну блакить, чарівні хмарки, кущі, і квітки, і ліс, і вас самих, милі діти, я хочу з любов'ю пригорнути до своїх грудей!</w:t>
      </w:r>
    </w:p>
    <w:p>
      <w:r>
        <w:br/>
        <w:t>— Чуєте, Феліксе й Кристліб, як нас усі люблять? — сказала чужа дитина, немов аж променіючи, й озирнулася довкола. — Але вже за горами займається вечірня зоря, і соловейко кличе мене додому.</w:t>
      </w:r>
    </w:p>
    <w:p>
      <w:r>
        <w:br/>
        <w:t>— Ох, якби ми ще трішки політали! — попросив Фелікс.</w:t>
      </w:r>
    </w:p>
    <w:p>
      <w:r>
        <w:br/>
        <w:t>— Тільки не дуже високо, а то в мене закрутиться голова, — сказала Кристліб.</w:t>
      </w:r>
    </w:p>
    <w:p>
      <w:r>
        <w:br/>
        <w:t>І тоді чужа дитина взяла їх за руки, як учора, і вони знялися вгору, в золоту червінь вечірньої зорі, а навколо них зашугала, зацвірінькала весела зграя барвистих пташок. О, що то була за радість! У вогнистих хмарах, ніби в хисткому полум'ї, Фелікс побачив дивовижної краси палаци з чистих рубінів та інших блискучих коштовних каменів.</w:t>
      </w:r>
    </w:p>
    <w:p>
      <w:r>
        <w:br/>
        <w:t>— Глянь-но, глянь, Кристліб, які там чудові будинки! — вигукнув Фелікс. — Тільки не бійся, ми напевне долетимо до них.</w:t>
      </w:r>
    </w:p>
    <w:p>
      <w:r>
        <w:br/>
        <w:t>— Це мої повітряні палаци, я їх дуже люблю, — сказала чужа дитина, — але сьогодні ми вже, мабуть, не дійдемо до них! [110]</w:t>
      </w:r>
    </w:p>
    <w:p>
      <w:r>
        <w:br/>
        <w:t>Фелікс і Кристліб бачили все це наче вві сні й самі не зрозуміли, як так сталося, що вони раптом опинилися вдома, в тата з мамою.</w:t>
      </w:r>
    </w:p>
    <w:p>
      <w:r>
        <w:br/>
        <w:t>ПРО БАТЬКІВЩИНУ ЧУЖОЇ ДИТИНИ</w:t>
      </w:r>
    </w:p>
    <w:p>
      <w:r>
        <w:br/>
        <w:t>Чужа дитина спорудила собі на найкращій місцині в лісі, серед шелестких кущів, недалеко від струмка, дуже гарне шатро з високих струнких лілей, розквітлих троянд і барвистих тюльпанів. Фелікс і Кристліб сиділи з нею в тому шатрі й прислухалися до дивної балачки лісового струмка.</w:t>
      </w:r>
    </w:p>
    <w:p>
      <w:r>
        <w:br/>
        <w:t>— Я все-таки добре не збагну, що він каже, — признався Фелікс, — і мені здається, що ти сам, любий хлопчику, набагато краще розповів би мені все те, що він так незрозуміло мурмоче. А ще я хотів би тебе спитати, звідки ти приходиш і де завжди так швидко діваєшся, що ми самі ніколи не знаємо, як це відбувається.</w:t>
      </w:r>
    </w:p>
    <w:p>
      <w:r>
        <w:br/>
        <w:t>— А знаєш, люба дівчинко, — й собі озвалася Крістліб, — наша мама думає, що ти вчителів Готліб!</w:t>
      </w:r>
    </w:p>
    <w:p>
      <w:r>
        <w:br/>
        <w:t>— Не кажи дурного, — гримнув на неї Фелікс, — мама просто не бачила нашого приятеля, а якби побачила, то не називала б його вчителевим Готлібом. А тепер скажи мені, любий хлопчику, де ти живеш, щоб ми взимку, коли мете хурделиця і в лісі немає ані стежок, ані доріг, могли прийти до тебе додому? [111]</w:t>
      </w:r>
    </w:p>
    <w:p>
      <w:r>
        <w:br/>
        <w:t>— Ай справді! — підхопила Кристліб. — Скажи нам, де ти живеш, хто твої батьки, а головне, як тебе звати.</w:t>
      </w:r>
    </w:p>
    <w:p>
      <w:r>
        <w:br/>
        <w:t>Чужа дитина споважніла, майже посмутніла і глибоко зітхнула. Потім, трохи помовчавши, почала так:</w:t>
      </w:r>
    </w:p>
    <w:p>
      <w:r>
        <w:br/>
        <w:t>— Ох, любі, чому ви питаєте про мою батьківщину? Хіба не досить, що я день у день приходжу до вас і граюся з вами? Можу вам сказати, що я живу он за тими синіми горами, схожими на кучеряві зубчасті хмари, та якби ви захотіли багато днів підряд іти до тих гір, то звідти побачили б так само далеко нові гори, за якими треба було б шукати моєї домівки, а якби ви дійшли й до них, то знов побачили б нові гори, і так ви б ішли, ішли й ніколи не дійшли б до моєї батьківщини.</w:t>
      </w:r>
    </w:p>
    <w:p>
      <w:r>
        <w:br/>
        <w:t>— Ох, то ти живеш за багато сотень миль від нас і тільки приїхала в гості у наші місця? — жалібно спитала Кристліб.</w:t>
      </w:r>
    </w:p>
    <w:p>
      <w:r>
        <w:br/>
        <w:t>— Слухай, Кристліб, — відповіла їй чужа дитина, — якщо ти дуже захочеш мене бачити, я зразу ж з'явлюся біля тебе і принесу з собою всі ігри, всі дива зі своєї батьківщини, а хіба це не те саме, що ми сиділи б разом у мене вдома й гралися?</w:t>
      </w:r>
    </w:p>
    <w:p>
      <w:r>
        <w:br/>
        <w:t>— Ні, не те саме, — сказав Фелікс, — бо твоя батьківщина, мабуть, повна дивовиж, таких як ті, що ти приносиш із собою. Дарма ти лякаєш мене, що шлях туди такий важкий, я однаково, як тільки зможу, вирушу в дорогу. Мандрувати лісами, видряпуватися стрімкими, зарослими стежками на гори, перебродити струмки, перелазити через гостре каміння й продиратися крізь колючі кущі — це діло для справжнього мисливця, і воно мені до снаги. [112]</w:t>
      </w:r>
    </w:p>
    <w:p>
      <w:r>
        <w:br/>
        <w:t>— До снаги, — погодилась чужа дитина й радісно засміялася. — І якщо ти твердо надумаєш здійснити цю подорож, то це буде те саме, що ти її здійснив. Країна, де я живу, справді така гарна, що її годі й описати. А моя мати — королева тієї країни, її прекрасна, осяйна володарка.</w:t>
      </w:r>
    </w:p>
    <w:p>
      <w:r>
        <w:br/>
        <w:t>— То ти королевич? То ти королівна? — одночасно вигукнули Фелікс і Кристліб, вражено й майже злякано.</w:t>
      </w:r>
    </w:p>
    <w:p>
      <w:r>
        <w:br/>
        <w:t>— Так, — відповіла чужа дитина.</w:t>
      </w:r>
    </w:p>
    <w:p>
      <w:r>
        <w:br/>
        <w:t>— І ти, мабуть, живеш у прекрасному палаці? — спитав Фелікс.</w:t>
      </w:r>
    </w:p>
    <w:p>
      <w:r>
        <w:br/>
        <w:t>— Авжеж, — відповіла чужа дитина, — палац моєї матері ще кращий, ніж ті, що ти бачив у хмарах, бо його стрункі колони зроблені з чистого кришталю і здіймаються високо-високо, аж у небесну блакить, яка спирається на них, наче величезна баня. Під нею плавають туди й сюди прекрасні перисті хмари, сходить і заходить червона вранішня й вечірня зоря, танцюють лункими колами мерехтливі зірки. Ви, любі мої, вже, мабуть, чули про фей, що вміють робити такі дива, яких жодна людина не вміє, і, певне, вже зрозуміли з моєї розповіді, що моя мати — фея. Так, і не просто фея, а наймогутніша з усіх фей. Всьому, що живе на землі, вона дарує свою щиру любов, але, на її великий жаль, багато людей і гадки не мають про це. А найдужче моя мати любить дітей, тому влаштовує у своїй державі для них свята — найкращі і найвеселіші. Тоді буває, що чепуристі духи з двору моєї матері відважно шугають крізь хмари й напинають від одного краю палацу до другого мерехтливу веселку з найяскравіших барв. Під нею вони будують для [113] моєї матері трон із чистих діамантів, які, проте, скидаються на лілеї, фіалки й троянди і так само пахнуть, як вони. А коли мати сідає на трон, духи грають на золотих арфах та кришталевих цимбалах, а материні двірські співаки починають співати такими гарними голосами, що аж серце завмирає із солодкої втіхи. А ті співаки — прекрасні птахи, ще більші за орлів, з червоним, як полум'я, пір'ям, — ви, мабуть, таких ніколи ще не бачили. Тільки-но залунає музика, палац, ліс, садок сповнюються життям і радісним гомоном. Тисячі ошатно вбраних дітей улаштовують ігри та розваги. Вони то бігають поміж кущами й кидають одне в одного квітками, то вилазять на тонкі деревця й гойдаються на вітті, то збирають блискучі, як золото, ягоди, смачні-пресмачні — на землі таких навіть не буває, — то граються з прирученими сарнами й іншими гарними тваринами, що вибігають до них із лісу, то сміливо вискакують на веселку й з'їжджають із неї або сідають верхи на золотих фазанів і здіймаються на них аж до хмар.</w:t>
      </w:r>
    </w:p>
    <w:p>
      <w:r>
        <w:br/>
        <w:t>— Ох, як там гарно! Візьми нас до своєї барвистої батьківщини, ми там залишимося назавжди! — захоплено загукали Фелікс і Крістліб.</w:t>
      </w:r>
    </w:p>
    <w:p>
      <w:r>
        <w:br/>
        <w:t>Та чужа дитина сказала:</w:t>
      </w:r>
    </w:p>
    <w:p>
      <w:r>
        <w:br/>
        <w:t>— Я справді не можу взяти вас із собою, це надто далека дорога. Вам треба було б уміти так добре, невтомно літати, як літаю я.</w:t>
      </w:r>
    </w:p>
    <w:p>
      <w:r>
        <w:br/>
        <w:t>Фелікс і Кристліб геть зажурилися й мовчки опустили очі.</w:t>
      </w:r>
    </w:p>
    <w:p>
      <w:r>
        <w:br/>
        <w:t>ПРО ЛИХОГО МІНІСТРА ПРИ ДВОРІ КОРОЛЕВИ ФЕЙ</w:t>
      </w:r>
    </w:p>
    <w:p>
      <w:r>
        <w:br/>
        <w:t>— A взагалі, то, може, вам і не було б так гарно на моїй батьківщині, як ви собі уявили, наслухавшись моїх розповідей. Авжеж, може, навіть вам там небезпечно було б жити. Багато дітей не витримують співу вогнисто-червоних птахів, хоч який він чарівний, у них серце розривається, і вони миттю помирають. Інші, що надто зухвало вискакують на веселку, посковзнувшись, падають додолу, а є й такі дурні, що, літаючи на золотих фазанах, боляче смикають їх за пір'я. Тоді птахи, хоч вони й дуже мирні, розлючуються на дітей, роздовбують їм груди гострими дзьобами, і ті, закривавлені, падають із хмар додолу. Моя мати дуже гнівається, коли з дітьми, хоч і з їхньої власної вини, стається таке лихо. Вона дуже хотіла б, що усі діти з цілого світу могли втішатися тим, що є в її королівстві, але чимало дітей, навіть якщо вони здатні добре літати, потім стають або надто зухвалі, або надто сміливі, й вона має через них лише клопіт і страх. Саме тому мати дозволяє мені вилітати зі своєї батьківщини й приносити слухняним дітям всілякі гарні іграшки, як оце ви отримали від мене.</w:t>
      </w:r>
    </w:p>
    <w:p>
      <w:r>
        <w:br/>
        <w:t>— Ох, я нізащо не скривдила б жодного птаха, — сказала Кристліб, — а бігати по веселці й не захотіла б.</w:t>
      </w:r>
    </w:p>
    <w:p>
      <w:r>
        <w:br/>
        <w:t>— А от я бігав би, — озвався Фелікс, — і саме тому хотів би побувати у твоєї матері. А ти не міг би колись принести веселку?</w:t>
      </w:r>
    </w:p>
    <w:p>
      <w:r>
        <w:br/>
        <w:t>— Ні, — відповіла чужа дитина, — цього не можна, і взагалі мушу сказати, що я можу до [115] вас вибиратися лише тайкома. Раніше мені було всюди безпечно літати, наче в королівстві моєї матері, наче її прекрасне королівство сягало на цілий світ, і так було аж до того часу, поки звідти не вигнали одного запеклого ворога моєї матері. Тепер він, як шалений, нишпорить по всіх закутках, ніде не можу бути в безпеці, куди не ступлю, він уже чигає на мене.</w:t>
      </w:r>
    </w:p>
    <w:p>
      <w:r>
        <w:br/>
        <w:t>— Хотів би я побачити, хто б тебе тут зважився скривдити! — вигукнув Фелікс. Він схопився й замахав палицею, яку вирізав із тернини. — По-перше, йому довелося б мати справу зі мною, а по-друге, я покликав би на допомогу тата і він спіймав би того розбишаку й замкнув до башти.</w:t>
      </w:r>
    </w:p>
    <w:p>
      <w:r>
        <w:br/>
        <w:t>— Ох, — зітхнула чужа дитина, — мій лихий ворог у мене на батьківщині не може нічого мені вдіяти, та поза її межами він страшенно небезпечний для мене. Він дуже могутній, мене від нього не оборонить ні палиця, ні башта.</w:t>
      </w:r>
    </w:p>
    <w:p>
      <w:r>
        <w:br/>
        <w:t>— Що ж то за поганець, що ти його так боїшся? — спитала Кристліб.</w:t>
      </w:r>
    </w:p>
    <w:p>
      <w:r>
        <w:br/>
        <w:t>— Ви вже чули, — відповіла чужа дитина, — що моя мати — могутня королева, а ви знаєте, що королеви й королі мають у себе двір і міністрів.</w:t>
      </w:r>
    </w:p>
    <w:p>
      <w:r>
        <w:br/>
        <w:t>— Авжеж, — сказав Фелікс, — пан граф саме такий міністр і носить на грудях зірку. Міністри твоєї матері, певне, також носять блискучі зірки?</w:t>
      </w:r>
    </w:p>
    <w:p>
      <w:r>
        <w:br/>
        <w:t>— Ні, — заперечила чужа дитина, — не носять, здебільшого вони самі — блискучі зірки, а в решти немає сурдутів, на які можна було б ті зірки почепити. Скажу тільки, що всі міністри моєї матері — могутні духи. Декотрі з них ширяють у повітрі, декотрі — в полум'ї, а декотрі живуть [116] у водах, і всюди вони роблять те, що їм наказує моя мати. Від давніх-давен у нас завівся один чужий дух, на ім'я Пепасіліо, який запевняв, що він великий учений, знає більше за інших і здатен на більші вчинки, ніж вони. Мати взяла його в міністри, але він скоро почав дедалі дужче виявляти свою підступність. Крім того, що він намагався знищити все, що робила решта міністрів, то ще й заповзявся злісно псувати веселі свята дітей. Він удавав перед королевою, нібито хоче, щоб діти були веселі й чемні, а сам то нависав стокілограмовим тягарем на хвості у фазанів і не давав їм знятися в повітря, то стягав за ноги додолу дітей, коли ті вилазили на дерева, і вони розбивали до крові носи, то змушував дітей, що хотіли бігати й стрибати, лазити рачки з похиленими головами. Співакам він напихав у дзьоби всілякого сміття, щоб вони не могли співати, бо сам терпіти не міг співу, а приручених тварин хотів з'їсти, замість гратися з ними, бо вважав, що вони для цього й створені. Та найгірше було, мабуть, те, що він за допомогою своїх челядниць обливав брудним чорним соком блискучі шляхетні камені палацу, барвисті мінливі квітки, кущі троянд і лілей, навіть чудесну веселку, і все те втрачало свою красу, ставало сумне й мертве. А коли він робив усе це, то реготав і кричав, що тепер усе стане таке, як і має бути, бо він його описав. І аж як він нарешті заявив, що не визнає моєї матері королевою, бо вся влада належить тільки йому самому, і в образі страхітливої мухи з блискучими очима й витягненим гострим хоботом, жаско забринівши, підлетів до трону моєї матері, вона і всі разом із нею впізнали, що лихий міністр, який сховався [117] під гарним ім'ям Пепасіліо, насправді був похмурим, сердитим королем гномів Пепсером. Але той дурень дуже переоцінив свою силу і мужність своїх челядниць. Міністри повітряного відділу оточили королеву і обвіяли її солодкими пахощами, міністри вогняного відділу запалахкотіли полум'ям, а співці, почистивши свої дзьоби, заспівали найкращих своїх пісень, тому королева не бачила й не чула гидотного Пепсера і не відчувала його отруйного, смердючого подиху. Тієї миті ватажок фазанів схопив лихого Пепсера своїм променистим дзьобом, стиснув його так, що той заверещав з люті і болю, а тоді з висоти на три тисячі аршинів кинув додолу. Пепсер не міг ворухнутися, аж поки на його нестямний крик прилізла його тітка, велика синя жаба. Вона взяла його на спину й віднесла додому. П'ятьом сотням веселих, сміливих дітей дали замашні ляпачки, і вони побили бридких Пепсерових челядниць, що літали навколо й хотіли попсувати чудові квітки. Як тільки Пепсера не стало, розтанув сам собою і чорний сік, яким він усе позатягав, і скоро все розцвіло, заблищало і заясніло так само гарно, як і раніше. Можете собі уявити, що гидотний Пепсер більше не має ніякої сили в королівстві моєї матері, але знає, що я часто наважуюся виходити звідти, й невтомно ганяється за мною в усяких подобах, і я, бідолаха, тікаю від нього й часом не знаю, де сховатися, а тому, любі мої Кристліб і Феліксе, я інколи зникаю так швидко, що ви не можете втямити, де я діваюся. Так буде й надалі, і можу вам тільки сказати, що якби мені захотілося взяти вас до своєї батьківщини, Пепсер напевне вистежив би нас і вбив. [118]</w:t>
      </w:r>
    </w:p>
    <w:p>
      <w:r>
        <w:br/>
        <w:t>Кристліб гірко заплакала, почувши, на яку небезпеку наражається чужа дитина. А Фелікс сказав:</w:t>
      </w:r>
    </w:p>
    <w:p>
      <w:r>
        <w:br/>
        <w:t>— Якщо той мерзотний Пепсер — тільки велика муха, то я його підстережу з татовою великою ляпачкою і з усієї сили трісну по носі, хай тоді тітка жаба побачить, чи вона донесе його додому.</w:t>
      </w:r>
    </w:p>
    <w:p>
      <w:r>
        <w:br/>
        <w:t>ЯК ДО НИХ ПРИЇХАВ ДОМАШНІЙ УЧИТЕЛЬ І ЯК ДІТИ БОЯЛИСЯ ЙОГО</w:t>
      </w:r>
    </w:p>
    <w:p>
      <w:r>
        <w:br/>
        <w:t>Фелікс та Кристліб бігли підскоком додому і весь час радісно вигукували:</w:t>
      </w:r>
    </w:p>
    <w:p>
      <w:r>
        <w:br/>
        <w:t>— Ох, то чужа дитина — прекрасний королевич! Ох, то чужа дитина — прекрасна королівна!</w:t>
      </w:r>
    </w:p>
    <w:p>
      <w:r>
        <w:br/>
        <w:t>Вони хотіли розповісти про це батькам, але зупинилися на порозі, мов громом прибиті, коли пан Тадеус фон Бракель ступив їм назустріч з якимось химерним чоловіком поруч із собою.</w:t>
      </w:r>
    </w:p>
    <w:p>
      <w:r>
        <w:br/>
        <w:t>Чоловік ледь чутно буркнув сам до себе:</w:t>
      </w:r>
    </w:p>
    <w:p>
      <w:r>
        <w:br/>
        <w:t>— Ото маю шибеників!</w:t>
      </w:r>
    </w:p>
    <w:p>
      <w:r>
        <w:br/>
        <w:t>А пан фон Бракель узяв його за руку і сказав:</w:t>
      </w:r>
    </w:p>
    <w:p>
      <w:r>
        <w:br/>
        <w:t>— Це ваш домашній учитель, якого вам прислав вельможний дядечко. Чемно привітайте його!</w:t>
      </w:r>
    </w:p>
    <w:p>
      <w:r>
        <w:br/>
        <w:t>Але діти скоса позирали на чоловіка й не могли ворухнутися. А все тому, що вони ще таких дивних людей зроду не бачили. Чоловік був хіба на півголови вищий за Фелікса, але опецькуватий, а його гладкий тулуб тримався на двох маленьких, тоненьких, як у павука, ніжках. Його потворна голова була майже чотирикутна, [119] а обличчя бридке, аж страшне, бо, крім того, що його надто довгий гострий ніс зовсім не пасував до товстих бурих щік і широкого рота, маленькі, опуклі, ніби скляні, очі так моторошно поблискували, що на них лячно було дивитися. До того ж чоловік натяг на свою чотирикутну голову чорну, як смола, перуку і був одягнений від голови до п'ят у все чорне та ще й звався магістр Чорнило. Діти й далі непорушно стояли на порозі, тож пані фон Бракель сердито сказала:</w:t>
      </w:r>
    </w:p>
    <w:p>
      <w:r>
        <w:br/>
        <w:t>— Бісові діти, що з вами сталося? Пан магістр подумає, що ви таки зовсім неотесані селюки! Ану привітайтеся з паном магістром за руку!</w:t>
      </w:r>
    </w:p>
    <w:p>
      <w:r>
        <w:br/>
        <w:t>Діти послухались, зробили так, як вона веліла, та коли магістр потиснув їм руки, відскочили назад і закричали:</w:t>
      </w:r>
    </w:p>
    <w:p>
      <w:r>
        <w:br/>
        <w:t>— Ой, боляче! Боляче!</w:t>
      </w:r>
    </w:p>
    <w:p>
      <w:r>
        <w:br/>
        <w:t>Магістр засміявся і показав сховану в долоні голку, якою вколов дітей, коли вони подавали йому руку. Кристліб заплакала, а Фелікс погрозливо буркнув магістрові:</w:t>
      </w:r>
    </w:p>
    <w:p>
      <w:r>
        <w:br/>
        <w:t>— Спробуй-но тільки ще раз зробити так, мале жлукто!</w:t>
      </w:r>
    </w:p>
    <w:p>
      <w:r>
        <w:br/>
        <w:t>— Нащо ви вкололи їх, пане Чорниле? — невдоволено спитав пан фон Бракель.</w:t>
      </w:r>
    </w:p>
    <w:p>
      <w:r>
        <w:br/>
        <w:t>Магістр відповів:</w:t>
      </w:r>
    </w:p>
    <w:p>
      <w:r>
        <w:br/>
        <w:t>— Така в мене звичка, я не можу відмовитись від неї.</w:t>
      </w:r>
    </w:p>
    <w:p>
      <w:r>
        <w:br/>
        <w:t>Він узяв руки в боки й гучно зареготав, але сміх у нього був такий прикрий, наче затріщала зіпсована тріскачка.</w:t>
      </w:r>
    </w:p>
    <w:p>
      <w:r>
        <w:br/>
        <w:t>— Видно, ви полюбляєте жарти, любий пане Чорниле, — сказав пан фон Бракель, але на серці в нього, так само, як і в пані фон Бракель, а надто в дітей, стало незатишно. [120]</w:t>
      </w:r>
    </w:p>
    <w:p>
      <w:r>
        <w:br/>
        <w:t>— Ну, то як у дітлахів з наукою, багато вони вже встигли? — сказав магістр. — Зараз побачимо.</w:t>
      </w:r>
    </w:p>
    <w:p>
      <w:r>
        <w:br/>
        <w:t>І він почав питати Фелікса й Кристліб так, як дядько граф питав своїх дітей. А коли вони призналися йому, що ще нічого не знають напам'ять, пан Чорнило плеснув руками й закричав, як навіжений:</w:t>
      </w:r>
    </w:p>
    <w:p>
      <w:r>
        <w:br/>
        <w:t>— Ох, як гарно! Нічого не знають! Оце буде робота! Ми їх навчимо!</w:t>
      </w:r>
    </w:p>
    <w:p>
      <w:r>
        <w:br/>
        <w:t>Фелікс і Кристліб уміли чисто писати й розповідати багато гарних казок, вичитаних у старих книжках, які їм давав батько, але пан Чорнило сказав, що то все дурниці, не варті доброго слова.</w:t>
      </w:r>
    </w:p>
    <w:p>
      <w:r>
        <w:br/>
        <w:t>Ох, де вже тепер їм було бігати по лісі! Вони мусили майже цілий день сидіти в чотирьох стінах і проказувати за вчителем Чорнилом те, чого зовсім не розуміли. Горе, та й годі! З якою тугою дивилися вони в ліс! Часто їм здавалося, що вони чують крізь веселий спів пташок і дерев милий голос чужої дитини, що гукала їм:</w:t>
      </w:r>
    </w:p>
    <w:p>
      <w:r>
        <w:br/>
        <w:t>— Де ви, Феліксе й Кристліб, де ви, любі друзі? Де? Ви вже не хочете гратися зі мною? Ходіть до мене! Тут для вас збудований прекрасний палац із квіток... Ми посідаємо в ньому, і я подарую вам чудесні барвисті камінці... А тоді ми полинемо вгору аж до хмар і почнемо зводити там іскристі повітряні палаци! Ходіть же! Ходіть!</w:t>
      </w:r>
    </w:p>
    <w:p>
      <w:r>
        <w:br/>
        <w:t>Тому діти всіма думками линули до лісу й переставали чути й бачити вчителя. Тоді він люто гримав кулаками по столі й крякав, гув, рипів, дзижчав:</w:t>
      </w:r>
    </w:p>
    <w:p>
      <w:r>
        <w:br/>
        <w:t>— Кр-р-р, дз-з-з, гу-у-у, тр-р-р.. що це таке? Слухайте уважно!</w:t>
      </w:r>
    </w:p>
    <w:p>
      <w:r>
        <w:br/>
        <w:t>Фелікс не зміг довше витримати цього, схопився й крикнув: [121]</w:t>
      </w:r>
    </w:p>
    <w:p>
      <w:r>
        <w:br/>
        <w:t>— Я не хочу більше слухати ваших теревенів, пане Чорниле, а хочу до лісу! Знайдіть собі нашого брата в шароварах, ото якраз для вас учень! Ходімо, Кристліб, чужа дитина вже чекає на нас.</w:t>
      </w:r>
    </w:p>
    <w:p>
      <w:r>
        <w:br/>
        <w:t>На цьому слові діти побігли до дверей, але пан Чорнило надзвичайно прудко кинувся за ними й перехопив їх біля самого порога. Фелікс мужньо боронився, і магістр побачив, що не втримає хлопця, бо на допомогу йому кинувся вірний Султан. Хоч який чемний, плохий пес був Султан, а до магістра Чорнила від першої ж миті відчув глибоку відразу. Як тільки той наближався до нього, він гарчав і так молотив хвостом, що магістр, дарма що досить прудко бігав своїми тоненькими ніжками, мало не падав, тікаючи. Султан і тепер підскочив до магістра, який тримав Фелікса за плечі, і, не довго думаючи, схопив його зубами за полу сурдута. Пан Чорнило розпачливо заверещав, і на той вереск прибіг пан Тадеус фон Бракель. Магістр відпустив Фелікса, а Султан відпустив магістра.</w:t>
      </w:r>
    </w:p>
    <w:p>
      <w:r>
        <w:br/>
        <w:t>— Ох, нас уже не пускають до лісу, — сказала, гірко плачучи, Кристліб.</w:t>
      </w:r>
    </w:p>
    <w:p>
      <w:r>
        <w:br/>
        <w:t>Хоч як сварив пан фон Бракель Фелікса, але йому було шкода дітей, які вже не могли гуляти в полі і в лісі. Довелося панові магістрові погодитись на те, що він щодня ходитиме з дітьми до лісу, хоч як йому не хотілося цього.</w:t>
      </w:r>
    </w:p>
    <w:p>
      <w:r>
        <w:br/>
        <w:t>— Якби ви, пане Бракелю, мали порядний садок із букшпановим живоплотом і штахетами навколо дому, то можна було б опівдні погуляти там із дітьми, але що, скажіть на Бога, ми робитимем у диких хащах?</w:t>
      </w:r>
    </w:p>
    <w:p>
      <w:r>
        <w:br/>
        <w:t>Діти були також невдоволені, все казали:</w:t>
      </w:r>
    </w:p>
    <w:p>
      <w:r>
        <w:br/>
        <w:t>— Нащо нам пан Чорнило в лісі? [122]</w:t>
      </w:r>
    </w:p>
    <w:p>
      <w:r>
        <w:br/>
        <w:t>ЯК ДІТИ ХОДИЛИ ДО ЛІСУ ГУЛЯТИ З ПАНОМ МАГІСТРОМ І ЩО ТАМ СТАЛОСЯ</w:t>
      </w:r>
    </w:p>
    <w:p>
      <w:r>
        <w:br/>
        <w:t>— Ну як, подобається вам у нашому лісі, пане магістре? — спитав Фелікс пана Чорнила, коли вони йшли поміж кущами, що шелестіли на вітрі. Але пан Чорнило скривився і сказав:</w:t>
      </w:r>
    </w:p>
    <w:p>
      <w:r>
        <w:br/>
        <w:t>— Це казна-що, а не прогулянка, тут нема жодної пристойної стежки чи дороги, тільки панчохи деруться об колючки, і через гидотний галас дурних пташок не можна сказати розважного слова.</w:t>
      </w:r>
    </w:p>
    <w:p>
      <w:r>
        <w:br/>
        <w:t>— Ха-ха-ха, — засміявся Фелікс, — я вже помітив, пане вчителю, що ви нітрохи не розумієтесь на співі й навіть не чуєте, про що вітер балакає з кущами і які гарні казки розповідає старий струмок.</w:t>
      </w:r>
    </w:p>
    <w:p>
      <w:r>
        <w:br/>
        <w:t>— Скажіть, пане вчителю, ви й квіток не любите? — підхопила й собі Кристліб.</w:t>
      </w:r>
    </w:p>
    <w:p>
      <w:r>
        <w:br/>
        <w:t>Від цих слів пан магістр, і так темний від природи, іще дужче потемнів на виду, замахав руками й люто закричав:</w:t>
      </w:r>
    </w:p>
    <w:p>
      <w:r>
        <w:br/>
        <w:t>— Що ви за дурниці плещете? Хто вам забив голову такими нісенітницями? Ще бракувало, щоб дерева й струмки зухвало втручалися в мову розважних людей або щоб пташки своїм цвірінчанням не давали їм слова сказати! Квітки я люблю, коли вони, гарно зібрані в букет, стоять на столі у глекові, тоді вони пахнуть і не треба обкурювати кімнату запашним димом. А в лісі ж не ростуть квітки.</w:t>
      </w:r>
    </w:p>
    <w:p>
      <w:r>
        <w:br/>
        <w:t>— Що ви кажете, пане вчителю! — вигукнула Кристліб. — Хіба ви не бачите кульбаби, що [123] ясними очима привітно позирає на нас із зеленого листя?</w:t>
      </w:r>
    </w:p>
    <w:p>
      <w:r>
        <w:br/>
        <w:t>— Що, що? — крикнув магістр. — Квітки? Очі? Ха-ха-ха! Гарні мені очі! Дуже гарні! Цей непотріб навіть не пахне! — На цьому слові магістр Чорнило нахилився, вирвав цілий кущ кульбаби разом із корінням і викинув його в хащі.</w:t>
      </w:r>
    </w:p>
    <w:p>
      <w:r>
        <w:br/>
        <w:t>Дітям здалося, наче тієї миті в лісі почувся жалібний зойк. Кристліб гірко заплакала, а Фелікс сердито зціпив зуби. І тоді сталося так, що маленький чижик пролетів повз самого носа магістра Чорнила, сів на гіллячку й весело заспівав.</w:t>
      </w:r>
    </w:p>
    <w:p>
      <w:r>
        <w:br/>
        <w:t>— Це, мабуть, пересмішник? — сказав магістр. Він схопив камінець із землі, шпурнув ним у бідолашного чижика і вбив його. Той замовк навіки і впав додолу з зеленої гіллячки. Цього вже Фелікс не міг стерпіти.</w:t>
      </w:r>
    </w:p>
    <w:p>
      <w:r>
        <w:br/>
        <w:t>— Мерзенний магістре, — обурено крикнув він, — нащо ви вбили бідолашну пташку, що вона вам зробила? O, де ти, мила чужа дитино, прийди до нас, забери нас далеко звідси. Я не можу більше бути з цим поганцем, я хочу полетіти на твою батьківщину!</w:t>
      </w:r>
    </w:p>
    <w:p>
      <w:r>
        <w:br/>
        <w:t>Кристліб, схлипуючи, приєдналася до нього:</w:t>
      </w:r>
    </w:p>
    <w:p>
      <w:r>
        <w:br/>
        <w:t>— O люба, мила дитино, прийди, прийди до нас! Ох, порятуй нас, порятуй, а то пан Чорнило вб'є нас, так само, як він убиває квітки і пташок!</w:t>
      </w:r>
    </w:p>
    <w:p>
      <w:r>
        <w:br/>
        <w:t>— Яка чужа дитина? — вигукнув магістр. Але тієї миті дерева зашелестіли дужче, і серед того шелесту залунали сумні, розпачливі звуки, наче глухе, далеке бомкання дзвонів. У ясній хмарці, що спустилася донизу біля них, стало видно миле обличчя чужої дитини. [124]</w:t>
      </w:r>
    </w:p>
    <w:p>
      <w:r>
        <w:br/>
        <w:t>Потім те обличчя проступило зовсім чітко, але дитина була невесела, заламувала ручки, і сльози, як блискучі перли, котилися в неї з очей по рожевих щічках.</w:t>
      </w:r>
    </w:p>
    <w:p>
      <w:r>
        <w:br/>
        <w:t>— Ох, любі мої друзі, — сумно сказала дитина, — я більше не зможу прийти до вас... Ви мене ніколи більше не побачите... Прощайте! Прощайте! Гном Пепсер заволодів вами, о бідні діти, прощайте, прощайте!</w:t>
      </w:r>
    </w:p>
    <w:p>
      <w:r>
        <w:br/>
        <w:t>І чужа дитина знялася високо в повітря. А за спинами в дітей залунало страхітливе гудіння і дзижчання. Магістр Чорнило перетворився у величезну бридку муху, а найгірше було те, що в нього лишилось людське обличчя і навіть якийсь одяг на тілі. Він повільно, важко знявся в повітря, мабуть, щоб догнати чужу дитину. Охоплені жахом, Фелікс і Кристліб побігли геть із лісу. Аж на лузі вони зважилися глянути вгору. Високо у хмарах вони помітили блискучу цятку, що ширяла й мерехтіла, як зірка.</w:t>
      </w:r>
    </w:p>
    <w:p>
      <w:r>
        <w:br/>
        <w:t>— Це чужа дитина, — сказала Кристліб. Зірка ставала дедалі більша, і почулися якісь дивні звуки, наче хтось засурмив у сурму. Скоро вони побачили, що то була не зірка, а гарний птах із лискучим золотим пір'ям, який, вимахуючи могутніми крильми й голосно співаючи, спускався до лісу.</w:t>
      </w:r>
    </w:p>
    <w:p>
      <w:r>
        <w:br/>
        <w:t>— О, — вигукнув Фелікс, — та це ж ватажок фазанів, він задзьобає на смерть магістра Чорнила! Ох, як добре, чужа дитина врятована, і ми також! Ходімо, Кристліб, швидко ходімо додому й розповімо татові, що сталося.</w:t>
      </w:r>
    </w:p>
    <w:p>
      <w:r>
        <w:br/>
        <w:t>ЯК ПАН ФОН БРАКЕЛЬ ПРОГНАВ МАГІСТРА ЧОРНИЛА</w:t>
      </w:r>
    </w:p>
    <w:p>
      <w:r>
        <w:br/>
        <w:t>Пан фон Бракель і пані фон Бракель сиділи вдвох перед дверима свого маленького дому й дивилися на вечірню — заграву, що почала вже заливати золотим сяйвом сині гори. Перед ними на столику стояла вечеря — глечик запахущого молока і хліб із маслом на тарілці.</w:t>
      </w:r>
    </w:p>
    <w:p>
      <w:r>
        <w:br/>
        <w:t>— Не знаю, де так забарилися магістр Чорнило з дітьми, — сказав пан Бракель. — Спершу він зовсім не хотів іти до лісу, а тепер не йде додому. Взагалі він дуже дивний чоловік, і мені часом здається, що краще було б, якби він зовсім не приїздив до нас. Мені дуже не сподобалось, як він із самого початку підступно поколов дітям руки, і з його науки теж мало користі, бо він сипле якимись незрозумілими словами, плеще казна-які премудрості, а коли вийде надвір, то не вміє відрізнити липи від каштана. І взагалі він якийсь дурнуватий і нудний. Такого вчителя діти ніколи не шануватимуть.</w:t>
      </w:r>
    </w:p>
    <w:p>
      <w:r>
        <w:br/>
        <w:t>— І я такої самої думки, як ти, — озвалася пані фон Бракель. — Я так раділа, що пан граф вирішив подбати про наших дітей, а тепер певна, що це треба було зробити якось інакше, краще, а не присилати на нашу голову магістра Чорнила. Я не знаю, як там із його наукою, але знаю, що цей чорний гладкий чоловічок на тоненьких ніжках дедалі дужче мені спротивлюється. А надто неприємно, що він такий страшний ласун, як побачить десь пиво або молоко, то ніколи не промине, щоб не випити його. А як помітить, що скринька з цукром відчинена, то враз суне туди руку і тягає цукор, [126] аж поки в нього перед носом не зачиниш її. Тоді він так дивно дзижчить і гуде, що аж моторошно стає.</w:t>
      </w:r>
    </w:p>
    <w:p>
      <w:r>
        <w:br/>
        <w:t>Пан фон Бракель хотів ще щось сказати, коли це з-за беріз вибігли Фелікс і Кристліб.</w:t>
      </w:r>
    </w:p>
    <w:p>
      <w:r>
        <w:br/>
        <w:t>— Ура, ура! — закричав Фелікс. — Ура! Ватажок фазанів задзьобав на смерть магістра Чорнила!</w:t>
      </w:r>
    </w:p>
    <w:p>
      <w:r>
        <w:br/>
        <w:t>— Ох, мамо! — вигукнула Кристліб, насилу переводячи дух. — Пан магістр — зовсім не магістр, то король гномів Пепсер, а насправді — велика бридка муха в перуці, черевиках і панчохах!</w:t>
      </w:r>
    </w:p>
    <w:p>
      <w:r>
        <w:br/>
        <w:t>Батьки вражено дивилися на розпашілих дітей, а ті схвильовано, одне поперед одного розповідали про чужу дитину, її матір, королеву фей, про короля гномів Пепсера і про боротьбу з ним ватажка фазанів.</w:t>
      </w:r>
    </w:p>
    <w:p>
      <w:r>
        <w:br/>
        <w:t>— Що за нісенітницю ви собі вроїли? Чи це вам приснилося, чи що з вами сталось? — раз по раз питав їх фон Бракель.</w:t>
      </w:r>
    </w:p>
    <w:p>
      <w:r>
        <w:br/>
        <w:t>Але діти вперто запевняли, що так воно й було, як вони розповіли, що бридкий Пепсер, який удає з себе магістра Чорнила, лежить мертвий у лісі. Пані фон Бракель сплеснула в долоні й сумно мовила:</w:t>
      </w:r>
    </w:p>
    <w:p>
      <w:r>
        <w:br/>
        <w:t>— Ох, діти, діти, що з вас буде, як вам такі страшні дурниці лізуть у голову і вас не можна переконати, що все це химери!</w:t>
      </w:r>
    </w:p>
    <w:p>
      <w:r>
        <w:br/>
        <w:t>Але пан фон Бракель задумався і споважнів.</w:t>
      </w:r>
    </w:p>
    <w:p>
      <w:r>
        <w:br/>
        <w:t>— Феліксе, — сказав він нарешті, — ти вже великий хлопець, і я можу тобі сказати, що й мене магістр Чорнило від самого початку дуже дивував. Авжеж, мені часто здавалося, що з ним не все гаразд і він зовсім не такий, як інші вчителі. Скажу навіть більше: ми з матір'ю [127] обоє незадоволені паном Чорнилом, а надто мати, бо він великий ласун, жодних солодощів не мине, та ще й прикро дзижчить і гуде, тому він, мабуть, довго в нас не затримається. А тепер, синку, добре подумай. Даймо, що така погань, як гноми, справді є на світі, але чи може пан магістр бути мухою?</w:t>
      </w:r>
    </w:p>
    <w:p>
      <w:r>
        <w:br/>
        <w:t>Фелікс поважно глянув батькові в лице ясними синіми очима.</w:t>
      </w:r>
    </w:p>
    <w:p>
      <w:r>
        <w:br/>
        <w:t>Пан фон Бракель ще раз спитав його:</w:t>
      </w:r>
    </w:p>
    <w:p>
      <w:r>
        <w:br/>
        <w:t>— Скажи, хлопче! Може пан магістр бути мухою?</w:t>
      </w:r>
    </w:p>
    <w:p>
      <w:r>
        <w:br/>
        <w:t>І тоді Фелікс відповів:</w:t>
      </w:r>
    </w:p>
    <w:p>
      <w:r>
        <w:br/>
        <w:t>— Я ніколи не думав про таке і, мабуть, не повірив би, що це правда, якби мені не сказала цього чужа дитина і якби я на власні очі не побачив, що Пепсер — гидотна муха і тільки вдає з себе магістра Чорнила. А тепер скажіть ви, тату, — повів далі він, коли пан фон Бракель мовчки похитав головою, наче з подиву не знав, що й відповісти, — хіба пан Чорнило колись не признався вам сам, що він муха? Я ж чув, як він казав вам ось тут, перед дверима, що в школі був прудкий, як муха. Ну, а якщо хтось був мухою, то, по-моєму, і лишиться нею. І мама он каже, що пан учитель великий ласун і нічого солодкого не мине. Тату, а хіба ж мухи не такі самі? І вічно він дзижчить і гуде, як муха.</w:t>
      </w:r>
    </w:p>
    <w:p>
      <w:r>
        <w:br/>
        <w:t>. — Краще мовчи, — сердито сказав пан фон Бракель. — Хай собі пан Чорнило буде, ким хоче, але що його ватажок фазанів не задзьобав на смерть, то я сам бачу, бо он він іде з лісу!</w:t>
      </w:r>
    </w:p>
    <w:p>
      <w:r>
        <w:br/>
        <w:t>Почувши це, діти зойкнули і втекли до хати. З-за беріз справді з'явився вчитель, але він наче здурів. Очі в нього блищали, перука розкуйовдилась, [128] він щось страхітливо гув та дзижчав і, стрибаючи то в один бік, то в другий, бився об дерева головою, аж тріщало. Надійшовши ближче, він зразу ж кинувся у глечик з молоком. Молоко розхлюпалося, і він почав хлебтати його, бридко сьорбаючи й плямкаючи.</w:t>
      </w:r>
    </w:p>
    <w:p>
      <w:r>
        <w:br/>
        <w:t>— Бійтеся Бога, пане Чорниле, що ви робите! — вигукнула пані фон Бракель.</w:t>
      </w:r>
    </w:p>
    <w:p>
      <w:r>
        <w:br/>
        <w:t>— Ви здуріли, пане магістре, чи вас дідько опосів? — крикнув пан фон Бракель.</w:t>
      </w:r>
    </w:p>
    <w:p>
      <w:r>
        <w:br/>
        <w:t>Та пан магістр, ні на що не зважаючи, вискочив з глечика, сів на хліб, обтрусився й почав спритно розгладжувати тоненькими ніжками поли свого сурдута. Тоді ще дужче загув, майнув до дверей, але не попав у них, а, немов п'яний, посунувся попід будинком, б'ючись у вікна, аж шибки забряжчали.</w:t>
      </w:r>
    </w:p>
    <w:p>
      <w:r>
        <w:br/>
        <w:t>— Киньте, голубе, дурні жарти, — сказав пан фон Бракель, — бо вони добром не скінчаться.</w:t>
      </w:r>
    </w:p>
    <w:p>
      <w:r>
        <w:br/>
        <w:t>Він спробував спіймати магістра за сурдут, але той спритно викрутився. Аж ось із хати вискочив Фелікс із великою ляпачкою і дав її батькові.</w:t>
      </w:r>
    </w:p>
    <w:p>
      <w:r>
        <w:br/>
        <w:t>— Нате ляпачку, тату, і вбийте гидотного Пепсера.</w:t>
      </w:r>
    </w:p>
    <w:p>
      <w:r>
        <w:br/>
        <w:t>Пан фон Бракель справді схопив ляпачку й кинувся за магістром. Фелікс, Кристліб і пані фон Бракель взяли зі столу серветки й замахали ними, ганяючи магістра, а пан фон Бракель безперестанку молотив ляпачкою, але, на жаль, не влучав, бо магістр ані на мить не спинявся на одному місці. Все швидшою ставала та шалена гонитва, "дз-з-з, дз-з-з, бринь, бринь", — шугав магістр то вгору, то вниз, "ляп, ляп", — лунали один за одним удари пана [129] фон Бракеля, "геть, геть", — кричали Фелікс, Кристліб і пані фон Бракель, полохаючи ворога. Нарешті панові фон Бракелю пощастило влучити в полу магістрового сурдута. Пан Чорнило охнув і впав додолу. Але тієї миті, коли фон Бракель хотів ляпнути його ще раз, з подвійною силою рвонувся вгору, задзижчав, загудів і зник між березами, тільки його й бачили.</w:t>
      </w:r>
    </w:p>
    <w:p>
      <w:r>
        <w:br/>
        <w:t>— Добре, що ми спекалися цього клятого пана магістра, — сказав пан фон Бракель, —більше він ніколи не переступить мого порога.</w:t>
      </w:r>
    </w:p>
    <w:p>
      <w:r>
        <w:br/>
        <w:t>— Авжеж, не переступить, — сказала й собі пані фон Бракель. — Учителі з такими поганими звичками тільки плодять зло там, де мають сіяти добро. Хвалиться своєю вченістю і стрибає в глечик! Гарний мені вчитель!</w:t>
      </w:r>
    </w:p>
    <w:p>
      <w:r>
        <w:br/>
        <w:t>А діти радісно загукали:</w:t>
      </w:r>
    </w:p>
    <w:p>
      <w:r>
        <w:br/>
        <w:t>— Ура, тато влучив ляпачкою пана Чорнила по носі, і він кинувся навтікача! Ура, ура!</w:t>
      </w:r>
    </w:p>
    <w:p>
      <w:r>
        <w:br/>
        <w:t>ЩО БУЛО ДАЛІ В ЛІСІ ПІСЛЯ ТОГО, ЯК ПРОГНАЛИ ПАНА ЧОРНИЛА</w:t>
      </w:r>
    </w:p>
    <w:p>
      <w:r>
        <w:br/>
        <w:t>Фелікс і Кристліб відітхнули з полегкістю, наче їм важкий камінь звалився з душі. А найперше вони подумали про те, що тепер, коли мерзенний Пепсер утік від них, чужа дитина напевне повернеться і гратиметься з ними, як завжди. Сповнені радісної надії, вони подалися до лісу. Але там було тихо, наче все навколо вимерло, не чути було пісень зябликів і чижиків, не шуміли дерева, [130] не дзюрчав струмок, тільки немовби злякане зітхання зринало в повітрі. Бліде сонце майже не прозирало крізь імлу. Скоро все небо вкрилося чорними хмарами, заревів вітер, десь далеко гнівно загуркотів грім, високі ялини загули й зарипіли. Кристліб, тремтячи зі страху, притулилася до Фелікса. Він сказав їй:</w:t>
      </w:r>
    </w:p>
    <w:p>
      <w:r>
        <w:br/>
        <w:t>— Чого ти так боїшся, Кристліб? Це надходить буря, і нам треба вертатися додому.</w:t>
      </w:r>
    </w:p>
    <w:p>
      <w:r>
        <w:br/>
        <w:t>Вони кинулись бігти, але, самі не знаючи, як так вийшло, замість вибратися з лісу, ще далі заглибилися в нього. Навколо ставало все темніше й похмуріше, по листі залопотіли великі краплі, на небі, розтинаючи його, засичали блискавки. Діти опинилися перед густими заростями кущів.</w:t>
      </w:r>
    </w:p>
    <w:p>
      <w:r>
        <w:br/>
        <w:t>— Кристліб, — сказав Фелікс, — залізьмо в кущі й пересидьмо тут бурю, вона довго не триватиме.</w:t>
      </w:r>
    </w:p>
    <w:p>
      <w:r>
        <w:br/>
        <w:t>Кристліб заплакала зі страху, але послухалася Фелікса.</w:t>
      </w:r>
    </w:p>
    <w:p>
      <w:r>
        <w:br/>
        <w:t>Та тільки-но вони вмостилися в кущах, як почули позад себе бридкий рипучий голос:</w:t>
      </w:r>
    </w:p>
    <w:p>
      <w:r>
        <w:br/>
        <w:t>— Дурні діти! Зневажили нас... не знали, що з нами робити... А тепер сидіть без іграшок, йолопи!</w:t>
      </w:r>
    </w:p>
    <w:p>
      <w:r>
        <w:br/>
        <w:t>Фелікс озирнувся навколо, і йому стало моторошно, коли він побачив мисливця й музику, що вийшли з заростей, у які він закинув їх, і, вимахуючи руками, втупились у нього мертвими очима. Музика провів пальцями по струнах, і вони неприємно забряжчали, а мисливець націлився у Фелікса зі своєї рушниці. І обидва захрипіли:</w:t>
      </w:r>
    </w:p>
    <w:p>
      <w:r>
        <w:br/>
        <w:t>— Стривайте, стривайте, і ти, хлопче, і ти, дівчино, ми слухняні вихованці пана Чорнила, [131] зараз він буде тут, і тоді вже ми помстимося за вашу впертість!</w:t>
      </w:r>
    </w:p>
    <w:p>
      <w:r>
        <w:br/>
        <w:t>Нажахані діти, забувши про дощ, що лив як з відра, про гуркіт грому, про бурю, яка гула в ялинах, кинулися звідти навтіки й опинилися на березі ставка, що межував із лісом. Та тільки-но вони прибігли туди, як із очерету вигулькнула подарована колись Кристліб лялька, яку туди закинув Фелікс, і відразним голосом заквакала:</w:t>
      </w:r>
    </w:p>
    <w:p>
      <w:r>
        <w:br/>
        <w:t>— Дурні діти, ви зневажили мене, не знали, що зі мною робити, а тепер сидіть без іграшок, йолопи. Стривайте, стривайте, і ти, хлопче, і ти, дівчино, я слухняна вихованка пана Чорнила, зараз він буде тут, і тоді ми вже помстимося за вашу впертість!</w:t>
      </w:r>
    </w:p>
    <w:p>
      <w:r>
        <w:br/>
        <w:t>І бридка лялька хлюпнула в обличчя дітям, що й так уже змокли до рубця на дощі, цілий струмінь води.</w:t>
      </w:r>
    </w:p>
    <w:p>
      <w:r>
        <w:br/>
        <w:t>Феліксові несила вже було витримувати ту маячню, бідолашна Кристліб ледве дихала, але вони побігли далі. Та скоро від страху й утоми попадали серед лісу додолу. Враз позад них щось загуло й зашуміло.</w:t>
      </w:r>
    </w:p>
    <w:p>
      <w:r>
        <w:br/>
        <w:t>— Це йде магістр Чорнило! — крикнув Фелікс, але тієї миті обоє вони знепритомніли.</w:t>
      </w:r>
    </w:p>
    <w:p>
      <w:r>
        <w:br/>
        <w:t>Коли Фелікс і Кристліб прокинулися з глибокого сну, то побачили, що лежать на м'якому моху. Буря минула, на небі ясно й привітно сяяло сонце, а на блискучому листі кущів і дерев висіли краплі дощу, немов мерехтливі коштовні камені.</w:t>
      </w:r>
    </w:p>
    <w:p>
      <w:r>
        <w:br/>
        <w:t>Найбільше здивувало дітей те, що їхнє вбрання було зовсім сухе й вони не відчували ані вологи, ані холоду. [132]</w:t>
      </w:r>
    </w:p>
    <w:p>
      <w:r>
        <w:br/>
        <w:t>— Ох, це нас чужа дитина оберігала! — сказав Фелікс, простягаючи руки вгору.</w:t>
      </w:r>
    </w:p>
    <w:p>
      <w:r>
        <w:br/>
        <w:t>І обоє, Фелікс і Кристліб, гучно крикнули, аж луна пішла лісом:</w:t>
      </w:r>
    </w:p>
    <w:p>
      <w:r>
        <w:br/>
        <w:t>— Ох, люба дитино, прийди знов до нас, ми так тужимо за тобою, ми не зможемо жити без тебе!</w:t>
      </w:r>
    </w:p>
    <w:p>
      <w:r>
        <w:br/>
        <w:t>Їм здалося, ніби у кущах замерехтів ясний промінь, і квітки, яких він торкався, підіймали голівки. Та хоч скільки гукали діти свою гостю з країни фей, усе сумніше й сумніше, більше перед їхніми очима ніщо не з'явилося. Вони зажурено пішли додому, де батьки зустріли їх з великою радістю, бо дуже хвилювалися за них через негоду.</w:t>
      </w:r>
    </w:p>
    <w:p>
      <w:r>
        <w:br/>
        <w:t>— Добре, що ви вже тут, — сказав пан фон Бракель. — Признаюся вам, я боявся, що магістр Чорнило й досі вештається по лісі й напав вам на слід.</w:t>
      </w:r>
    </w:p>
    <w:p>
      <w:r>
        <w:br/>
        <w:t>Фелікс розповів про все, що сталося в лісі.</w:t>
      </w:r>
    </w:p>
    <w:p>
      <w:r>
        <w:br/>
        <w:t>— Все це безглузді вигадки, — сказала пані фон Бракель. — Якщо вам у лісі сниться така маячня, то я більше не пущу вас туди, сидіть собі вдома.</w:t>
      </w:r>
    </w:p>
    <w:p>
      <w:r>
        <w:br/>
        <w:t>Звичайно, так тривало недовго, бо діти знов почали просити:</w:t>
      </w:r>
    </w:p>
    <w:p>
      <w:r>
        <w:br/>
        <w:t>— Мамо, люба, пустіть нас до лісу, хай ми трішки побігаємо.</w:t>
      </w:r>
    </w:p>
    <w:p>
      <w:r>
        <w:br/>
        <w:t>І пані фон Бракель зглянулася на них:</w:t>
      </w:r>
    </w:p>
    <w:p>
      <w:r>
        <w:br/>
        <w:t>— Ну йдіть, тільки не верзіть казна-чого, як повернетесь.</w:t>
      </w:r>
    </w:p>
    <w:p>
      <w:r>
        <w:br/>
        <w:t>Але сталося так, що діти невдовзі самі перехотіли ходити до лісу. Ох! Чужа дитина більше не з'являлася, а як тільки Фелікс і Кристліб зважувались зайти глибше в зарості [133] чи наблизитися до ставу, мисливець, музика і лялька починали глузувати з них:</w:t>
      </w:r>
    </w:p>
    <w:p>
      <w:r>
        <w:br/>
        <w:t>— Дурні, неотесані діти, тепер сидіть без іграшок, як не вміли шанувати нас, чемних, вихованих людей! Дурні, неотесані діти!</w:t>
      </w:r>
    </w:p>
    <w:p>
      <w:r>
        <w:br/>
        <w:t>Таке важко було витримати, і діти воліли сидіти вдома.</w:t>
      </w:r>
    </w:p>
    <w:p>
      <w:r>
        <w:br/>
        <w:t>ЗАКІНЧЕННЯ</w:t>
      </w:r>
    </w:p>
    <w:p>
      <w:r>
        <w:br/>
        <w:t>— Не знаю, що зі мною таке, — сказав одного разу пан фон Бракель своїй дружині. — Ось уже кілька днів я почуваюся якось дивно. Я вже ладен подумати, що це лихий магістр Чорнило щось наслав на мене, бо відтоді, як я його влучив ляпачкою і прогнав, у мене все тіло ніби свинцем налите.</w:t>
      </w:r>
    </w:p>
    <w:p>
      <w:r>
        <w:br/>
        <w:t>Справді, пан фон Бракель ставав із кожним днем блідіший і кволіший. Він більше не ходив у поле, як звичайно, не порядкував і не порався в господі, а годинами сидів, поринувши в глибоку задуму, і часом просив Фелікса й Кристліб розповідати про їхні пригоди з чужою дитиною. Діти захоплено говорили про дива, почуті від чужої дитини, про чарівне, прекрасне королівство, в якому вона жила, а пан фон Бракель сумно всміхався, і на очах у нього з'являлися сльози. Але Фелікс і Кристліб були дуже невдоволені тим, що чужа дитина тепер не приходить до них і вони наражаються на кпини мерзенних ляльок у заростях та біля ставу, а тому не зважуються більше й поткнутися до лісу.</w:t>
      </w:r>
    </w:p>
    <w:p>
      <w:r>
        <w:br/>
        <w:t>І одного ясного чудового ранку пан фон Бракель сказав: [134]</w:t>
      </w:r>
    </w:p>
    <w:p>
      <w:r>
        <w:br/>
        <w:t>— Ходімо, діти, разом до лісу, лихі вихованці магістра Чорнила не зроблять вам ніякої шкоди!</w:t>
      </w:r>
    </w:p>
    <w:p>
      <w:r>
        <w:br/>
        <w:t>Він узяв дітей за руки й подався з ними до лісу, де того дня все блищало, співало й духмяніло, як ніколи.</w:t>
      </w:r>
    </w:p>
    <w:p>
      <w:r>
        <w:br/>
        <w:t>Вони посідали на м'яку траву під пахучими деревами, і пан фон Бракель почав так:</w:t>
      </w:r>
    </w:p>
    <w:p>
      <w:r>
        <w:br/>
        <w:t>— Любі діти, я більше не можу приховувати від вас того, що в мене лежить на серці. Мушу сказати вам, що я так само, як і ви, знаю чарівну чужу дитину, яка показала вам тут у лісі стільки всього гарного. Коли я був такого віку, як ви, вона так само відвідувала й мене і гралася зі мною в дивовижні ігри. Я зовсім не пам'ятаю, як вона мене потім залишила, і не можу зрозуміти, як я міг так забути її, що нітрохи не вірив вам, коли ви розповідали про її появу, хоч не раз мені в душу закрадалася думка, що це таки правда. Та кілька днів тому я так виразно пригадав свої прекрасні дитячі роки, як уже віддавна не міг пригадати, і тоді чужа дитина постала в моїй пам'яті такою гарною, сповненою дивовижного чару, як я її бачив колись, і я відчув таку саму тугу за нею. Але серце моє не витримало тієї палкої туги й надірвалося! Я відчуваю, що востаннє сиджу тут, під цими чудовими деревами й кущами, що я скоро покину вас, любі мої діти! Тільки твердо тримайтеся милої чужої дитини, коли я помру!</w:t>
      </w:r>
    </w:p>
    <w:p>
      <w:r>
        <w:br/>
        <w:t>У Фелікса й Кристліб серце стислося з горя, і вони заплакали й залементували:</w:t>
      </w:r>
    </w:p>
    <w:p>
      <w:r>
        <w:br/>
        <w:t>— Ні, тату, ви не помрете, не помрете, ви ще довго-довго житимете з нами і так само, як ми, гратиметеся з чужою дитиною! [135]</w:t>
      </w:r>
    </w:p>
    <w:p>
      <w:r>
        <w:br/>
        <w:t>Та вже через день після того панові фон Бракелю стало так погано, що він зліг. З'явився високий худий чоловік, помацав йому пульс і сказав:</w:t>
      </w:r>
    </w:p>
    <w:p>
      <w:r>
        <w:br/>
        <w:t>— Це минеться!</w:t>
      </w:r>
    </w:p>
    <w:p>
      <w:r>
        <w:br/>
        <w:t>Але це не минулося, і на третій день пан фон Бракель помер. Ох, як голосила пані фон Бракель, як заламували руки діти і як вони кричали:</w:t>
      </w:r>
    </w:p>
    <w:p>
      <w:r>
        <w:br/>
        <w:t>— Ох, татоньку, любий наш татоньку! Невдовзі після того, як четверо селян із</w:t>
      </w:r>
    </w:p>
    <w:p>
      <w:r>
        <w:br/>
        <w:t>Бракельгайма віднесли свого пана на кладовище, в садибі з'явилося кілька бридких чоловіків, майже таких самих на вигляд, як магістр Чорнило. Вони заявили пані фон Бракель, що мають описати весь маєточок і все, що є в домі, бо небіжчик пан Тадеус фон Бракель заборгував усе це, та й не тільки це, панові графу Ципріанусові фон Бракелеві і той тепер хоче забрати своє. Отож пані фон Бракель стала тепер злидаркою і змушена була кинути прекрасний хутір Бракельгайм. Вона вирішила податися до родичів, що жили недалеко звідти, і зв'язала в клуночок трохи білизни й сякий-такий одяг, залишений їй. Те саме зробили й Кристліб із Феліксом, і вони, вмиваючись рясними сльозами, вийшли з дому.</w:t>
      </w:r>
    </w:p>
    <w:p>
      <w:r>
        <w:br/>
        <w:t>Ось вони вже почули гучний шум потоку, через який мали перейти кладкою, коли раптом пані фон Бракель з великого жалю впала непритомна додолу. Фелікс і Кристліб опустилися біля неї навколішки і, хлипаючи, заволали:</w:t>
      </w:r>
    </w:p>
    <w:p>
      <w:r>
        <w:br/>
        <w:t>— Бідні ми й нещасливі! Невже ніхто не зглянеться на наше горе? [136]</w:t>
      </w:r>
    </w:p>
    <w:p>
      <w:r>
        <w:br/>
        <w:t>Тієї ж миті далекий шум потоку немовби обернувся в приємну музику, кущі зашелестіли, наче в якомусь передчутті, і враз весь ліс осяяло чарівне мерехтливе світло. З-під духмяного склепіння дерев вийшла чужа дитина, оточена таким сліпучим сяйвом, що Фелікс і Кристліб аж очі заплющили. Та ось чужа дитина лагідно торкнула їх рукою, і вони почули її милий голос:</w:t>
      </w:r>
    </w:p>
    <w:p>
      <w:r>
        <w:br/>
        <w:t>— О, не журіться так, мої дорогі друзі! Хіба я не люблю вас? Як же мені кинути вас напризволяще? І в ваших очах також світиться любов до мене. Тому я завжди літатиму навколо вас і допомагатиму вам, чим тільки зможу, щоб ви довіку були радісні й щасливі. Будьте мені вірні всім серцем, як були досі, і тоді ні лихий Пепсер, ні жодна інша нечиста сила не зможуть вам нічого заподіяти! Тільки завжди вірно любіть мене!</w:t>
      </w:r>
    </w:p>
    <w:p>
      <w:r>
        <w:br/>
        <w:t>— О, ми тебе завжди любитимем, завжди! — вигукнули Фелікс і Кристліб. — Любитимем усім серцем!</w:t>
      </w:r>
    </w:p>
    <w:p>
      <w:r>
        <w:br/>
        <w:t>Коли вони знов спромоглися розплющити очі, чужа дитина вже зникла, але весь їхній смуток розвіявся, і вони відчули, що серце їм заливає неземна радість.</w:t>
      </w:r>
    </w:p>
    <w:p>
      <w:r>
        <w:br/>
        <w:t>Нарешті пані фон Бракель також поволі підвелася і сказала:</w:t>
      </w:r>
    </w:p>
    <w:p>
      <w:r>
        <w:br/>
        <w:t>— Діти, мені снилося, що ви стояли з голови до п'ят убрані в блискуче золото, і коли я побачила вас такими, то зраділа і на серці в мене якось дивно полегшало.</w:t>
      </w:r>
    </w:p>
    <w:p>
      <w:r>
        <w:br/>
        <w:t>Очі в дітей сяяли захватом, щоки полум'яніли. Вони розповіли, як до них щойно прилітала [137] чужа дитина і втішала їх. І тоді мати сказала:</w:t>
      </w:r>
    </w:p>
    <w:p>
      <w:r>
        <w:br/>
        <w:t>— Я й сама не знаю, чому сьогодні вірю у ваші казки й чому раптом забула всі свої жалі і тривоги. А тепер спокійно ходімо далі.</w:t>
      </w:r>
    </w:p>
    <w:p>
      <w:r>
        <w:br/>
        <w:t>Родичі зустріли їх привітно, а потім було так, як обіцяла чужа дитина. Все, до чого бралися Фелікс і Кристліб, їм якнайкраще вдавалося, вони з матір'ю жили весело й щасливо і ще й дорослими уві сні гралися з чужою дитиною, яка й далі приносила їм усілякі дивовижі зі своєї батьківщини.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Чужа дитина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