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Чухраїнці</w:t>
      </w:r>
    </w:p>
    <w:p>
      <w:r>
        <w:br/>
        <w:t xml:space="preserve"> &lt;p&gt;(Спроба характеристики)</w:t>
      </w:r>
    </w:p>
    <w:p>
      <w:r>
        <w:br/>
        <w:t>ПЕРЕДМОВА</w:t>
      </w:r>
    </w:p>
    <w:p>
      <w:r>
        <w:br/>
        <w:t>"Чухраїнці", як ми знаємо, це дивацький нарід, що жив у чудернацькій країні "Чукрен".</w:t>
      </w:r>
    </w:p>
    <w:p>
      <w:r>
        <w:br/>
        <w:t>Країна "Чукрен" була по той бік Атлантиди.</w:t>
      </w:r>
    </w:p>
    <w:p>
      <w:r>
        <w:br/>
        <w:t>Назва — "чухраїнці" (і про це ми знаємо) — постала від того, що нарід той завжди чухався...</w:t>
      </w:r>
    </w:p>
    <w:p>
      <w:r>
        <w:br/>
        <w:t>В цій моїй науковій праці ми спробуємо, за виконаними матеріалами, зазнайомити з характеристикою вищеназваного дивного народу.</w:t>
      </w:r>
    </w:p>
    <w:p>
      <w:r>
        <w:br/>
        <w:t>РОЗДІЛ І</w:t>
      </w:r>
    </w:p>
    <w:p>
      <w:r>
        <w:br/>
        <w:t>Країна "Чукрен", як про те свідчать матеріали, знайдені при розкопках гробниці чухраїнського царя Передери-матнюріохора, розлягалася на чималім просторіні від біблійської річки Сону до біблійської річки Дяну. Біля річки Дяну простягалося пасмо так званих Кирпатих гір. Це — на заході...</w:t>
      </w:r>
    </w:p>
    <w:p>
      <w:r>
        <w:br/>
        <w:t>Південь країни "Чукрен" обмивало море з водою синього кольору. Синім те море зробилося дуже давно, ще тоді, коли найбільша в світі катаклізма — бог одділив океани від землі. Тоді те море хотіло зробитися океаном — надулося, посиніло, та так синім на ввесь свій вік і залишилося.</w:t>
      </w:r>
    </w:p>
    <w:p>
      <w:r>
        <w:br/>
        <w:t>В синє море текла найулюбленіша чухраїнцями річка Дмитро. А на південному заході була велика річка Дсітро. Од цих річок і чухраїнці прибрали назв: Наддмитрянців і Наддсітрянців. Наддмитрянці — це ті, що жили над річкою Дмитром, а Наддсітрянці — над Дсітром.</w:t>
      </w:r>
    </w:p>
    <w:p>
      <w:r>
        <w:br/>
        <w:t>Чухраїнців було чимало і щось понад тридцять мільйонів,— хоч здебільша вони й самі не знали, хто вони такі суть...</w:t>
      </w:r>
    </w:p>
    <w:p>
      <w:r>
        <w:br/>
        <w:t>Як запитають було їх:</w:t>
      </w:r>
    </w:p>
    <w:p>
      <w:r>
        <w:br/>
        <w:t>— Якої ви, лорди, нації?</w:t>
      </w:r>
    </w:p>
    <w:p>
      <w:r>
        <w:br/>
        <w:t>Вони, почухавшись, одповідають:</w:t>
      </w:r>
    </w:p>
    <w:p>
      <w:r>
        <w:br/>
        <w:t>— Та хто й зна?! Живемо в Шенгерієвці. Православні.</w:t>
      </w:r>
    </w:p>
    <w:p>
      <w:r>
        <w:br/>
        <w:t>"Чукрен" була країна хліборобська. На ланах її на широких росли незнані тепер хліба: книші, паляниці, перепічки...</w:t>
      </w:r>
    </w:p>
    <w:p>
      <w:r>
        <w:br/>
        <w:t>А найбільше чухраїнці любили на вгородах соняшники.</w:t>
      </w:r>
    </w:p>
    <w:p>
      <w:r>
        <w:br/>
        <w:t>— Хороша,— казали вони,— рослина. Як зацвіте-зацвіте-зацвіте.</w:t>
      </w:r>
    </w:p>
    <w:p>
      <w:r>
        <w:br/>
        <w:t>А потім як і схилить і стоїть перед тобою, як навколюшках... Так ніби він — ти, а ти — ніби пан. Уперто покірлива рослина. Хороша рослина.</w:t>
      </w:r>
    </w:p>
    <w:p>
      <w:r>
        <w:br/>
        <w:t>РОЗДІЛ II</w:t>
      </w:r>
    </w:p>
    <w:p>
      <w:r>
        <w:br/>
        <w:t>Мали чухраїнці цілих аж п'ять глибоко національних рис. Ці риси настільки були для них характерні, що, коли б котрийсь із них загубився в мільйоновій юрбі собі подібних істот, кожний, хто хоч недовго жив серед чухраїнців, вгадає:</w:t>
      </w:r>
    </w:p>
    <w:p>
      <w:r>
        <w:br/>
        <w:t>— Це — чухраїнець.</w:t>
      </w:r>
    </w:p>
    <w:p>
      <w:r>
        <w:br/>
        <w:t>І ніколи не помилиться...</w:t>
      </w:r>
    </w:p>
    <w:p>
      <w:r>
        <w:br/>
        <w:t>Його (чухраїнця) постать, його рухи, вираз, сказать би, всього його корпуса — все це так і випирає оті п'ять голівних рис його симпатичної вдачі.</w:t>
      </w:r>
    </w:p>
    <w:p>
      <w:r>
        <w:br/>
        <w:t>Риси ці, як на ту старовинну термінологію, звалися так:</w:t>
      </w:r>
    </w:p>
    <w:p>
      <w:r>
        <w:br/>
        <w:t>1. Якби ж знаття?</w:t>
      </w:r>
    </w:p>
    <w:p>
      <w:r>
        <w:br/>
        <w:t>2. Забув.</w:t>
      </w:r>
    </w:p>
    <w:p>
      <w:r>
        <w:br/>
        <w:t>3. Спізнивсь.</w:t>
      </w:r>
    </w:p>
    <w:p>
      <w:r>
        <w:br/>
        <w:t>4. Якось то воно буде!</w:t>
      </w:r>
    </w:p>
    <w:p>
      <w:r>
        <w:br/>
        <w:t>5. Я так і знав.</w:t>
      </w:r>
    </w:p>
    <w:p>
      <w:r>
        <w:br/>
        <w:t>Розглянемо поодинці всі ці п'ять характерних для чухраїнця рис.</w:t>
      </w:r>
    </w:p>
    <w:p>
      <w:r>
        <w:br/>
        <w:t>Нагадаємо тільки, що розкопані матеріали сильно потерпіли од тисячолітньої давнини, а декотрі з них й понадривані так, ніби на цигарки, хоч матеріали ті ні на книжки з сільського господарства, ні на газети не подібні.</w:t>
      </w:r>
    </w:p>
    <w:p>
      <w:r>
        <w:br/>
        <w:t>Одну з книжок, писану віршами, викопано разом із глечиком.</w:t>
      </w:r>
    </w:p>
    <w:p>
      <w:r>
        <w:br/>
        <w:t>Академіки кажуть, що, очевидно, чухраїнці накривали глечики з молоком поезією: настільки в них була розвинена вже тоді культура.</w:t>
      </w:r>
    </w:p>
    <w:p>
      <w:r>
        <w:br/>
        <w:t>Книжка дуже попсована, вся в сметані. Сметана та взялася струпом. Хімічний дослід того струпа виявив, що то — крейда. Як догадуються вчені, сметану ту було накрито книжкою біля якогось великого міста.</w:t>
      </w:r>
    </w:p>
    <w:p>
      <w:r>
        <w:br/>
        <w:t>Отже, дуже тяжко працювати над тими матеріалами. Через те характеристика кожної національної чухраїнської риси може бути не зовсім повна.</w:t>
      </w:r>
    </w:p>
    <w:p>
      <w:r>
        <w:br/>
        <w:t>Ми зарані просимо нам те дарувати. Не ми в тому винні, а тисячоліття.</w:t>
      </w:r>
    </w:p>
    <w:p>
      <w:r>
        <w:br/>
        <w:t>Вивчати науково кожну окрему рису ми, за браком часу й місця, навряд чи зможемо. Доведеться обмежитись наведенням для кожної з них наочних прикладів: так, ми гадаємо, буде й швидше, й для широкого загалу зрозуміліше.</w:t>
      </w:r>
    </w:p>
    <w:p>
      <w:r>
        <w:br/>
        <w:t>Якби ж знаття</w:t>
      </w:r>
    </w:p>
    <w:p>
      <w:r>
        <w:br/>
        <w:t>Найхарактерніша для чухраїнців риса. Риса-мати. Без неї чухраїнець, а риса ця без чухраїнця — не риса.</w:t>
      </w:r>
    </w:p>
    <w:p>
      <w:r>
        <w:br/>
        <w:t>Повстала ця риса в чухраїнців от з якого приводу. Вшивав один із них хату. Зліз аж до бовдура і посунувся. Сунеться й кричить:</w:t>
      </w:r>
    </w:p>
    <w:p>
      <w:r>
        <w:br/>
        <w:t>— Жінко! Жінко! Соломи! Соломи! Соломи!..</w:t>
      </w:r>
    </w:p>
    <w:p>
      <w:r>
        <w:br/>
        <w:t>Геп!</w:t>
      </w:r>
    </w:p>
    <w:p>
      <w:r>
        <w:br/>
        <w:t>— Не треба...</w:t>
      </w:r>
    </w:p>
    <w:p>
      <w:r>
        <w:br/>
        <w:t>Це, значить, кричав чухраїнець жінці, щоб вона, доки він гепне, соломи на те місце, де він гепне, підіслала. Не встигла жінка цього зробити. Тоді виходить: "Не треба".</w:t>
      </w:r>
    </w:p>
    <w:p>
      <w:r>
        <w:br/>
        <w:t>І от після цього й укоренилася глибоко ця риса в чухраїнцеву вдачу. Як тільки яка притичина, зразу:</w:t>
      </w:r>
    </w:p>
    <w:p>
      <w:r>
        <w:br/>
        <w:t>— Якби ж знаття, де впадеш,— соломки б підіслав.</w:t>
      </w:r>
    </w:p>
    <w:p>
      <w:r>
        <w:br/>
        <w:t>Або:</w:t>
      </w:r>
    </w:p>
    <w:p>
      <w:r>
        <w:br/>
        <w:t>— Якби знаття, що в кума пиття...</w:t>
      </w:r>
    </w:p>
    <w:p>
      <w:r>
        <w:br/>
        <w:t>І так в кожнім випадку життя чухраїнського цивілізованого.</w:t>
      </w:r>
    </w:p>
    <w:p>
      <w:r>
        <w:br/>
        <w:t>От будують чухраїнці яку-небудь будівлю громадську. Збудували. А вона взяла і упала. І зразу:</w:t>
      </w:r>
    </w:p>
    <w:p>
      <w:r>
        <w:br/>
        <w:t>— Якби ж знаття, що вона впаде, ми б її не сюди, а туди будували.</w:t>
      </w:r>
    </w:p>
    <w:p>
      <w:r>
        <w:br/>
        <w:t>Є серед матеріалів характерний запис, як попервах чухраїнці свою культуру будували. Узялися дуже ретельно... А потім за щось завелись, зразу за голоблі (була в них така зброя, на манір лицарських середньовічних списів) та як зчепились полемізувати... Полемізували-полемізували, аж дивляться — у всіх кров тече... Тоді повставали й стогнуть:</w:t>
      </w:r>
    </w:p>
    <w:p>
      <w:r>
        <w:br/>
        <w:t>— Якби ж знаття, що один одному голови попровалюємо, не бились би.</w:t>
      </w:r>
    </w:p>
    <w:p>
      <w:r>
        <w:br/>
        <w:t>Сильно тоді в них культура затрималася... Та й не дивно: з попроваленими головами не дуже культурне життя налагодиш...</w:t>
      </w:r>
    </w:p>
    <w:p>
      <w:r>
        <w:br/>
        <w:t>Вирішили якось вони театр організувати. Запросили спеціальну людину. Бігали, говорили; обговорювали. Хвалилися, перехвалювалися. Підвела їх та людина: не організувала театра, а зовсім навпаки.</w:t>
      </w:r>
    </w:p>
    <w:p>
      <w:r>
        <w:br/>
        <w:t>Тоді почухались.</w:t>
      </w:r>
    </w:p>
    <w:p>
      <w:r>
        <w:br/>
        <w:t>— Якби ж знаття...</w:t>
      </w:r>
    </w:p>
    <w:p>
      <w:r>
        <w:br/>
        <w:t>І почали знову.</w:t>
      </w:r>
    </w:p>
    <w:p>
      <w:r>
        <w:br/>
        <w:t>І не було жоднісінького чухраїнця без отого знаменитого:</w:t>
      </w:r>
    </w:p>
    <w:p>
      <w:r>
        <w:br/>
        <w:t>— Якби ж знаття...</w:t>
      </w:r>
    </w:p>
    <w:p>
      <w:r>
        <w:br/>
        <w:t>Якось-то воно буде. Я так і знав.</w:t>
      </w:r>
    </w:p>
    <w:p>
      <w:r>
        <w:br/>
        <w:t>З цією головною рисою тісно з'єднані четверта й п'ята риси в чухраїнців, а саме: "якось-то воно буде" та "я так і знав".</w:t>
      </w:r>
    </w:p>
    <w:p>
      <w:r>
        <w:br/>
        <w:t>Коли чухраїнці було починають якусь роботу, хоч би в якій галузі їхнього життя та робота виникла, і коли хто-небудь чи збоку, чи, може, трохи прозорливіший зауважив:</w:t>
      </w:r>
    </w:p>
    <w:p>
      <w:r>
        <w:br/>
        <w:t>— А чи так ви робите?</w:t>
      </w:r>
    </w:p>
    <w:p>
      <w:r>
        <w:br/>
        <w:t>Чухраїнець обов'язково подумає трішки, почухається і не швидко прокаже:</w:t>
      </w:r>
    </w:p>
    <w:p>
      <w:r>
        <w:br/>
        <w:t>— Таї Якось-то вже буде!</w:t>
      </w:r>
    </w:p>
    <w:p>
      <w:r>
        <w:br/>
        <w:t>І починає робити...</w:t>
      </w:r>
    </w:p>
    <w:p>
      <w:r>
        <w:br/>
        <w:t>Коли ж побачить, що наробив, аж пальці знати, тоді:</w:t>
      </w:r>
    </w:p>
    <w:p>
      <w:r>
        <w:br/>
        <w:t>— Я так і знав!</w:t>
      </w:r>
    </w:p>
    <w:p>
      <w:r>
        <w:br/>
        <w:t>— Що ви знали?</w:t>
      </w:r>
    </w:p>
    <w:p>
      <w:r>
        <w:br/>
        <w:t>— Та що отак буде!</w:t>
      </w:r>
    </w:p>
    <w:p>
      <w:r>
        <w:br/>
        <w:t>— Так навіщо ж ви робили?</w:t>
      </w:r>
    </w:p>
    <w:p>
      <w:r>
        <w:br/>
        <w:t>— Якби ж знаття...</w:t>
      </w:r>
    </w:p>
    <w:p>
      <w:r>
        <w:br/>
        <w:t>— Так ви ж кажете, що знали?</w:t>
      </w:r>
    </w:p>
    <w:p>
      <w:r>
        <w:br/>
        <w:t>— Так я думав, що якось-то воно буде!</w:t>
      </w:r>
    </w:p>
    <w:p>
      <w:r>
        <w:br/>
        <w:t>Один індійський мудрець, коли йому про це тоді розповідали, сказав:</w:t>
      </w:r>
    </w:p>
    <w:p>
      <w:r>
        <w:br/>
        <w:t>— Дивне якесь perpetuum mobile.</w:t>
      </w:r>
    </w:p>
    <w:p>
      <w:r>
        <w:br/>
        <w:t>Забув. Спізнивсь.</w:t>
      </w:r>
    </w:p>
    <w:p>
      <w:r>
        <w:br/>
        <w:t>Друга риса — "забув" і третя — "спізнивсь" характерні так само риси для чухраїнців, але вони особливих пояснень, гадаємо, не потребують...</w:t>
      </w:r>
    </w:p>
    <w:p>
      <w:r>
        <w:br/>
        <w:t>— Чому ви цього не зробили?</w:t>
      </w:r>
    </w:p>
    <w:p>
      <w:r>
        <w:br/>
        <w:t>— І-і-і-ти! Забув! Дивись?!</w:t>
      </w:r>
    </w:p>
    <w:p>
      <w:r>
        <w:br/>
        <w:t>Або:</w:t>
      </w:r>
    </w:p>
    <w:p>
      <w:r>
        <w:br/>
        <w:t>— Чого ж ви не прийшли?</w:t>
      </w:r>
    </w:p>
    <w:p>
      <w:r>
        <w:br/>
        <w:t>— Та засидівсь, глянув, дивлюсь — спізнивсь! Так я й той... облишив. Якось-то, сам собі подумав, воно буде.</w:t>
      </w:r>
    </w:p>
    <w:p>
      <w:r>
        <w:br/>
        <w:t>Істинно дивний народ.</w:t>
      </w:r>
    </w:p>
    <w:p>
      <w:r>
        <w:br/>
        <w:t>РОЗДІЛ III</w:t>
      </w:r>
    </w:p>
    <w:p>
      <w:r>
        <w:br/>
        <w:t>Країну "Чукрен" залила стихія разом із Атлантидою. Один чухраїнський поет, грізної стихії перелякавшися, заліз на височенну вербу й чекав смерті. Коли вода вже заливала його притулок, він продекламував журно:</w:t>
      </w:r>
    </w:p>
    <w:p>
      <w:r>
        <w:br/>
        <w:t>Ой, поля, ви, поля,</w:t>
      </w:r>
    </w:p>
    <w:p>
      <w:r>
        <w:br/>
        <w:t>Мати рідна земля,</w:t>
      </w:r>
    </w:p>
    <w:p>
      <w:r>
        <w:br/>
        <w:t>Скільки крові і сліз</w:t>
      </w:r>
    </w:p>
    <w:p>
      <w:r>
        <w:br/>
        <w:t>По вас вітер розніс.</w:t>
      </w:r>
    </w:p>
    <w:p>
      <w:r>
        <w:br/>
        <w:t>А в цей момент пропливав повз ту вербу атлантидянин і, захлинаючись уже, промовив:</w:t>
      </w:r>
    </w:p>
    <w:p>
      <w:r>
        <w:br/>
        <w:t>— І все по-дурному!</w:t>
      </w:r>
    </w:p>
    <w:p>
      <w:r>
        <w:br/>
        <w:t>ПІСЛЯМОВА</w:t>
      </w:r>
    </w:p>
    <w:p>
      <w:r>
        <w:br/>
        <w:t>Читав я оці всі матеріали, дуже сумно хитаючи головою. Прочитавши, замислився і зітхнув важко, а з зітханням тим само по собі вилетіло:</w:t>
      </w:r>
    </w:p>
    <w:p>
      <w:r>
        <w:br/>
        <w:t>— Нічого. Якось-то воно буде. Тьху!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Чухраїнці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