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Чудо в черевику</w:t>
      </w:r>
    </w:p>
    <w:p>
      <w:r>
        <w:br/>
        <w:t xml:space="preserve"> Як відомо, всі ледачі&lt;br /&gt;</w:t>
        <w:br/>
        <w:t>Ждуть легенької удачі&lt;br /&gt;</w:t>
        <w:br/>
        <w:t>(Без труда щоб їм везло!).&lt;br /&gt;</w:t>
        <w:br/>
        <w:t>Так і з Васею було.</w:t>
      </w:r>
    </w:p>
    <w:p>
      <w:r>
        <w:br/>
        <w:t>Вчиться Вася в п’ятім класі.&lt;br /&gt;</w:t>
        <w:br/>
        <w:t>Якось друг і каже Васі:&lt;br /&gt;</w:t>
        <w:br/>
        <w:t>— Знаю чудо я одне.&lt;br /&gt;</w:t>
        <w:br/>
        <w:t>Чудо справді чарівне.</w:t>
      </w:r>
    </w:p>
    <w:p>
      <w:r>
        <w:br/>
        <w:t>Будеш мати без мороки&lt;br /&gt;</w:t>
        <w:br/>
        <w:t>Ти п’ятірки за уроки,&lt;br /&gt;</w:t>
        <w:br/>
        <w:t>Лиш зроби, мій друже, так:&lt;br /&gt;</w:t>
        <w:br/>
        <w:t>Роздобудь собі п’ятак,</w:t>
      </w:r>
    </w:p>
    <w:p>
      <w:r>
        <w:br/>
        <w:t>Приліпи його, мов латку,&lt;br /&gt;</w:t>
        <w:br/>
        <w:t>В черевик під ліву п’ятку,&lt;br /&gt;</w:t>
        <w:br/>
        <w:t>Узувайся і ходи.&lt;br /&gt;</w:t>
        <w:br/>
        <w:t>Піде діло — хоч куди!&lt;br /&gt;</w:t>
        <w:br/>
        <w:t>Це я, — каже, — перевірив. —</w:t>
      </w:r>
    </w:p>
    <w:p>
      <w:r>
        <w:br/>
        <w:t>...Вася здуру і повірив.&lt;br /&gt;</w:t>
        <w:br/>
        <w:t>Ліпить Вася Боровик&lt;br /&gt;</w:t>
        <w:br/>
        <w:t>П’ять копійок в черевик.&lt;br /&gt;</w:t>
        <w:br/>
        <w:t>Взувся,&lt;br /&gt;</w:t>
        <w:br/>
        <w:t>Тупнув,&lt;br /&gt;</w:t>
        <w:br/>
        <w:t>Взявсь у боки:&lt;br /&gt;</w:t>
        <w:br/>
        <w:t>— Більш не вчитиму уроки:&lt;br /&gt;</w:t>
        <w:br/>
        <w:t>Повезе мені і так,&lt;br /&gt;</w:t>
        <w:br/>
        <w:t>Під п’ятою ж є п’ятак!</w:t>
      </w:r>
    </w:p>
    <w:p>
      <w:r>
        <w:br/>
        <w:t>Вранці йшов і всю дорогу&lt;br /&gt;</w:t>
        <w:br/>
        <w:t>Припадав на ліву ногу.&lt;br /&gt;</w:t>
        <w:br/>
        <w:t>Ось і школа,&lt;br /&gt;</w:t>
        <w:br/>
        <w:t>Ось і клас.&lt;br /&gt;</w:t>
        <w:br/>
        <w:t>Арифметика якраз.</w:t>
      </w:r>
    </w:p>
    <w:p>
      <w:r>
        <w:br/>
        <w:t>— Боровик, іди до дошки!&lt;br /&gt;</w:t>
        <w:br/>
        <w:t>Вася встав, пом’явся трошки,&lt;br /&gt;</w:t>
        <w:br/>
        <w:t>На п’ятак натис — дарма!&lt;br /&gt;</w:t>
        <w:br/>
        <w:t>Де ж те чудо?&lt;br /&gt;</w:t>
        <w:br/>
        <w:t>Щось нема.</w:t>
      </w:r>
    </w:p>
    <w:p>
      <w:r>
        <w:br/>
        <w:t>...За годину викликають,&lt;br /&gt;</w:t>
        <w:br/>
        <w:t>З географії питають.&lt;br /&gt;</w:t>
        <w:br/>
        <w:t>Вася встав — ні в сих ні в тих,&lt;br /&gt;</w:t>
        <w:br/>
        <w:t>Замість чуда — в класі сміх.</w:t>
      </w:r>
    </w:p>
    <w:p>
      <w:r>
        <w:br/>
        <w:t>Мав мороку він велику,&lt;br /&gt;</w:t>
        <w:br/>
        <w:t>Бо п’ятак у черевику&lt;br /&gt;</w:t>
        <w:br/>
        <w:t>Відіграв одну лиш роль&lt;br /&gt;</w:t>
        <w:br/>
        <w:t>— Надавив йому мозоль!</w:t>
      </w:r>
    </w:p>
    <w:p>
      <w:r>
        <w:br/>
        <w:t>Закінчилися уроки —&lt;br /&gt;</w:t>
        <w:br/>
        <w:t>Бігли учні в різні боки.</w:t>
      </w:r>
    </w:p>
    <w:p>
      <w:r>
        <w:br/>
        <w:t>Ну, а Вася Боровик&lt;br /&gt;</w:t>
        <w:br/>
        <w:t>Ледве тяг свій черевик.</w:t>
      </w:r>
    </w:p>
    <w:p>
      <w:r>
        <w:br/>
        <w:t>Під п’ятою п’ять копійок,&lt;br /&gt;</w:t>
        <w:br/>
        <w:t>А у сумці — стільки ж двійок!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Чудо в черевику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