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Чудесна тростка</w:t>
      </w:r>
    </w:p>
    <w:p>
      <w:r>
        <w:br/>
        <w:t xml:space="preserve"> Був собі парубок убогий&lt;br /&gt;</w:t>
        <w:br/>
        <w:t>Та й пішов найматися в службу.&lt;br /&gt;</w:t>
        <w:br/>
        <w:t>Коли зирк — чоловік устрічу:&lt;br /&gt;</w:t>
        <w:br/>
        <w:t>"Хочеш, сину, наймися до мене!"&lt;br /&gt;</w:t>
        <w:br/>
        <w:t>Хлопець каже: "Чому б не найнятись?&lt;br /&gt;</w:t>
        <w:br/>
        <w:t>А яка у вас, діду, робота?"&lt;br /&gt;</w:t>
        <w:br/>
        <w:t>"Та робота, сказати б, звичайна:&lt;br /&gt;</w:t>
        <w:br/>
        <w:t>У незгасимій печі палити".&lt;br /&gt;</w:t>
        <w:br/>
        <w:t>От прийшли вони в ліс великий,&lt;br /&gt;</w:t>
        <w:br/>
        <w:t>Несказанно сильний і темний.&lt;br /&gt;</w:t>
        <w:br/>
        <w:t>Тихо в лісі: ніщо не шеберхне,&lt;br /&gt;</w:t>
        <w:br/>
        <w:t>Ні білочка скочить, ні хрусне хмизинка,&lt;br /&gt;</w:t>
        <w:br/>
        <w:t>Ні комар-дударик не писне;&lt;br /&gt;</w:t>
        <w:br/>
        <w:t>Лиш на галяві піч горбата,&lt;br /&gt;</w:t>
        <w:br/>
        <w:t>Роздійнявши закурену пащу,&lt;br /&gt;</w:t>
        <w:br/>
        <w:t>Так і паше вогнем та чадом,&lt;br /&gt;</w:t>
        <w:br/>
        <w:t>Так і сапле — аж жежко[1] дивитись!&lt;br /&gt;</w:t>
        <w:br/>
        <w:t>Коло печі коні, як змії.&lt;br /&gt;</w:t>
        <w:br/>
        <w:t>Тоді каже той дід до хлопця:&lt;br /&gt;</w:t>
        <w:br/>
        <w:t>"Ось тобі коні — возити дрова.&lt;br /&gt;</w:t>
        <w:br/>
        <w:t>Годуй їх попелом та вугіллям&lt;br /&gt;</w:t>
        <w:br/>
        <w:t>Та пильнуй, щоб піч не погасла".&lt;br /&gt;</w:t>
        <w:br/>
        <w:t>Так сказав і пропав, мов здимів.&lt;br /&gt;</w:t>
        <w:br/>
        <w:t>Став той хлопець возити дрова,&lt;br /&gt;</w:t>
        <w:br/>
        <w:t>Та ніяк не надасть, хоч розладься:&lt;br /&gt;</w:t>
        <w:br/>
        <w:t>Тільки вкине, уже й немає.&lt;br /&gt;</w:t>
        <w:br/>
        <w:t>Але раз йому кажуть коні:&lt;br /&gt;</w:t>
        <w:br/>
        <w:t>"Ой да гірко ж їсти вугілля!&lt;br /&gt;</w:t>
        <w:br/>
        <w:t>Ти вкоси нам зеленого зілля,&lt;br /&gt;</w:t>
        <w:br/>
        <w:t>А як ми поїмо в охоту,&lt;br /&gt;</w:t>
        <w:br/>
        <w:t>То й за тебе справим роботу".&lt;br /&gt;</w:t>
        <w:br/>
        <w:t>Він послухав, вкосив їм сіна —&lt;br /&gt;</w:t>
        <w:br/>
        <w:t>Дак то перше робив, аж слався&lt;br /&gt;</w:t>
        <w:br/>
        <w:t>Коло тої вогненної прірви,&lt;br /&gt;</w:t>
        <w:br/>
        <w:t>А тепер собі повагом возить&lt;br /&gt;</w:t>
        <w:br/>
        <w:t>І спочине, і з люльки пакне,&lt;br /&gt;</w:t>
        <w:br/>
        <w:t>А тим часом піч не вгасає.&lt;br /&gt;</w:t>
        <w:br/>
        <w:t>От минув уже рік і місяць,&lt;br /&gt;</w:t>
        <w:br/>
        <w:t>Коли щось як гуне по лісі,&lt;br /&gt;</w:t>
        <w:br/>
        <w:t>Як чварахне, як брязне громом!&lt;br /&gt;</w:t>
        <w:br/>
        <w:t>Гляне хлопець, а дід — коло нього.&lt;br /&gt;</w:t>
        <w:br/>
        <w:t>"Ось на тобі,— каже,—цю тростку.&lt;br /&gt;</w:t>
        <w:br/>
        <w:t>На що загадаєш, чого захочеш,&lt;br /&gt;</w:t>
        <w:br/>
        <w:t>Помахнеш нею — твоє і буде".&lt;br /&gt;</w:t>
        <w:br/>
        <w:t>Вийшов хлопець на степ широкий&lt;br /&gt;</w:t>
        <w:br/>
        <w:t>Та й питає себе на думці:&lt;br /&gt;</w:t>
        <w:br/>
        <w:t>"Чи не дався я одурити?"&lt;br /&gt;</w:t>
        <w:br/>
        <w:t>Та, махнувши тросткою, каже:&lt;br /&gt;</w:t>
        <w:br/>
        <w:t>"Нехай буде овець отара!"&lt;br /&gt;</w:t>
        <w:br/>
        <w:t>Ще не змовив останнього слова,&lt;br /&gt;</w:t>
        <w:br/>
        <w:t>А вже скрізь, куди оком скине,&lt;br /&gt;</w:t>
        <w:br/>
        <w:t>Коливаються спини овечі,&lt;br /&gt;</w:t>
        <w:br/>
        <w:t>Стугонить незліченний тупіт,&lt;br /&gt;</w:t>
        <w:br/>
        <w:t>Заливає пагорки та долини.&lt;br /&gt;</w:t>
        <w:br/>
        <w:t>Хлопець став, затремтів, як трепітка,&lt;br /&gt;</w:t>
        <w:br/>
        <w:t>Ледве-ледве спромігся сказати:&lt;br /&gt;</w:t>
        <w:br/>
        <w:t>"А тепер хай не буде нічого".&lt;br /&gt;</w:t>
        <w:br/>
        <w:t>Лиш махнув — і не стало нічого,&lt;br /&gt;</w:t>
        <w:br/>
        <w:t>Тільки мгліє далекий згірок&lt;br /&gt;</w:t>
        <w:br/>
        <w:t>Та, літаючи, каня[2] тужить.&lt;br /&gt;</w:t>
        <w:br/>
        <w:t>От приходить хлопець додому,&lt;br /&gt;</w:t>
        <w:br/>
        <w:t>Приносить багаті дарунки,&lt;br /&gt;</w:t>
        <w:br/>
        <w:t>Та за тростку не каже ні слова:&lt;br /&gt;</w:t>
        <w:br/>
        <w:t>Потаємно орудує нею.&lt;br /&gt;</w:t>
        <w:br/>
        <w:t>Став він жити маєтно та пишно,&lt;br /&gt;</w:t>
        <w:br/>
        <w:t>Став чубунитись[3] та величатись,&lt;br /&gt;</w:t>
        <w:br/>
        <w:t>Зажадав собі влади та панства.&lt;br /&gt;</w:t>
        <w:br/>
        <w:t>Ото й каже колись до мами:&lt;br /&gt;</w:t>
        <w:br/>
        <w:t>"Візьміть, нене, новеньке убрання,&lt;br /&gt;</w:t>
        <w:br/>
        <w:t>Та підіть у цареві палати,&lt;br /&gt;</w:t>
        <w:br/>
        <w:t>Та просіть молоду царівну,&lt;br /&gt;</w:t>
        <w:br/>
        <w:t>Чи не піде за мене заміж".&lt;br /&gt;</w:t>
        <w:br/>
        <w:t>Мати каже: "Мій сину милий!&lt;br /&gt;</w:t>
        <w:br/>
        <w:t>Ти що собі в голову вкинув?&lt;br /&gt;</w:t>
        <w:br/>
        <w:t>Та ж тобі царівна не рівня,&lt;br /&gt;</w:t>
        <w:br/>
        <w:t>Не улюбить тебе, не вшанує,&lt;br /&gt;</w:t>
        <w:br/>
        <w:t>До твойого умислу не пристане,&lt;br /&gt;</w:t>
        <w:br/>
        <w:t>Тільки віку тобі умалить,&lt;br /&gt;</w:t>
        <w:br/>
        <w:t>Візьми собі, сину, селяночку,&lt;br /&gt;</w:t>
        <w:br/>
        <w:t>Чепурушку, дбайливицю в хаті,&lt;br /&gt;</w:t>
        <w:br/>
        <w:t>Оця тебе буде любити,&lt;br /&gt;</w:t>
        <w:br/>
        <w:t>Біля тебе, як річенька, дзвеніти".&lt;br /&gt;</w:t>
        <w:br/>
        <w:t>Угнівався син, відказує з серця:&lt;br /&gt;</w:t>
        <w:br/>
        <w:t>"Добра рада — селючку взяти,&lt;br /&gt;</w:t>
        <w:br/>
        <w:t>Неотесану довбню, гергепу[4],&lt;br /&gt;</w:t>
        <w:br/>
        <w:t>Що не вміє ні сісти, ні встати,&lt;br /&gt;</w:t>
        <w:br/>
        <w:t>Ані чемної речі зговорити!&lt;br /&gt;</w:t>
        <w:br/>
        <w:t>Ідіть, мамо, сватайте царівну".&lt;br /&gt;</w:t>
        <w:br/>
        <w:t>Мати зрядилась. Назула на ноги&lt;br /&gt;</w:t>
        <w:br/>
        <w:t>Чобітки з зеленого сап'яну[5],&lt;br /&gt;</w:t>
        <w:br/>
        <w:t>Тоді наділа плахту-синітку[6],&lt;br /&gt;</w:t>
        <w:br/>
        <w:t>Поярковим[7] поясом переп'ялась,&lt;br /&gt;</w:t>
        <w:br/>
        <w:t>Узяла шовковий очіпок,&lt;br /&gt;</w:t>
        <w:br/>
        <w:t>Поверх нього лляну намітку,&lt;br /&gt;</w:t>
        <w:br/>
        <w:t>На плечі біленьку катанку[8]&lt;br /&gt;</w:t>
        <w:br/>
        <w:t>Та й пішла до царського двору.&lt;br /&gt;</w:t>
        <w:br/>
        <w:t>Приводять її до царівни.&lt;br /&gt;</w:t>
        <w:br/>
        <w:t>Та на неї дивиться згорда:&lt;br /&gt;</w:t>
        <w:br/>
        <w:t>"А чого вам, госпосю, треба?" —&lt;br /&gt;</w:t>
        <w:br/>
        <w:t>"Так і так,— відказує жінка,—&lt;br /&gt;</w:t>
        <w:br/>
        <w:t>Єсть у мене синок-сокільчик,&lt;br /&gt;</w:t>
        <w:br/>
        <w:t>Да такий хорошень — не сказати!&lt;br /&gt;</w:t>
        <w:br/>
        <w:t>Чорнобривий, ставний, як кленочок.&lt;br /&gt;</w:t>
        <w:br/>
        <w:t>Ще й до того багатий кріпко.&lt;br /&gt;</w:t>
        <w:br/>
        <w:t>Чи підете заміж за нього?"&lt;br /&gt;</w:t>
        <w:br/>
        <w:t>Відказала красуня-царівна:&lt;br /&gt;</w:t>
        <w:br/>
        <w:t>"Чому б не піти, як хороший?&lt;br /&gt;</w:t>
        <w:br/>
        <w:t>Тільки знаєте що, бабусю,&lt;br /&gt;</w:t>
        <w:br/>
        <w:t>Нехай син ваш поставить до завтра&lt;br /&gt;</w:t>
        <w:br/>
        <w:t>Отакий двірок, як у мене,&lt;br /&gt;</w:t>
        <w:br/>
        <w:t>А тоді щоб од мене до нього&lt;br /&gt;</w:t>
        <w:br/>
        <w:t>Золотий місток простелився,&lt;br /&gt;</w:t>
        <w:br/>
        <w:t>А на тому містку, обабіч,&lt;br /&gt;</w:t>
        <w:br/>
        <w:t>Коли будемо йти вінчатись,&lt;br /&gt;</w:t>
        <w:br/>
        <w:t>Нехай яблуні процвітають,&lt;br /&gt;</w:t>
        <w:br/>
        <w:t>А як станем вертатись додому,&lt;br /&gt;</w:t>
        <w:br/>
        <w:t>Щоб і яблука вже поспіли.&lt;br /&gt;</w:t>
        <w:br/>
        <w:t>Під мостом нехай море хлюпа,&lt;br /&gt;</w:t>
        <w:br/>
        <w:t>А на морі кахкає качка".&lt;br /&gt;</w:t>
        <w:br/>
        <w:t>Вернулась мати додому.&lt;br /&gt;</w:t>
        <w:br/>
        <w:t>"Ей, дитинко, не буде діла!&lt;br /&gt;</w:t>
        <w:br/>
        <w:t>Там такого вона загадала,&lt;br /&gt;</w:t>
        <w:br/>
        <w:t>Що ти і довіку не вдієш".&lt;br /&gt;</w:t>
        <w:br/>
        <w:t>А син каже: "Дарма, не журіться".&lt;br /&gt;</w:t>
        <w:br/>
        <w:t>От опівночі взяв ту тростку,&lt;br /&gt;</w:t>
        <w:br/>
        <w:t>Помахнув — і все учинилось,&lt;br /&gt;</w:t>
        <w:br/>
        <w:t>Як жадала собі царівна:&lt;br /&gt;</w:t>
        <w:br/>
        <w:t>Став двірок такий, як у неї,&lt;br /&gt;</w:t>
        <w:br/>
        <w:t>Або й кращий; прослався місточок,&lt;br /&gt;</w:t>
        <w:br/>
        <w:t>Сам золотий, а поруччя срібне;&lt;br /&gt;</w:t>
        <w:br/>
        <w:t>Пообабіч того місточка&lt;br /&gt;</w:t>
        <w:br/>
        <w:t>Грають яблуні цвітом рожевим.&lt;br /&gt;</w:t>
        <w:br/>
        <w:t>Під мостом хлюпощеться море,&lt;br /&gt;</w:t>
        <w:br/>
        <w:t>І на морі кахкає качка.&lt;br /&gt;</w:t>
        <w:br/>
        <w:t>Де взялися лакеї, карети,&lt;br /&gt;</w:t>
        <w:br/>
        <w:t>Сів він вранці, поїхав до неї,&lt;br /&gt;</w:t>
        <w:br/>
        <w:t>А вона вже жде його, плаче,&lt;br /&gt;</w:t>
        <w:br/>
        <w:t>Що приходиться йти за нерівню.&lt;br /&gt;</w:t>
        <w:br/>
        <w:t>Та, проте, нічого, звінчались.&lt;br /&gt;</w:t>
        <w:br/>
        <w:t>От живуть вони місяць, другий.&lt;br /&gt;</w:t>
        <w:br/>
        <w:t>Він кохає її, милує,&lt;br /&gt;</w:t>
        <w:br/>
        <w:t>Да так-то вже хорошенько водить!&lt;br /&gt;</w:t>
        <w:br/>
        <w:t>А вона умишляє лихо.&lt;br /&gt;</w:t>
        <w:br/>
        <w:t>Почала пригортатись до нього,&lt;br /&gt;</w:t>
        <w:br/>
        <w:t>Щоб сказав їй, чим він чаклує.&lt;br /&gt;</w:t>
        <w:br/>
        <w:t>Він сміється: "Покинь ці речі:&lt;br /&gt;</w:t>
        <w:br/>
        <w:t>Мене лестками не підійдеш".&lt;br /&gt;</w:t>
        <w:br/>
        <w:t>Та вона, мов куночка[9] тая,&lt;br /&gt;</w:t>
        <w:br/>
        <w:t>Коло нього в'ється, голубить,&lt;br /&gt;</w:t>
        <w:br/>
        <w:t>Припадає, ластиться, просить&lt;br /&gt;</w:t>
        <w:br/>
        <w:t>То любощами, то словами,—&lt;br /&gt;</w:t>
        <w:br/>
        <w:t>Не устояв він — признався.&lt;br /&gt;</w:t>
        <w:br/>
        <w:t>"Оцією тросткою",— каже.&lt;br /&gt;</w:t>
        <w:br/>
        <w:t>От вона і викрала тростку.&lt;br /&gt;</w:t>
        <w:br/>
        <w:t>Вийшла в двір, помахнула нею&lt;br /&gt;</w:t>
        <w:br/>
        <w:t>Ще й промовила люте слово:&lt;br /&gt;</w:t>
        <w:br/>
        <w:t>"Заклинаю да й проклинаю,&lt;br /&gt;</w:t>
        <w:br/>
        <w:t>Нехай зійдуть із блеску-світу&lt;br /&gt;</w:t>
        <w:br/>
        <w:t>І двірок, і сад коло нього,&lt;br /&gt;</w:t>
        <w:br/>
        <w:t>А мій чоловік осоружний&lt;br /&gt;</w:t>
        <w:br/>
        <w:t>Хай загине повільною смертю,&lt;br /&gt;</w:t>
        <w:br/>
        <w:t>Замурований в стовп камінний!"&lt;br /&gt;</w:t>
        <w:br/>
        <w:t>Як сказала, то так і сталось.&lt;br /&gt;</w:t>
        <w:br/>
        <w:t>Зникло все, лиш бур'ян зостався,&lt;br /&gt;</w:t>
        <w:br/>
        <w:t>Дике поле, земля саморосла&lt;br /&gt;</w:t>
        <w:br/>
        <w:t>Та мурований стовп над нею,&lt;br /&gt;</w:t>
        <w:br/>
        <w:t>А в стовпу, наче кіл у горожі,&lt;br /&gt;</w:t>
        <w:br/>
        <w:t>Непорушно стоїть хазяїн —&lt;br /&gt;</w:t>
        <w:br/>
        <w:t>Ледве видно вуста та очі.&lt;br /&gt;</w:t>
        <w:br/>
        <w:t>Стоїть він та кається гірко:&lt;br /&gt;</w:t>
        <w:br/>
        <w:t>"Язиче, язиче! Лихо тебе миче!&lt;br /&gt;</w:t>
        <w:br/>
        <w:t>Як прийшло махом, так пішло прахом".&lt;br /&gt;</w:t>
        <w:br/>
        <w:t>Тоді сіла царівна в карету&lt;br /&gt;</w:t>
        <w:br/>
        <w:t>Та й поїхала знов до батька,&lt;br /&gt;</w:t>
        <w:br/>
        <w:t>А з маєтку її чоловіка&lt;br /&gt;</w:t>
        <w:br/>
        <w:t>Тільки кіт лишився та коник.&lt;br /&gt;</w:t>
        <w:br/>
        <w:t>Кіт негайно югнув по сусідах,&lt;br /&gt;</w:t>
        <w:br/>
        <w:t>Де хліба накрав, а де м'яса,&lt;br /&gt;</w:t>
        <w:br/>
        <w:t>Доліз до хазяїна, каже:&lt;br /&gt;</w:t>
        <w:br/>
        <w:t>"Не журіться, я й ще добуду".&lt;br /&gt;</w:t>
        <w:br/>
        <w:t>А той крізь сльози:&lt;br /&gt;</w:t>
        <w:br/>
        <w:t>"Мій котику вірний!&lt;br /&gt;</w:t>
        <w:br/>
        <w:t>Ти достань мені тую тростку,&lt;br /&gt;</w:t>
        <w:br/>
        <w:t>Що я нею владав на волі,&lt;br /&gt;</w:t>
        <w:br/>
        <w:t>От тоді в мене хвалений будеш".&lt;br /&gt;</w:t>
        <w:br/>
        <w:t>Кіт відказує: "Лиш не плачте".&lt;br /&gt;</w:t>
        <w:br/>
        <w:t>Перебіг до коня та й каже:&lt;br /&gt;</w:t>
        <w:br/>
        <w:t>"Їдьмо, коню, в царівнине царство&lt;br /&gt;</w:t>
        <w:br/>
        <w:t>Чудесної тростки добувати,&lt;br /&gt;</w:t>
        <w:br/>
        <w:t>Із стовпа хазяїна визволяти!"&lt;br /&gt;</w:t>
        <w:br/>
        <w:t>Бистрий кіт — та й кінь не плохута[10]:&lt;br /&gt;</w:t>
        <w:br/>
        <w:t>Так і кинувся: "Гайда! їдьмо!"&lt;br /&gt;</w:t>
        <w:br/>
        <w:t>Кіт йому зараз плиг на спину,&lt;br /&gt;</w:t>
        <w:br/>
        <w:t>Та й помчали — не можна швидше!&lt;br /&gt;</w:t>
        <w:br/>
        <w:t>Як прискочили в друге царство,&lt;br /&gt;</w:t>
        <w:br/>
        <w:t>Кіт давай там мишей давити.&lt;br /&gt;</w:t>
        <w:br/>
        <w:t>Давить поспіль, усіх без розбору,&lt;br /&gt;</w:t>
        <w:br/>
        <w:t>Аж набрів на їхнього князя.&lt;br /&gt;</w:t>
        <w:br/>
        <w:t>Той благає: "Котику-брате,&lt;br /&gt;</w:t>
        <w:br/>
        <w:t>Бери що хочеш, даруй душею!"&lt;br /&gt;</w:t>
        <w:br/>
        <w:t>Кіт і каже: "Добудь мені тростку&lt;br /&gt;</w:t>
        <w:br/>
        <w:t>Із рук царівни, то будеш жити,&lt;br /&gt;</w:t>
        <w:br/>
        <w:t>А як ні — погублю з потомком!"&lt;br /&gt;</w:t>
        <w:br/>
        <w:t>Тоді мишачий князь як свисне!&lt;br /&gt;</w:t>
        <w:br/>
        <w:t>Пригромило мишей, мов війська,&lt;br /&gt;</w:t>
        <w:br/>
        <w:t>Сунуть плавом, що ніде й ступити.&lt;br /&gt;</w:t>
        <w:br/>
        <w:t>Стали гризти в палатах мури,&lt;br /&gt;</w:t>
        <w:br/>
        <w:t>І ось наймудріше мишатко&lt;br /&gt;</w:t>
        <w:br/>
        <w:t>Пролізло в покій до царівни.&lt;br /&gt;</w:t>
        <w:br/>
        <w:t>У покої високо й чисто;&lt;br /&gt;</w:t>
        <w:br/>
        <w:t>Посередині ліжко кедрове,&lt;br /&gt;</w:t>
        <w:br/>
        <w:t>А на ліжку під синім атласом&lt;br /&gt;</w:t>
        <w:br/>
        <w:t>Тихо спить молода царівна,&lt;br /&gt;</w:t>
        <w:br/>
        <w:t>А ту тросточку в рот поклала.&lt;br /&gt;</w:t>
        <w:br/>
        <w:t>Як угледіла теє мишка,&lt;br /&gt;</w:t>
        <w:br/>
        <w:t>Зараз нишком підкралась до рота,&lt;br /&gt;</w:t>
        <w:br/>
        <w:t>Устромила їй хвостика в ніздрі&lt;br /&gt;</w:t>
        <w:br/>
        <w:t>Та й ну лоскотати злегенька!&lt;br /&gt;</w:t>
        <w:br/>
        <w:t>То царівна як чхне спросоння —&lt;br /&gt;</w:t>
        <w:br/>
        <w:t>Так і випала тросточка з рота.&lt;br /&gt;</w:t>
        <w:br/>
        <w:t>Миша за неї та хода звідти.&lt;br /&gt;</w:t>
        <w:br/>
        <w:t>Оддала свою здобич котові,&lt;br /&gt;</w:t>
        <w:br/>
        <w:t>Кіт — на коника, та й помчали.&lt;br /&gt;</w:t>
        <w:br/>
        <w:t>Як примчали в своє посілля[11],&lt;br /&gt;</w:t>
        <w:br/>
        <w:t>Кіт поліз по стовпові, глянув —&lt;br /&gt;</w:t>
        <w:br/>
        <w:t>А хазяїн ледве що дише.&lt;br /&gt;</w:t>
        <w:br/>
        <w:t>Кіт оддав йому тростку. Узяв він,&lt;br /&gt;</w:t>
        <w:br/>
        <w:t>Помахнув нею, мовив тихо:&lt;br /&gt;</w:t>
        <w:br/>
        <w:t>"Нехай буде усе, як перше,—&lt;br /&gt;</w:t>
        <w:br/>
        <w:t>І двірок, і сад коло нього,&lt;br /&gt;</w:t>
        <w:br/>
        <w:t>А цей стовп розсиплеться в порох,&lt;br /&gt;</w:t>
        <w:br/>
        <w:t>А царівна стане край мене".&lt;br /&gt;</w:t>
        <w:br/>
        <w:t>Як сказав він, так і вчинилось:&lt;br /&gt;</w:t>
        <w:br/>
        <w:t>Стовп розсипався, в'язень вийшов,&lt;br /&gt;</w:t>
        <w:br/>
        <w:t>Коли зирк — аж тут і царівна.&lt;br /&gt;</w:t>
        <w:br/>
        <w:t>"А, голубко, то так ти дієш?&lt;br /&gt;</w:t>
        <w:br/>
        <w:t>Ну, не доки мені терпіти!"&lt;br /&gt;</w:t>
        <w:br/>
        <w:t>І звелів її кинути в прірву.</w:t>
      </w:r>
    </w:p>
    <w:p>
      <w:r>
        <w:br/>
        <w:t>Сам узяв собі іншу дружину.&lt;br /&gt;</w:t>
        <w:br/>
        <w:t>Жили вони довго й щасливо,&lt;br /&gt;</w:t>
        <w:br/>
        <w:t>І той кіт коло них, і коник.&lt;br /&gt;</w:t>
        <w:br/>
        <w:t>Аж доспіло три яблука красних:&lt;br /&gt;</w:t>
        <w:br/>
        <w:t>Одне мені, друге теж мені,&lt;br /&gt;</w:t>
        <w:br/>
        <w:t>Третє тому, хто збаяв казку.</w:t>
      </w:r>
    </w:p>
    <w:p>
      <w:r>
        <w:br/>
        <w:t>[1] Жежко — страшно, моторошно.</w:t>
      </w:r>
    </w:p>
    <w:p>
      <w:r>
        <w:br/>
        <w:t>[2] Каня — хижий птах, схожий на шуліку; знищує гризунів.</w:t>
      </w:r>
    </w:p>
    <w:p>
      <w:r>
        <w:br/>
        <w:t>[3] Чубунитись — пишатись.</w:t>
      </w:r>
    </w:p>
    <w:p>
      <w:r>
        <w:br/>
        <w:t>[4] Гергепа — велика незграбна людина (зневажливе).</w:t>
      </w:r>
    </w:p>
    <w:p>
      <w:r>
        <w:br/>
        <w:t>[5] Сап'ян — хром (шкіра).</w:t>
      </w:r>
    </w:p>
    <w:p>
      <w:r>
        <w:br/>
        <w:t>[6] Плахта-синітка — жіноче вбрання, схоже на спідницю, з переважанням синьої барви.</w:t>
      </w:r>
    </w:p>
    <w:p>
      <w:r>
        <w:br/>
        <w:t>[7] Поярковий — з вовни молодих ягнят.</w:t>
      </w:r>
    </w:p>
    <w:p>
      <w:r>
        <w:br/>
        <w:t>[8] Катанка — суконна кофта.</w:t>
      </w:r>
    </w:p>
    <w:p>
      <w:r>
        <w:br/>
        <w:t>[9] Куночка — куниця.</w:t>
      </w:r>
    </w:p>
    <w:p>
      <w:r>
        <w:br/>
        <w:t>[10] Плохута — смирний, тихий.</w:t>
      </w:r>
    </w:p>
    <w:p>
      <w:r>
        <w:br/>
        <w:t>[11] Посілля — помешкання.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Чудесна тростка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