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Човник</w:t>
      </w:r>
    </w:p>
    <w:p>
      <w:r>
        <w:br/>
        <w:t xml:space="preserve"> Чи довго я, нещасний,&lt;br /&gt;</w:t>
        <w:br/>
        <w:t>Буду так крушиться?&lt;br /&gt;</w:t>
        <w:br/>
        <w:t>Пора б уже перестати&lt;br /&gt;</w:t>
        <w:br/>
        <w:t>Скучать да нудиться!&lt;br /&gt;</w:t>
        <w:br/>
        <w:t>Пливе човник без весельця,&lt;br /&gt;</w:t>
        <w:br/>
        <w:t>К берегу звертає,&lt;br /&gt;</w:t>
        <w:br/>
        <w:t>Ніхто човником не править —&lt;br /&gt;</w:t>
        <w:br/>
        <w:t>Вітром прибиває;&lt;br /&gt;</w:t>
        <w:br/>
        <w:t>І до берега причаливсь&lt;br /&gt;</w:t>
        <w:br/>
        <w:t>Да й остановився,&lt;br /&gt;</w:t>
        <w:br/>
        <w:t>Не найшлось і там нікого,&lt;br /&gt;</w:t>
        <w:br/>
        <w:t>Кому б він згодився.&lt;br /&gt;</w:t>
        <w:br/>
        <w:t>Не було йому спокійно&lt;br /&gt;</w:t>
        <w:br/>
        <w:t>З берега лежати;&lt;br /&gt;</w:t>
        <w:br/>
        <w:t>Знай, все стукався об його,&lt;br /&gt;</w:t>
        <w:br/>
        <w:t>Як стане плескати.&lt;br /&gt;</w:t>
        <w:br/>
        <w:t>Потім хвиля ісхопилась,&lt;br /&gt;</w:t>
        <w:br/>
        <w:t>Сердешний одбився&lt;br /&gt;</w:t>
        <w:br/>
        <w:t>Од берега і знов плавать,&lt;br /&gt;</w:t>
        <w:br/>
        <w:t>Поки аж розбився.&lt;br /&gt;</w:t>
        <w:br/>
        <w:t>І я в світі, як той човник,&lt;br /&gt;</w:t>
        <w:br/>
        <w:t>Де пристань, не знаю;&lt;br /&gt;</w:t>
        <w:br/>
        <w:t>Де б хотілось, там не можна,&lt;br /&gt;</w:t>
        <w:br/>
        <w:t>Бо щастя не маю.&lt;br /&gt;</w:t>
        <w:br/>
        <w:t>Одбиває й мене хвиля&lt;br /&gt;</w:t>
        <w:br/>
        <w:t>Ізо всеї мочі;&lt;br /&gt;</w:t>
        <w:br/>
        <w:t>Піду, піду, помандрую,&lt;br /&gt;</w:t>
        <w:br/>
        <w:t>Куди глядять очі.&lt;br /&gt;</w:t>
        <w:br/>
        <w:t>Човнику ж тому байдуже,&lt;br /&gt;</w:t>
        <w:br/>
        <w:t>Чи хвиля, чи тихо;&lt;br /&gt;</w:t>
        <w:br/>
        <w:t>Він дерево, він не знає,&lt;br /&gt;</w:t>
        <w:br/>
        <w:t>Що то в світі лихо,&lt;br /&gt;</w:t>
        <w:br/>
        <w:t>А я бачу все і чую,&lt;br /&gt;</w:t>
        <w:br/>
        <w:t>Да серцем нуджуся.&lt;br /&gt;</w:t>
        <w:br/>
        <w:t>Ой як піду куди очі,&lt;br /&gt;</w:t>
        <w:br/>
        <w:t>То вже й не вернуся...&lt;br /&gt;</w:t>
        <w:br/>
        <w:t>Не будуть мене ховати,&lt;br /&gt;</w:t>
        <w:br/>
        <w:t>Де лежить мій батько,&lt;br /&gt;</w:t>
        <w:br/>
        <w:t>Де лежить мій брат із сестрами,&lt;br /&gt;</w:t>
        <w:br/>
        <w:t>Де лежить і дядько.&lt;br /&gt;</w:t>
        <w:br/>
        <w:t>Не буде йти за труною&lt;br /&gt;</w:t>
        <w:br/>
        <w:t>Старенькая мати;&lt;br /&gt;</w:t>
        <w:br/>
        <w:t>Не знатиме, коли син вмер,&lt;br /&gt;</w:t>
        <w:br/>
        <w:t>Не буде й плакати.&lt;br /&gt;</w:t>
        <w:br/>
        <w:t>Може, прийдеться де в лісі&lt;br /&gt;</w:t>
        <w:br/>
        <w:t>Або серед поля&lt;br /&gt;</w:t>
        <w:br/>
        <w:t>Заснуть вічно нещасному,&lt;br /&gt;</w:t>
        <w:br/>
        <w:t>Коли така доля.&lt;br /&gt;</w:t>
        <w:br/>
        <w:t>По мені дзвонить не будуть&lt;br /&gt;</w:t>
        <w:br/>
        <w:t>І ховать з попами;&lt;br /&gt;</w:t>
        <w:br/>
        <w:t>Роздовбають носом птахи&lt;br /&gt;</w:t>
        <w:br/>
        <w:t>Да звірі зубами&lt;br /&gt;</w:t>
        <w:br/>
        <w:t>Розтягають кістки мої&lt;br /&gt;</w:t>
        <w:br/>
        <w:t>Без шкури, без тіла;&lt;br /&gt;</w:t>
        <w:br/>
        <w:t>Ніхто в світі не знатиме,&lt;br /&gt;</w:t>
        <w:br/>
        <w:t>Де моя могила.&lt;br /&gt;</w:t>
        <w:br/>
        <w:t>Ніхто й жменьки землі зверху&lt;br /&gt;</w:t>
        <w:br/>
        <w:t>На мене не кине,&lt;br /&gt;</w:t>
        <w:br/>
        <w:t>Бо біг тільки буде знати,&lt;br /&gt;</w:t>
        <w:br/>
        <w:t>Де смерть ізостріне.&lt;br /&gt;</w:t>
        <w:br/>
        <w:t>І волосся вітер буйний&lt;br /&gt;</w:t>
        <w:br/>
        <w:t>Рознесе по полю;&lt;br /&gt;</w:t>
        <w:br/>
        <w:t>Чи вже й душа на тім світі&lt;br /&gt;</w:t>
        <w:br/>
        <w:t>Піде у неволю?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