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Чорногорія</w:t>
      </w:r>
    </w:p>
    <w:p>
      <w:r>
        <w:br/>
        <w:t xml:space="preserve"> &lt;p&gt;Синій день, сині горби вдалині, густої сині — аж чорної — наллято в річку. Тільки-но почався ранок, і серпень ходить луками, збиває у колгоспному садку солодкі груші, що звуться бабами... До воріт, за якими отарою побігли по низині малі кленові кущі, виходить сторож дід Мар'ян та й сипле яблука.</w:t>
      </w:r>
    </w:p>
    <w:p>
      <w:r>
        <w:br/>
        <w:t>Ніхто не вірить його ласці. А що коли це обман, пастка, в яку нас хоче піймати Мар'ян?</w:t>
      </w:r>
    </w:p>
    <w:p>
      <w:r>
        <w:br/>
        <w:t>Стоїмо віддалік, боїмось наближатися.</w:t>
      </w:r>
    </w:p>
    <w:p>
      <w:r>
        <w:br/>
        <w:t>Мар'ян повертається до нас спиною і повільно йде поміж крутобокої капусти.</w:t>
      </w:r>
    </w:p>
    <w:p>
      <w:r>
        <w:br/>
        <w:t>Перший кидається до яблук Льоня. Він часто кліпає віями — блідими, невиразними, і, не одриваючи погляду від Мар'яна, простягає худу руку, напихає свої кишені золотими ранетами. Мені й Олегові дістаються рештки.</w:t>
      </w:r>
    </w:p>
    <w:p>
      <w:r>
        <w:br/>
        <w:t>Льоня їсть і мовчить. Його рот набитий золотим ранетом. Великі очі мають такий колір, ніби в них плавають сірі хмари. Олег теж мовчить. Він обережно відкушує од яблука, яке в нього вже останнє. Йому, мабуть, не віриться, що зараз ось ще двічі встромить білі зуби в цукристий плід — і його не стане.</w:t>
      </w:r>
    </w:p>
    <w:p>
      <w:r>
        <w:br/>
        <w:t>І ось яблука не стало. Олег не міг відірвати погляду від кишень нашого ватажка.</w:t>
      </w:r>
    </w:p>
    <w:p>
      <w:r>
        <w:br/>
        <w:t>— Льоню, дай,— нарешті не втерпів Олег.</w:t>
      </w:r>
    </w:p>
    <w:p>
      <w:r>
        <w:br/>
        <w:t>— Що тобі дати?</w:t>
      </w:r>
    </w:p>
    <w:p>
      <w:r>
        <w:br/>
        <w:t>По виразу його обличчя Олег догадався, що нічого не одержить. Але йому дуже кортіло...</w:t>
      </w:r>
    </w:p>
    <w:p>
      <w:r>
        <w:br/>
        <w:t>— Яблуко...</w:t>
      </w:r>
    </w:p>
    <w:p>
      <w:r>
        <w:br/>
        <w:t>— А ти думаєш, що яблука я для себе взяв? Що я їх сам поїм? Ви про Оксану обоє забули, злускали, що мали. А я про неї не забув. І ці яблука — для неї.</w:t>
      </w:r>
    </w:p>
    <w:p>
      <w:r>
        <w:br/>
        <w:t>Я відчув сором: забути за Оксану! Всі яблука з'їсти самому, а нашій Оксані не лишити й хвостика...</w:t>
      </w:r>
    </w:p>
    <w:p>
      <w:r>
        <w:br/>
        <w:t>— Йдемо до Оксани,— скомандував Льоня.</w:t>
      </w:r>
    </w:p>
    <w:p>
      <w:r>
        <w:br/>
        <w:t>Ми підвелись, Льоня критичним зором оглянув мене й Олега.</w:t>
      </w:r>
    </w:p>
    <w:p>
      <w:r>
        <w:br/>
        <w:t>— Ну й брудні ж ви! Чисто як поросята. Йдемо до води.</w:t>
      </w:r>
    </w:p>
    <w:p>
      <w:r>
        <w:br/>
        <w:t>Пішли до річки. Забрели далі від берега і стали митися.</w:t>
      </w:r>
    </w:p>
    <w:p>
      <w:r>
        <w:br/>
        <w:t>— Піском тріть ноги! — гукав з сухого Льоня. Він, як завжди, був чистий. А ноги терти йому не треба було — вони були взуті в парусинові туфлі.</w:t>
      </w:r>
    </w:p>
    <w:p>
      <w:r>
        <w:br/>
        <w:t>Ми набирали в жмені піску, здирали із ніг ту шкаралупу, яка робила їх чорними. Далі хлюпали воду, що пахла жабуринням, собі на обличчя і чекали, коли ж Льоня накаже кінчати.</w:t>
      </w:r>
    </w:p>
    <w:p>
      <w:r>
        <w:br/>
        <w:t>Десь за півгодини Льоня сказав, що в такому вигляді ми обидва можемо з'явитись перед Оксанині очі. У мене з литок цебеніла кров, текла кривавиця й з Олегових колін,— ми таки сумлінно дряпали себе камінцями. Але тепер не соромно йти до Оксани...</w:t>
      </w:r>
    </w:p>
    <w:p>
      <w:r>
        <w:br/>
        <w:t>Оксана була дочкою Дмитра Сергійовича, нашого учителя. Він був хороший, справедливий учитель, і частину любові, яку ми відчували в своїх серцях до нього, перенесли на Оксану. Ми навчалися в третьому класі, а вона тільки цієї осені збиралася піти перший раз у школу, але дівчина була повноправним членом нашого товариства.</w:t>
      </w:r>
    </w:p>
    <w:p>
      <w:r>
        <w:br/>
        <w:t>Оксана давала нам цікаві книжки, які були в бібліотеці її батька. Я пригадую зараз, що це були захоплюючі твори про капітана Немо і його "Наутілус", про людину-амфібію. І ще була одна книга. Її назва вивітрилася з моєї голови. В ній розповідалось про Австралію, про чудесний корабель, який пересувався по морю, в повітрі і під землею. Хтось вирвав з книги початок і кінець, але пригодницька оповідь від цього лише вигравала: вона була більш таємничою, і багато пригод нам доводилось домальовувати у своїй уяві.</w:t>
      </w:r>
    </w:p>
    <w:p>
      <w:r>
        <w:br/>
        <w:t>...Льоня обережно постукав у двері. Ми стояли в нього за спиною і прислухались до звуків, що долітали зсередини. А в кімнаті — дзвінкий голосок Оксани. Вона так швидко й радісно говорила, що й розібрати не можна було.</w:t>
      </w:r>
    </w:p>
    <w:p>
      <w:r>
        <w:br/>
        <w:t>Льоня постукав енергійніше і в очікуванні прикусив тонку нижню губу.</w:t>
      </w:r>
    </w:p>
    <w:p>
      <w:r>
        <w:br/>
        <w:t>— Можна! Ввійдіть! — пролунав жіночий голос.</w:t>
      </w:r>
    </w:p>
    <w:p>
      <w:r>
        <w:br/>
        <w:t>Жіночий голос незнайомий. Ми знали, що в Дмитра Сергійовича немає дружини, що ось скільки вже років вони живуть з Оксаною вдвох. І ми залишилися стояти в півтемному коридорі.</w:t>
      </w:r>
    </w:p>
    <w:p>
      <w:r>
        <w:br/>
        <w:t>Оксана сама відчинила двері.</w:t>
      </w:r>
    </w:p>
    <w:p>
      <w:r>
        <w:br/>
        <w:t>— Хлопці, це ви? Добрий день, яка я рада, чого ж ви стоїте? — скоромовкою випалила вона і відступила трохи в кімнату, запрошуючи нас.</w:t>
      </w:r>
    </w:p>
    <w:p>
      <w:r>
        <w:br/>
        <w:t>Льоня переступив поріг, за ним я, останнім — Олег. Ми збилися біля пузатого буфета. Перше, що впало нам у вічі, це два розкриті чемодани. А біля столу сиділа незнайома жінка. Дмитра Сергійовича не було.</w:t>
      </w:r>
    </w:p>
    <w:p>
      <w:r>
        <w:br/>
        <w:t>Незнайома жінка ласкаво усміхалася. У неї були густо пофарбовані брови. І губи не такі, як у всіх жінок. У цієї жінки губи голубі...</w:t>
      </w:r>
    </w:p>
    <w:p>
      <w:r>
        <w:br/>
        <w:t>— Оксано, ми тобі яблук принесли,— нарешті знайшовся Льоня.</w:t>
      </w:r>
    </w:p>
    <w:p>
      <w:r>
        <w:br/>
        <w:t>І почав викладати на буфет ранети. Льоня завжди був хоробрий, ми з Олегом переймали в нього вміння незалежно й гордо поводитись. Але зараз він був несміливий, і його нерішучість передавалась мені й Олегові.</w:t>
      </w:r>
    </w:p>
    <w:p>
      <w:r>
        <w:br/>
        <w:t>Одне яблуко впало на підлогу, Оксана швидко стрибнула за ним, піймала і вп'ялася в його рум'яний бік гострими зубами.</w:t>
      </w:r>
    </w:p>
    <w:p>
      <w:r>
        <w:br/>
        <w:t>— Оксанко, вгощай хлопців цукерками,— сказала жінка, яка сиділа за столом, і подала Оксані велику коробку.</w:t>
      </w:r>
    </w:p>
    <w:p>
      <w:r>
        <w:br/>
        <w:t>— І справді, беріть, хлопчики,—припрошувала нас дівчинка.</w:t>
      </w:r>
    </w:p>
    <w:p>
      <w:r>
        <w:br/>
        <w:t>Олег узяв перший. Розгорнув хрумкий папірець, поклав до рота шоколадного "Ведмедика". Я теж узяв. Лише Льоня відмовився. Він сказав:</w:t>
      </w:r>
    </w:p>
    <w:p>
      <w:r>
        <w:br/>
        <w:t>— Я сьогодні їх по саму зав'язку наївся. Спасибі.</w:t>
      </w:r>
    </w:p>
    <w:p>
      <w:r>
        <w:br/>
        <w:t>Ми з Олегом так і вилупили на нього очі. Що це Льоня меле? Адже ми сьогодні цілий день були разом. І коли чого по саму зав'язку наївся Льоня, то це були ранети, але ж не "Ведмедики"!</w:t>
      </w:r>
    </w:p>
    <w:p>
      <w:r>
        <w:br/>
        <w:t>Оксана сказала:</w:t>
      </w:r>
    </w:p>
    <w:p>
      <w:r>
        <w:br/>
        <w:t>— Хлопчики, це моя мама приїхала.</w:t>
      </w:r>
    </w:p>
    <w:p>
      <w:r>
        <w:br/>
        <w:t>Жінка почала червоніти. Ми виразно бачили, як її білі щоки наливаються кров'ю, темніють.</w:t>
      </w:r>
    </w:p>
    <w:p>
      <w:r>
        <w:br/>
        <w:t>Жінка сказала:</w:t>
      </w:r>
    </w:p>
    <w:p>
      <w:r>
        <w:br/>
        <w:t>— Ви йдіть, хлопці, пограйтесь на вулиці.</w:t>
      </w:r>
    </w:p>
    <w:p>
      <w:r>
        <w:br/>
        <w:t>Ми вийшли. Та далеко не подалися. Сиділи на вигоні під сосною. І мовчали. Льоня не дивився на нас — його погляд блукав десь у небі.</w:t>
      </w:r>
    </w:p>
    <w:p>
      <w:r>
        <w:br/>
        <w:t>А Олег запитав:</w:t>
      </w:r>
    </w:p>
    <w:p>
      <w:r>
        <w:br/>
        <w:t>— Де в Оксани взялася мама?</w:t>
      </w:r>
    </w:p>
    <w:p>
      <w:r>
        <w:br/>
        <w:t>Цього не знав ні Льоня, ні я. Тому ми й не відповіли на його запитання.</w:t>
      </w:r>
    </w:p>
    <w:p>
      <w:r>
        <w:br/>
        <w:t>Згодом по дорозі пройшов Дмитро Сергійович. Він був у білих полотняних штанях і в солом'яному капелюсі. Коли він уже проминув нас, завертаючи у свій двір, Олег гукнув:</w:t>
      </w:r>
    </w:p>
    <w:p>
      <w:r>
        <w:br/>
        <w:t>— А до Оксани мама приїхала!</w:t>
      </w:r>
    </w:p>
    <w:p>
      <w:r>
        <w:br/>
        <w:t>Дмитро Сергійович зупинився. Він повернувся в наш бік і поспитав:</w:t>
      </w:r>
    </w:p>
    <w:p>
      <w:r>
        <w:br/>
        <w:t>— Що ви сказали, Олег?</w:t>
      </w:r>
    </w:p>
    <w:p>
      <w:r>
        <w:br/>
        <w:t>І Льоня, і я здивувались, що вчитель назвав Олега на "ви". Та й сам Олег здивувався. Але він ще раз повторив:</w:t>
      </w:r>
    </w:p>
    <w:p>
      <w:r>
        <w:br/>
        <w:t>— До Оксани мама приїхала.</w:t>
      </w:r>
    </w:p>
    <w:p>
      <w:r>
        <w:br/>
        <w:t>Дмитро Сергійович деякий час стояв, ніби вникаючи в те, що почув, а потім повільно пішов у свій дім.</w:t>
      </w:r>
    </w:p>
    <w:p>
      <w:r>
        <w:br/>
        <w:t>Ми сиділи й нудьгували. Потім полягали навзнак, дивилися в небо і знову нудьгували. Бо з нами не було Оксани. А її не було тому, що приїхала мама...</w:t>
      </w:r>
    </w:p>
    <w:p>
      <w:r>
        <w:br/>
        <w:t>— І нащо вона приїхала? — запитав Олег.</w:t>
      </w:r>
    </w:p>
    <w:p>
      <w:r>
        <w:br/>
        <w:t>Я не відповів, бо не знав. Моя мама завжди жила зі мною і з моїм батьком. А в Льоні взагалі не було мами. Вона померла, а він жив у бабусі.</w:t>
      </w:r>
    </w:p>
    <w:p>
      <w:r>
        <w:br/>
        <w:t>Ми й не помітили, як на вигоні з'явилася Оксана. Вона сіла на траву біля нас і сказала:</w:t>
      </w:r>
    </w:p>
    <w:p>
      <w:r>
        <w:br/>
        <w:t>— Тато мене послав до вас...</w:t>
      </w:r>
    </w:p>
    <w:p>
      <w:r>
        <w:br/>
        <w:t>В очах у Льоні світився сум. Льоня ніби питав: а ти сама не могла прийти?</w:t>
      </w:r>
    </w:p>
    <w:p>
      <w:r>
        <w:br/>
        <w:t>— Тато хоче поговорити з мамою без мене,— пояснила Оксана.</w:t>
      </w:r>
    </w:p>
    <w:p>
      <w:r>
        <w:br/>
        <w:t>Льоня запитав у нас:</w:t>
      </w:r>
    </w:p>
    <w:p>
      <w:r>
        <w:br/>
        <w:t>— Підете зі мною, куди я поведу?</w:t>
      </w:r>
    </w:p>
    <w:p>
      <w:r>
        <w:br/>
        <w:t>— Купатися? — недогадливо сказав Олег. Він зовсім не помітив таємничого світла в Льониних очах.</w:t>
      </w:r>
    </w:p>
    <w:p>
      <w:r>
        <w:br/>
        <w:t>Льоня витримав паузу.</w:t>
      </w:r>
    </w:p>
    <w:p>
      <w:r>
        <w:br/>
        <w:t>— В Чорногорію,— сказав він.</w:t>
      </w:r>
    </w:p>
    <w:p>
      <w:r>
        <w:br/>
        <w:t>Ми притихли.</w:t>
      </w:r>
    </w:p>
    <w:p>
      <w:r>
        <w:br/>
        <w:t>— Піду,— першим погодився я.</w:t>
      </w:r>
    </w:p>
    <w:p>
      <w:r>
        <w:br/>
        <w:t>— І я,— підтримав мене Олег.</w:t>
      </w:r>
    </w:p>
    <w:p>
      <w:r>
        <w:br/>
        <w:t>Оксана не давала своєї згоди.</w:t>
      </w:r>
    </w:p>
    <w:p>
      <w:r>
        <w:br/>
        <w:t>— А ти? — запитав у неї Льоня.</w:t>
      </w:r>
    </w:p>
    <w:p>
      <w:r>
        <w:br/>
        <w:t>— До мене мама приїхала...— почала невпевнено Оксана.</w:t>
      </w:r>
    </w:p>
    <w:p>
      <w:r>
        <w:br/>
        <w:t>Льоня перебив:</w:t>
      </w:r>
    </w:p>
    <w:p>
      <w:r>
        <w:br/>
        <w:t>— Отже, не бажаєш?</w:t>
      </w:r>
    </w:p>
    <w:p>
      <w:r>
        <w:br/>
        <w:t>Оксана вагалася. Це ми добре бачили. Льоня сказав:</w:t>
      </w:r>
    </w:p>
    <w:p>
      <w:r>
        <w:br/>
        <w:t>— Хлопці, ходімо!</w:t>
      </w:r>
    </w:p>
    <w:p>
      <w:r>
        <w:br/>
        <w:t>Й Оксана пішла з нами.</w:t>
      </w:r>
    </w:p>
    <w:p>
      <w:r>
        <w:br/>
        <w:t>Чорногорія була за селом. Її горби мріли під розпеченим промінням. Її пологі боки уквітчані зеленим лісом. Там печери. В них бував лише Льоня і про них розказував багато цікавого. Та скільки ми не просили його, не хотів нас завести туди. А сьогодні наважився.</w:t>
      </w:r>
    </w:p>
    <w:p>
      <w:r>
        <w:br/>
        <w:t>Льоня вів. Він широко розмахував руками, ніби збирався летіти, бо ж під гору було йти нелегко.</w:t>
      </w:r>
    </w:p>
    <w:p>
      <w:r>
        <w:br/>
        <w:t>Позаду неохоче пленталась Оксана. Сьогодні вона була невпізнанна — мовчазна і невесела.</w:t>
      </w:r>
    </w:p>
    <w:p>
      <w:r>
        <w:br/>
        <w:t>Олег питав у неї:</w:t>
      </w:r>
    </w:p>
    <w:p>
      <w:r>
        <w:br/>
        <w:t>— До тебе мама приїхала?</w:t>
      </w:r>
    </w:p>
    <w:p>
      <w:r>
        <w:br/>
        <w:t>— Еге.</w:t>
      </w:r>
    </w:p>
    <w:p>
      <w:r>
        <w:br/>
        <w:t>— А де вона була?</w:t>
      </w:r>
    </w:p>
    <w:p>
      <w:r>
        <w:br/>
        <w:t>— У місті.</w:t>
      </w:r>
    </w:p>
    <w:p>
      <w:r>
        <w:br/>
        <w:t>— Чому ж вона з тобою не жила?</w:t>
      </w:r>
    </w:p>
    <w:p>
      <w:r>
        <w:br/>
        <w:t>— А мама була покинула мене й тата.</w:t>
      </w:r>
    </w:p>
    <w:p>
      <w:r>
        <w:br/>
        <w:t>— А тепер?</w:t>
      </w:r>
    </w:p>
    <w:p>
      <w:r>
        <w:br/>
        <w:t>— Тепер вона повернулась,— неохоче відповіла Оксана.</w:t>
      </w:r>
    </w:p>
    <w:p>
      <w:r>
        <w:br/>
        <w:t>Потім у її голосі забриніла радість:</w:t>
      </w:r>
    </w:p>
    <w:p>
      <w:r>
        <w:br/>
        <w:t>— Я така рада! Тепер у мене буде мама...</w:t>
      </w:r>
    </w:p>
    <w:p>
      <w:r>
        <w:br/>
        <w:t>Уже похмурий ліс оточував нас. Співали пташки. Стало прохолодно. Піскувата дорога звивистою стрічкою п'ялася поміж голого коріння, обшморганого колесами возів та автомашин.</w:t>
      </w:r>
    </w:p>
    <w:p>
      <w:r>
        <w:br/>
        <w:t>Оксана зупинилася.</w:t>
      </w:r>
    </w:p>
    <w:p>
      <w:r>
        <w:br/>
        <w:t>— Далі я не піду... Я хочу до мами.</w:t>
      </w:r>
    </w:p>
    <w:p>
      <w:r>
        <w:br/>
        <w:t>І вона побігла назад. З гори було бігти легко. Ми стежили, як між дерев біліє її коротеньке платтячко. Мовчали. Льоня супився. Олег зневажливо кривив губи. Я почував себе скривдженим.</w:t>
      </w:r>
    </w:p>
    <w:p>
      <w:r>
        <w:br/>
        <w:t>А ліс був гарний, повний свіжості й щебету. Пахло глицею, землею, потривоженою мурахами.</w:t>
      </w:r>
    </w:p>
    <w:p>
      <w:r>
        <w:br/>
        <w:t>Напевне, ні я, ні Олег не розуміли Оксаниного вчинку. Його міг зрозуміти лише Льоня: адже в нього нема мами...</w:t>
      </w:r>
    </w:p>
    <w:p>
      <w:r>
        <w:br/>
        <w:t>Він сказав:</w:t>
      </w:r>
    </w:p>
    <w:p>
      <w:r>
        <w:br/>
        <w:t>— До печер ми не підем.</w:t>
      </w:r>
    </w:p>
    <w:p>
      <w:r>
        <w:br/>
        <w:t>Він ступив крок, другий, минув мене, Олега і став спускатися з гори...</w:t>
      </w:r>
    </w:p>
    <w:p>
      <w:r>
        <w:br/>
        <w:t>Ми знову повкладалися на вигоні. Лігши навзнак, стежили, що робиться на небі. А там пливли хмари. Вони й відбивалися в Льониних очах.</w:t>
      </w:r>
    </w:p>
    <w:p>
      <w:r>
        <w:br/>
        <w:t>...Вечір був фіалковий. Від річки брів молочний туман. Я зривав травинку за травинкою і відчував, як вони свіжо й гостро пахнуть.</w:t>
      </w:r>
    </w:p>
    <w:p>
      <w:r>
        <w:br/>
        <w:t>А потім з учителевого двору вийшла Оксана. За нею слідом з'явилась її мама. У мами було сумне обличчя. Вона несла в руках чемодани: у правій руці — більший, у лівій—менший. Вона поставила чемодани на курну дорогу, постояла біля них, ніби роздумувала над чимось.</w:t>
      </w:r>
    </w:p>
    <w:p>
      <w:r>
        <w:br/>
        <w:t>— Хлопці,—прошепотів Льоня.—Оксанина мама знову їде.</w:t>
      </w:r>
    </w:p>
    <w:p>
      <w:r>
        <w:br/>
        <w:t>Ми перевернулися на животи й дивились на те, що відбувалося перед нашими очима.</w:t>
      </w:r>
    </w:p>
    <w:p>
      <w:r>
        <w:br/>
        <w:t>Оксана наблизилась до нас.</w:t>
      </w:r>
    </w:p>
    <w:p>
      <w:r>
        <w:br/>
        <w:t>— Хлопчики, я їду,— сказала вона.</w:t>
      </w:r>
    </w:p>
    <w:p>
      <w:r>
        <w:br/>
        <w:t>Ми не знаходили, що їй сказати.</w:t>
      </w:r>
    </w:p>
    <w:p>
      <w:r>
        <w:br/>
        <w:t>— Куди? — запитав тихо Олег.</w:t>
      </w:r>
    </w:p>
    <w:p>
      <w:r>
        <w:br/>
        <w:t>— З мамою. Вона бере мене з собою.</w:t>
      </w:r>
    </w:p>
    <w:p>
      <w:r>
        <w:br/>
        <w:t>— А чом вона не хоче залишитися тут? — ще запитав Олег.</w:t>
      </w:r>
    </w:p>
    <w:p>
      <w:r>
        <w:br/>
        <w:t>— Тато не хоче простити маму.</w:t>
      </w:r>
    </w:p>
    <w:p>
      <w:r>
        <w:br/>
        <w:t>— І ти їдеш з мамою? — різко запитав Олег.</w:t>
      </w:r>
    </w:p>
    <w:p>
      <w:r>
        <w:br/>
        <w:t>— Їду. До побачення, хлопці.</w:t>
      </w:r>
    </w:p>
    <w:p>
      <w:r>
        <w:br/>
        <w:t>— До побачення,— сказав я.</w:t>
      </w:r>
    </w:p>
    <w:p>
      <w:r>
        <w:br/>
        <w:t>Лише Льоня нічого не відповів.</w:t>
      </w:r>
    </w:p>
    <w:p>
      <w:r>
        <w:br/>
        <w:t>Оксана крутнулася на одній нозі. В повітрі замайорів її червоний бантик. Вона підбігла до своєї матері, і вони стали віддалятися по дорозі. Вони прямували туди ж, куди ми недавно ходили, щоб відвідати печери. Вони йшли на вокзал.</w:t>
      </w:r>
    </w:p>
    <w:p>
      <w:r>
        <w:br/>
        <w:t>Коли мама з Оксаною вже піднімалися на перший горб, на подвір'ї появився Дмитро Сергійович. Він поволі пройшов до воріт. Зупинився. Він був похнюплений, зажурений.</w:t>
      </w:r>
    </w:p>
    <w:p>
      <w:r>
        <w:br/>
        <w:t>Ми зрозуміли, що він сумує за Оксаною. Адже він її дуже любив, він і рибу ходив з нею ловити, і полуниці збирати в лісі. І ми її любили так само, як батько. Нам стало шкода його. Неймовірно шкода. Як вона могла зрадити батька? Нашого Дмитра Сергійовича, який був хорошим учителем, справедливим — і зовсім не строгим.</w:t>
      </w:r>
    </w:p>
    <w:p>
      <w:r>
        <w:br/>
        <w:t>Як вона могла? Невже влада матері, якої вона зовсім не знала, бо її постійно не було з нею, була сильніша за любов і ласку батька, якими він наділяв свою Оксану щоденно?</w:t>
      </w:r>
    </w:p>
    <w:p>
      <w:r>
        <w:br/>
        <w:t>Ми щодуху побігли до лісу. Ми відчували, як у наших грудях шалено б'ються серця. Зминули з дороги, мчалися поміж старих вікових дубів, щоб швидше наздогнати втікачку. Ген уже завиднілося біле платтячко Оксани, і стало виразно видно два чемодани в руках її матері. В наших очах миготіли зелені кущі, навкруги було урочисто й тихо. А Льоня закричав:</w:t>
      </w:r>
    </w:p>
    <w:p>
      <w:r>
        <w:br/>
        <w:t>— Зра-а-а-дни-и-ця-яя!</w:t>
      </w:r>
    </w:p>
    <w:p>
      <w:r>
        <w:br/>
        <w:t>Здавалось, він набрав у груди силу-силенну повітря і доки не видихне його, то й не скінчить цього дошкульного, жорстокого слова.</w:t>
      </w:r>
    </w:p>
    <w:p>
      <w:r>
        <w:br/>
        <w:t>Оксана почула, але не оглянулась. Тільки зігнулася, ніби хтось боляче шмагнув її батогом по худеньких плечах.</w:t>
      </w:r>
    </w:p>
    <w:p>
      <w:r>
        <w:br/>
        <w:t>— Зра-дни-ця-я-я! — закричав Льоня, і в його очах було повно темних грозових хмар.</w:t>
      </w:r>
    </w:p>
    <w:p>
      <w:r>
        <w:br/>
        <w:t>Це слово підхопив Олег. Він широко розкрив рота, і слово вилинало звідти, гомоніло в лісі — кінця йому не чути.</w:t>
      </w:r>
    </w:p>
    <w:p>
      <w:r>
        <w:br/>
        <w:t>Я згадав, як Дмитро Сергійович зажурено стояв біля воріт,— і спазми перехопили моє горло.</w:t>
      </w:r>
    </w:p>
    <w:p>
      <w:r>
        <w:br/>
        <w:t>Я теж крикнув те слово, але в мене воно прозвучало тихо, невпевнено і зовсім не мало тієї сили, що воно мало, народившись у грудях Льоні й Олега.</w:t>
      </w:r>
    </w:p>
    <w:p>
      <w:r>
        <w:br/>
        <w:t>Кругом нас — темношатий ліс, поміж його вітами скісно падали золоті снопи сонця, і котилися луни, і в горлі в мене було жорстко і сухо.</w:t>
      </w:r>
    </w:p>
    <w:p>
      <w:r>
        <w:br/>
        <w:t>А потім на траву-мураву упав Льоня, закривши руками лице, і в нього раз здригнулись плечі, другий...</w:t>
      </w:r>
    </w:p>
    <w:p>
      <w:r>
        <w:br/>
        <w:t>Чорногорія оточувала нас своїм ласкавим шумом, вона вливалася в нас вечоровою прохолодою, всотувалася в очі серпневою зеленню.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Чорногорія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