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Чорнобильський ліс</w:t>
      </w:r>
    </w:p>
    <w:p>
      <w:r>
        <w:br/>
        <w:t xml:space="preserve"> Один за одним сходять долі клени,&lt;br /&gt;</w:t>
        <w:br/>
        <w:t>І музика мовчить по убієнних,&lt;br /&gt;</w:t>
        <w:br/>
        <w:t>І чорні трави мервляться у страсі&lt;br /&gt;</w:t>
        <w:br/>
        <w:t>По річці,&lt;br /&gt;</w:t>
        <w:br/>
        <w:t>по землі,&lt;br /&gt;</w:t>
        <w:br/>
        <w:t>і по комасі.&lt;br /&gt;</w:t>
        <w:br/>
        <w:t>Все нижче опускаються коліна –&lt;br /&gt;</w:t>
        <w:br/>
        <w:t>У ясенів обпалено коріння.&lt;br /&gt;</w:t>
        <w:br/>
        <w:t>О, хто ми?&lt;br /&gt;</w:t>
        <w:br/>
        <w:t>Що ми?&lt;br /&gt;</w:t>
        <w:br/>
        <w:t>Звідкіля прибули?&lt;br /&gt;</w:t>
        <w:br/>
        <w:t>В нас хвора пам"ять.&lt;br /&gt;</w:t>
        <w:br/>
        <w:t>Ми усе забули&lt;br /&gt;</w:t>
        <w:br/>
        <w:t>І вже таки по всьому.&lt;br /&gt;</w:t>
        <w:br/>
        <w:t>Навіть вітер –&lt;br /&gt;</w:t>
        <w:br/>
        <w:t>Лиш соломинка перетертих мітел,&lt;br /&gt;</w:t>
        <w:br/>
        <w:t>Лиш камінець у горлі.&lt;br /&gt;</w:t>
        <w:br/>
        <w:t>І нікому&lt;br /&gt;</w:t>
        <w:br/>
        <w:t>Не відшукати батьківського дому.&lt;br /&gt;</w:t>
        <w:br/>
        <w:t>Горючий пал.&lt;br /&gt;</w:t>
        <w:br/>
        <w:t>І хворість…&lt;br /&gt;</w:t>
        <w:br/>
        <w:t>І задуха.&lt;br /&gt;</w:t>
        <w:br/>
        <w:t>В болоті, на купині – мертві духи.&lt;br /&gt;</w:t>
        <w:br/>
        <w:t>Отам – побіля кістяка морелі&lt;br /&gt;</w:t>
        <w:br/>
        <w:t>Русалчині віночки,&lt;br /&gt;</w:t>
        <w:br/>
        <w:t>Скрипка Леля…&lt;br /&gt;</w:t>
        <w:br/>
        <w:t>І висохлі струмків співучі жили,&lt;br /&gt;</w:t>
        <w:br/>
        <w:t>З яких пили.&lt;br /&gt;</w:t>
        <w:br/>
        <w:t>Й за те, либонь, убили.&lt;br /&gt;</w:t>
        <w:br/>
        <w:t>Бредуть в світи — руді і погорілі,&lt;br /&gt;</w:t>
        <w:br/>
        <w:t>Дерева із яких зірвали шкіру…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Чорнобильський 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