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Чорнило</w:t>
      </w:r>
    </w:p>
    <w:p>
      <w:r>
        <w:br/>
        <w:t xml:space="preserve"> &lt;p&gt;Як пішов Ромко до третього класу, мало не цілий місяць носив у полотняній сумці тільки два зошити.</w:t>
      </w:r>
    </w:p>
    <w:p>
      <w:r>
        <w:br/>
        <w:t>А з цієї неділі хлопець звеселів: у місті на базарі мати купила за сто карбованців "Українську мову" й виміняла за масло п'ять зошитів. О, теперечки він матиме що носити в новій сумці!</w:t>
      </w:r>
    </w:p>
    <w:p>
      <w:r>
        <w:br/>
        <w:t>А тут одразу й друга радість: дядько Прокіп десь дістав чорнильницю. Не якусь там пляшечку з-під ліків, а справжню білу чорнильницю. Ще й обіцяв на чорнило хімічного олівця роздобути.</w:t>
      </w:r>
    </w:p>
    <w:p>
      <w:r>
        <w:br/>
        <w:t>Завтра Ромко буде писати диктант у новому зошиті й з нової чорнильниці. І він уже надумав... То дурнуватий Генка не додумався б, а Ромко... ха-ха!.. Біля дядька Прокопа он яка гарна бузина росте.</w:t>
      </w:r>
    </w:p>
    <w:p>
      <w:r>
        <w:br/>
        <w:t>Вдома Ромко надушив із ягід бузини соку, написав ним на газеті своє прізвище й ім'я — ух! Чорнило вийшло — ліпшого не треба.</w:t>
      </w:r>
    </w:p>
    <w:p>
      <w:r>
        <w:br/>
        <w:t>Легко й весело йшлось Ромкові вранці до школи. Ще б пак! В сумці нова книжка, нові зошити, в руках — нова чорнильниця. Не часто таке трапляється.</w:t>
      </w:r>
    </w:p>
    <w:p>
      <w:r>
        <w:br/>
        <w:t>В класі Ромко вийняв нового зошита, поставив на парту чорнильницю й глянув на свого сусіда по парті — Сашка: як той поставиться до його, Ромкових, обновок.</w:t>
      </w:r>
    </w:p>
    <w:p>
      <w:r>
        <w:br/>
        <w:t>— Ого, яка в тебе чорнильниця! — здивувався Сашко. — Де ти таку взяв?</w:t>
      </w:r>
    </w:p>
    <w:p>
      <w:r>
        <w:br/>
        <w:t>— Дядько Прокіп подарував,— відповів Ромко.</w:t>
      </w:r>
    </w:p>
    <w:p>
      <w:r>
        <w:br/>
        <w:t>— Даси пописати своїм чорнилом?</w:t>
      </w:r>
    </w:p>
    <w:p>
      <w:r>
        <w:br/>
        <w:t>— Пиши,— сказав Ромко,— мені не шкода.</w:t>
      </w:r>
    </w:p>
    <w:p>
      <w:r>
        <w:br/>
        <w:t>Сашко вдячно подивився на товариша, Ромко це помітив — і йому стало тепло.</w:t>
      </w:r>
    </w:p>
    <w:p>
      <w:r>
        <w:br/>
        <w:t>Тим часом їхня вчителька Надія Степанівна зробила перекличку учнів і сказала підготуватись до диктанту.</w:t>
      </w:r>
    </w:p>
    <w:p>
      <w:r>
        <w:br/>
        <w:t>— Отже, діти, починаємо писати,— сказала Надія Степанівна. І тільки вона прочитала одне речення, як з-за Ромкової парти почувся приглушений сміх.</w:t>
      </w:r>
    </w:p>
    <w:p>
      <w:r>
        <w:br/>
        <w:t>— Саша Юрчишин, в чому справа? — запитала Надія Степанівна. Сашко, прикриваючи долонею рот, душив за пазухою сміх, а Ромко безпорадно позирав то на Сашка, то на вчительку.</w:t>
      </w:r>
    </w:p>
    <w:p>
      <w:r>
        <w:br/>
        <w:t>— В чому справа, Юрчишин? — стала над хлопчаками Надія Степанівна.</w:t>
      </w:r>
    </w:p>
    <w:p>
      <w:r>
        <w:br/>
        <w:t>Піднявши веселі очі на вчительку, Сашко мовив:</w:t>
      </w:r>
    </w:p>
    <w:p>
      <w:r>
        <w:br/>
        <w:t>— Надія Степанівна, а Ромкові хтось у чорнильницю налив киселю. От подивіться,— він умочив свою ручку в чорнильницю.</w:t>
      </w:r>
    </w:p>
    <w:p>
      <w:r>
        <w:br/>
        <w:t>Ромко розпачливо дивився, як за Сашковим пером тягнеться якесь темно-синє місиво.</w:t>
      </w:r>
    </w:p>
    <w:p>
      <w:r>
        <w:br/>
        <w:t>— Що це таке, Романе? — запитала Надія Степанівна.</w:t>
      </w:r>
    </w:p>
    <w:p>
      <w:r>
        <w:br/>
        <w:t>— Я не знаю,— знічено протягнув Ромко. — Вчора я зробив чорнило з бузини, а що сталось...</w:t>
      </w:r>
    </w:p>
    <w:p>
      <w:r>
        <w:br/>
        <w:t>— З чого зробив? — перепитала вчителька.</w:t>
      </w:r>
    </w:p>
    <w:p>
      <w:r>
        <w:br/>
        <w:t>— З бузини.</w:t>
      </w:r>
    </w:p>
    <w:p>
      <w:r>
        <w:br/>
        <w:t>Надія Степанівна осміхнулась, але одразу ж веселі іскорки в її очах згасли, і вона промовила тихо:</w:t>
      </w:r>
    </w:p>
    <w:p>
      <w:r>
        <w:br/>
        <w:t>— Скисло твоє чорнило, Романе. Ну, та нічого, писатимеш моїм. Як писав диктант, Ромко не пам'ятав. Та й чи до диктанту було</w:t>
      </w:r>
    </w:p>
    <w:p>
      <w:r>
        <w:br/>
        <w:t>йому! Хотів похвалитися новою чорнильницею — і на тобі: скисло чорнило. Хіба ж то молоко, що має скисати? Ні, тут щось не те...</w:t>
      </w:r>
    </w:p>
    <w:p>
      <w:r>
        <w:br/>
        <w:t>На перервах хлопці оточували Ромкову парту й допитувались про чорнило та все хотіли самі побачити, але Ромко заховав чорнильницю під парту й уперто нікому її не показував. Так усі перерви й пересидів у класі, червоніючи то від сорому, то від злості за насмішкуваті кпини хлопців.</w:t>
      </w:r>
    </w:p>
    <w:p>
      <w:r>
        <w:br/>
        <w:t>Сумним повертався Ромко додому. І щойно вступив на подвір'я, як назустріч мати:</w:t>
      </w:r>
    </w:p>
    <w:p>
      <w:r>
        <w:br/>
        <w:t>— Ромцю, чого ти нині такий кислий? Може, двійку несеш?</w:t>
      </w:r>
    </w:p>
    <w:p>
      <w:r>
        <w:br/>
        <w:t>Ромкові щось стислося в горлі: там, у школі, "скисло", тут "кислий". Він нічого не сказав матері. Аби не сміялась, як вчителька. Бо Надія Степанівна теж... посміхається чомусь...</w:t>
      </w:r>
    </w:p>
    <w:p>
      <w:r>
        <w:br/>
        <w:t>Мати, видно, чимсь іншим була заклопотана, бо більше нічого не запитувала.</w:t>
      </w:r>
    </w:p>
    <w:p>
      <w:r>
        <w:br/>
        <w:t>В хаті Ромко поїв хліба з молоком і нерухомо сидів за столом, журливо дивлячись на свою нову чорнильницю. І тільки коли прийшов дядько Прокіп і поклав на стіл хімічного олівця, Ромко не зміг стриматись і заплакав. Він не хотів плакати, але сльози самі лились із очей.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