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Чорні уривки</w:t>
      </w:r>
    </w:p>
    <w:p>
      <w:r>
        <w:br/>
        <w:t xml:space="preserve"> ЧОРНІ УРИВКИ&lt;br /&gt;</w:t>
        <w:br/>
        <w:t>(Фантазія)</w:t>
      </w:r>
    </w:p>
    <w:p>
      <w:r>
        <w:br/>
        <w:t>І</w:t>
      </w:r>
    </w:p>
    <w:p>
      <w:r>
        <w:br/>
        <w:t>Далеко десь кричать гудки...&lt;br /&gt;</w:t>
        <w:br/>
        <w:t>Куди, куди з залізного полону?..&lt;br /&gt;</w:t>
        <w:br/>
        <w:t>Далеко десь:&lt;br /&gt;</w:t>
        <w:br/>
        <w:t>і дим, і жах... і пострілів далекий пломінь...&lt;br /&gt;</w:t>
        <w:br/>
        <w:t>далеко десь...&lt;br /&gt;</w:t>
        <w:br/>
        <w:t>іду.&lt;br /&gt;</w:t>
        <w:br/>
        <w:t>Кому, кому оці заплакані огні&lt;br /&gt;</w:t>
        <w:br/>
        <w:t>і порозбивані вітрини?..&lt;br /&gt;</w:t>
        <w:br/>
        <w:t>Нащо ці сльози?..&lt;br /&gt;</w:t>
        <w:br/>
        <w:t>Мов по інерції, вагони вдалині біжать без&lt;br /&gt;</w:t>
        <w:br/>
        <w:t>паровоза.&lt;br /&gt;</w:t>
        <w:br/>
        <w:t>Забутий прапор ось.&lt;br /&gt;</w:t>
        <w:br/>
        <w:t>Він до стіни приколотий багнетом:&lt;br /&gt;</w:t>
        <w:br/>
        <w:t>його зірвать нікому не вдалось...&lt;br /&gt;</w:t>
        <w:br/>
        <w:t>І важко цокають мої заковані штиблети.&lt;br /&gt;</w:t>
        <w:br/>
        <w:t>Так.&lt;br /&gt;</w:t>
        <w:br/>
        <w:t>Ми перемогли.&lt;br /&gt;</w:t>
        <w:br/>
        <w:t>Але ні їх, ні нас&lt;br /&gt;</w:t>
        <w:br/>
        <w:t>Розбита станція... в провалля видно зорі...&lt;br /&gt;</w:t>
        <w:br/>
        <w:t>Лиш вартовий стоїть біля вікна,&lt;br /&gt;</w:t>
        <w:br/>
        <w:t>За мною стежить мертвим зором.&lt;br /&gt;</w:t>
        <w:br/>
        <w:t>Кому, кому оці заплакані огні&lt;br /&gt;</w:t>
        <w:br/>
        <w:t>і порозбивані вітрини?..&lt;br /&gt;</w:t>
        <w:br/>
        <w:t>Нащо ці сльози?..&lt;br /&gt;</w:t>
        <w:br/>
        <w:t>Мов по інерції, вагони вдалині&lt;br /&gt;</w:t>
        <w:br/>
        <w:t>біжать без паровоза...&lt;br /&gt;</w:t>
        <w:br/>
        <w:t>без паровоза...</w:t>
      </w:r>
    </w:p>
    <w:p>
      <w:r>
        <w:br/>
        <w:t>II</w:t>
      </w:r>
    </w:p>
    <w:p>
      <w:r>
        <w:br/>
        <w:t>Стоїть на фоні заляпаної мозком стіни,&lt;br /&gt;</w:t>
        <w:br/>
        <w:t>в струмочках крові...&lt;br /&gt;</w:t>
        <w:br/>
        <w:t>і хилиться все нижче...&lt;br /&gt;</w:t>
        <w:br/>
        <w:t>Дивись під вії золотисто-сині:&lt;br /&gt;</w:t>
        <w:br/>
        <w:t>озера.&lt;br /&gt;</w:t>
        <w:br/>
        <w:t>Тьма.&lt;br /&gt;</w:t>
        <w:br/>
        <w:t>Немов поверхня місяця, вода переді мною...&lt;br /&gt;</w:t>
        <w:br/>
        <w:t>Із очеретів човен тінню виплива.&lt;br /&gt;</w:t>
        <w:br/>
        <w:t>І Ід човні двоє.</w:t>
      </w:r>
    </w:p>
    <w:p>
      <w:r>
        <w:br/>
        <w:t>Дивись під вії золотисто-сині:&lt;br /&gt;</w:t>
        <w:br/>
        <w:t>од ліхтаря огонь,&lt;br /&gt;</w:t>
        <w:br/>
        <w:t>і на снігу холодні довгі тіні...&lt;br /&gt;</w:t>
        <w:br/>
        <w:t>Дзвонять (так одиноко і далеко,&lt;br /&gt;</w:t>
        <w:br/>
        <w:t>мов на пожарищі сльоза об камінь)...&lt;br /&gt;</w:t>
        <w:br/>
        <w:t>Дивись під вії золотисто-сині:&lt;br /&gt;</w:t>
        <w:br/>
        <w:t>акації шумлять... а білі пелюстки&lt;br /&gt;</w:t>
        <w:br/>
        <w:t>на лаві і в твоїм волоссі...&lt;br /&gt;</w:t>
        <w:br/>
        <w:t>Про це ще згадую так гірко і так ясно я,&lt;br /&gt;</w:t>
        <w:br/>
        <w:t>ще й досі.&lt;br /&gt;</w:t>
        <w:br/>
        <w:t>...Акації шумлять...&lt;br /&gt;</w:t>
        <w:br/>
        <w:t>Я — мимо.&lt;br /&gt;</w:t>
        <w:br/>
        <w:t>А позаду десь&lt;br /&gt;</w:t>
        <w:br/>
        <w:t>лежить розкинувшись вона&lt;br /&gt;</w:t>
        <w:br/>
        <w:t>і місяцю востаннє віддається...&lt;br /&gt;</w:t>
        <w:br/>
        <w:t>III</w:t>
      </w:r>
    </w:p>
    <w:p>
      <w:r>
        <w:br/>
        <w:t>На площі я.&lt;br /&gt;</w:t>
        <w:br/>
        <w:t>Проміння точиться на статуї, на лати&lt;br /&gt;</w:t>
        <w:br/>
        <w:t>і на замки янтарную кладе печать.&lt;br /&gt;</w:t>
        <w:br/>
        <w:t>Застрягла ніч у циферблаті,&lt;br /&gt;</w:t>
        <w:br/>
        <w:t>спинила час.&lt;br /&gt;</w:t>
        <w:br/>
        <w:t>Куди не глянь: асфальт і провода,&lt;br /&gt;</w:t>
        <w:br/>
        <w:t>які нещодавно мотала буря,&lt;br /&gt;</w:t>
        <w:br/>
        <w:t>немов волосся в час кохання...&lt;br /&gt;</w:t>
        <w:br/>
        <w:t>Там: ніс орудія повітря нюхає над муром,&lt;br /&gt;</w:t>
        <w:br/>
        <w:t>набоями опоросився кулемет...&lt;br /&gt;</w:t>
        <w:br/>
        <w:t>А хтось стоїть, чекає хтось,&lt;br /&gt;</w:t>
        <w:br/>
        <w:t>і руки він простяг, немов перед прощанням.&lt;br /&gt;</w:t>
        <w:br/>
        <w:t>Отак: стоять, не мислить і не знати.&lt;br /&gt;</w:t>
        <w:br/>
        <w:t>Хай щоки м'ні багряним холодом торкає&lt;br /&gt;</w:t>
        <w:br/>
        <w:t>і тягне вдаль, за прокляте Сьогодні...&lt;br /&gt;</w:t>
        <w:br/>
        <w:t>Отак: не мислить і стоять.&lt;br /&gt;</w:t>
        <w:br/>
        <w:t>Цеха. Цеха.&lt;br /&gt;</w:t>
        <w:br/>
        <w:t>І порох на станки осів,&lt;br /&gt;</w:t>
        <w:br/>
        <w:t>немов на золотом тиснені томи,&lt;br /&gt;</w:t>
        <w:br/>
        <w:t>в якійсь бібліотеці.&lt;br /&gt;</w:t>
        <w:br/>
        <w:t>Ремінний шум,&lt;br /&gt;</w:t>
        <w:br/>
        <w:t>зелений шум&lt;br /&gt;</w:t>
        <w:br/>
        <w:t>за мною вже не поженеться...&lt;br /&gt;</w:t>
        <w:br/>
        <w:t>Ремінний шум,&lt;br /&gt;</w:t>
        <w:br/>
        <w:t>зелений шум...&lt;br /&gt;</w:t>
        <w:br/>
        <w:t>Колись і я тут пальці молотком не раз збивав&lt;br /&gt;</w:t>
        <w:br/>
        <w:t>і на дзвінок ішов&lt;br /&gt;</w:t>
        <w:br/>
        <w:t>такий веселий і в смуглявій блузі...&lt;br /&gt;</w:t>
        <w:br/>
        <w:t>Ще вчора йшли на смерть мої останні друзі,&lt;br /&gt;</w:t>
        <w:br/>
        <w:t>й ніхто не вийшов із огня...&lt;br /&gt;</w:t>
        <w:br/>
        <w:t>Уже не буду я ні в "Гарті", ані в "Плузі"1...&lt;br /&gt;</w:t>
        <w:br/>
        <w:t>Кому ж декретом я?..&lt;br /&gt;</w:t>
        <w:br/>
        <w:t>Дзвеніть, підковки, синім дзвоном,&lt;br /&gt;</w:t>
        <w:br/>
        <w:t>нехай волосся димарів&lt;br /&gt;</w:t>
        <w:br/>
        <w:t>шалений вітер юно гонить&lt;br /&gt;</w:t>
        <w:br/>
        <w:t>знов од зорі і до зорі.&lt;br /&gt;</w:t>
        <w:br/>
        <w:t>Дзвеніть, підковки, синім дзвоном.&lt;br /&gt;</w:t>
        <w:br/>
        <w:t>Нехай сьогодні я чужий,&lt;br /&gt;</w:t>
        <w:br/>
        <w:t>але настане день червоний,&lt;br /&gt;</w:t>
        <w:br/>
        <w:t>такий червоний, любий мій, —&lt;br /&gt;</w:t>
        <w:br/>
        <w:t>і скаже хто, що в дні знемоги&lt;br /&gt;</w:t>
        <w:br/>
        <w:t>продався за червінець я...&lt;br /&gt;</w:t>
        <w:br/>
        <w:t>Роздайтесь, світові дороги,&lt;br /&gt;</w:t>
        <w:br/>
        <w:t>я хочу бурі і огня!&lt;br /&gt;</w:t>
        <w:br/>
        <w:t>Нема людей, — нехай тумани,&lt;br /&gt;</w:t>
        <w:br/>
        <w:t>з розгону хай — об груди грудь,&lt;br /&gt;</w:t>
        <w:br/>
        <w:t>але з'явись нам океанно,&lt;br /&gt;</w:t>
        <w:br/>
        <w:t>землі нової юний рух!&lt;br /&gt;</w:t>
        <w:br/>
        <w:t>Цеха. Цеха.</w:t>
      </w:r>
    </w:p>
    <w:p>
      <w:r>
        <w:br/>
        <w:t>Вже місто за мною.&lt;br /&gt;</w:t>
        <w:br/>
        <w:t>Круг мене — нікого.&lt;br /&gt;</w:t>
        <w:br/>
        <w:t>Лиш вітер рукою&lt;br /&gt;</w:t>
        <w:br/>
        <w:t>сніжинки під ноги.</w:t>
      </w:r>
    </w:p>
    <w:p>
      <w:r>
        <w:br/>
        <w:t>Сніжинки, сніжинки,&lt;br /&gt;</w:t>
        <w:br/>
        <w:t>я в муці, в знемозі,&lt;br /&gt;</w:t>
        <w:br/>
        <w:t>підковками дзвінко&lt;br /&gt;</w:t>
        <w:br/>
        <w:t>не б'ю по дорозі.</w:t>
      </w:r>
    </w:p>
    <w:p>
      <w:r>
        <w:br/>
        <w:t>Куди не погляну —&lt;br /&gt;</w:t>
        <w:br/>
        <w:t>ні хати, ні знака.&lt;br /&gt;</w:t>
        <w:br/>
        <w:t>На місяць туманний&lt;br /&gt;</w:t>
        <w:br/>
        <w:t>не виють собаки.</w:t>
      </w:r>
    </w:p>
    <w:p>
      <w:r>
        <w:br/>
        <w:t>Пустелі, пустелі,&lt;br /&gt;</w:t>
        <w:br/>
        <w:t>мов мертвих обличчя...&lt;br /&gt;</w:t>
        <w:br/>
        <w:t>А зоряна стеля&lt;br /&gt;</w:t>
        <w:br/>
        <w:t>кудись мене кличе.</w:t>
      </w:r>
    </w:p>
    <w:p>
      <w:r>
        <w:br/>
        <w:t>Нарешті, за гаєм —&lt;br /&gt;</w:t>
        <w:br/>
        <w:t>за хатою хата...&lt;br /&gt;</w:t>
        <w:br/>
        <w:t>Чого 5К я блукаю,&lt;br /&gt;</w:t>
        <w:br/>
        <w:t>як Марко Проклятий?..</w:t>
      </w:r>
    </w:p>
    <w:p>
      <w:r>
        <w:br/>
        <w:t>Чи сніг, чи утома,&lt;br /&gt;</w:t>
        <w:br/>
        <w:t>чи сон мені сниться?..&lt;br /&gt;</w:t>
        <w:br/>
        <w:t>На призьбі знайома&lt;br /&gt;</w:t>
        <w:br/>
        <w:t>сидить молодиця.</w:t>
      </w:r>
    </w:p>
    <w:p>
      <w:r>
        <w:br/>
        <w:t>— Ну, драстуй, — говорю,&lt;br /&gt;</w:t>
        <w:br/>
        <w:t>од неї ж мовчання...&lt;br /&gt;</w:t>
        <w:br/>
        <w:t>І дивляться зорі&lt;br /&gt;</w:t>
        <w:br/>
        <w:t>на очі кохані...</w:t>
      </w:r>
    </w:p>
    <w:p>
      <w:r>
        <w:br/>
        <w:t>А очі не бачать.&lt;br /&gt;</w:t>
        <w:br/>
        <w:t>Упав на коліна,&lt;br /&gt;</w:t>
        <w:br/>
        <w:t>цілую і плачу,&lt;br /&gt;</w:t>
        <w:br/>
        <w:t>кричу, мов дитина:</w:t>
      </w:r>
    </w:p>
    <w:p>
      <w:r>
        <w:br/>
        <w:t>— Хіба ж я забуду!&lt;br /&gt;</w:t>
        <w:br/>
        <w:t>А сльози — водою...&lt;br /&gt;</w:t>
        <w:br/>
        <w:t>Шалено до грудей&lt;br /&gt;</w:t>
        <w:br/>
        <w:t>припав головою...</w:t>
      </w:r>
    </w:p>
    <w:p>
      <w:r>
        <w:br/>
        <w:t>Встаю, мов заклятий,&lt;br /&gt;</w:t>
        <w:br/>
        <w:t>цілую востаннє.&lt;br /&gt;</w:t>
        <w:br/>
        <w:t>Із кожної хати&lt;br /&gt;</w:t>
        <w:br/>
        <w:t>на мене — мовчання...</w:t>
      </w:r>
    </w:p>
    <w:p>
      <w:r>
        <w:br/>
        <w:t>Село вже за мною.&lt;br /&gt;</w:t>
        <w:br/>
        <w:t>Круг мене — нікого.&lt;br /&gt;</w:t>
        <w:br/>
        <w:t>Лиш вітер рукою —&lt;br /&gt;</w:t>
        <w:br/>
        <w:t>сніжинки під ноги.&lt;br /&gt;</w:t>
        <w:br/>
        <w:t>Грудень, 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Чорні уривки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